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Bose unveils updated Smart Soundbar with AI Dialogue Mode and enhanced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Bose Unveils Updated Smart Soundbar with AI Dialogue Mode and Enhanced Features</w:t>
      </w:r>
      <w:r/>
    </w:p>
    <w:p>
      <w:r/>
      <w:r>
        <w:t>In a move to streamline its soundbar offerings, audio equipment giant Bose has introduced the newest iteration of its popular Smart Soundbar. The leading feature of this revamped model is a groundbreaking AI Dialogue Mode, aimed at enhancing audio clarity and user experience. Retaining the compact design and advanced features of the previous Smart Soundbar 600, this update signifies Bose's continued commitment to merging cutting-edge technology with high-quality audio solutions.</w:t>
      </w:r>
      <w:r/>
    </w:p>
    <w:p>
      <w:r/>
      <w:r>
        <w:rPr>
          <w:b/>
        </w:rPr>
        <w:t>Product Continuity with Advanced Features</w:t>
      </w:r>
      <w:r/>
    </w:p>
    <w:p>
      <w:r/>
      <w:r>
        <w:t>While the physical dimensions remain unchanged, the renewed soundbar integrates novel firmware enhancements that promise to elevate its performance. Notably, the AI Dialogue Mode is crafted to refine dialogue clarity, making it audible above the ambient soundscape. This is an particularly vital feature for viewers who prioritise understanding dialogue in film or television. Additionally, the updated model boasts an enhanced headphone synchronisation feature, enabling connectivity with Bose's Ultra Open Earbuds. This allows the earbuds to function as surround sound satellites, providing users with a unique and immersive audio experience tailored to their preferences.</w:t>
      </w:r>
      <w:r/>
    </w:p>
    <w:p>
      <w:r/>
      <w:r>
        <w:rPr>
          <w:b/>
        </w:rPr>
        <w:t>Aesthetic and Functional Design</w:t>
      </w:r>
      <w:r/>
    </w:p>
    <w:p>
      <w:r/>
      <w:r>
        <w:t>The Smart Soundbar continues to impress with its diminutive but powerful design, measuring 2.2 inches in height and extending just over 27 inches in width. Its sleek, minimalist aesthetic makes it an effortless fit on a TV console or shelf, doubling as a compact Wi-Fi speaker. The unit includes essential connection options such as optical and HDMI eARC ports, a proprietary output for Bose Bass modules, and an input for an IR repeater. To ensure a seamless user experience, Bose provides both optical and HDMI cables within the packaging. Notably, HDMI is required for accessing Dolby Atmos features, alongside the added convenience of controlling power and volume through a TV remote.</w:t>
      </w:r>
      <w:r/>
    </w:p>
    <w:p>
      <w:r/>
      <w:r>
        <w:rPr>
          <w:b/>
        </w:rPr>
        <w:t>Connectivity and Compatibility</w:t>
      </w:r>
      <w:r/>
    </w:p>
    <w:p>
      <w:r/>
      <w:r>
        <w:t>The Smart Soundbar also supports multiple wireless connections, including Wi-Fi for AirPlay, Chromecast, and Spotify Connect, with Bluetooth available as an alternative option. This array of connectivity options ensures that the device remains versatile and compatible with a wide range of audio sources and streaming services.</w:t>
      </w:r>
      <w:r/>
    </w:p>
    <w:p>
      <w:r/>
      <w:r>
        <w:t>In the wake of dropping the Smart Soundbar 700 model, Bose's decision to rebrand and upgrade the functionality of the Smart Soundbar reflects their strategy of consolidating product lines while enhancing user experience. While loyal owners of the Smart Soundbar 600 might find few reasons to switch, those seeking an updated, innovative soundbar might find this new release an attractive proposition.</w:t>
      </w:r>
      <w:r/>
    </w:p>
    <w:p>
      <w:r/>
      <w:r>
        <w:t>The latest Smart Soundbar by Bose stands as a testament to the company's tradition of delivering superior audio solutions that combine robustness, technological advancement, and adaptability within the consumer electronics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https://www.soundguys.com/boses-smart-soundbar-124019/</w:t>
        </w:r>
      </w:hyperlink>
      <w:r>
        <w:t xml:space="preserve"> - Corroborates the introduction of the new Bose Smart Soundbar with AI Dialogue Mode and its compatibility with Bose Ultra Open Earbuds for Personal Surround Sound.</w:t>
      </w:r>
      <w:r/>
    </w:p>
    <w:p>
      <w:pPr>
        <w:pStyle w:val="ListNumber"/>
        <w:spacing w:line="240" w:lineRule="auto"/>
        <w:ind w:left="720"/>
      </w:pPr>
      <w:r/>
      <w:hyperlink r:id="rId11">
        <w:r>
          <w:rPr>
            <w:color w:val="0000EE"/>
            <w:u w:val="single"/>
          </w:rPr>
          <w:t>https://www.bose.co.uk/en_gb/support/articles/HC2839/productCodes/SUSB-SOUNDBAR/article.html</w:t>
        </w:r>
      </w:hyperlink>
      <w:r>
        <w:t xml:space="preserve"> - Explains how to turn AI Dialogue Mode on or off and details its function in enhancing vocal clarity using machine learning.</w:t>
      </w:r>
      <w:r/>
    </w:p>
    <w:p>
      <w:pPr>
        <w:pStyle w:val="ListNumber"/>
        <w:spacing w:line="240" w:lineRule="auto"/>
        <w:ind w:left="720"/>
      </w:pPr>
      <w:r/>
      <w:hyperlink r:id="rId12">
        <w:r>
          <w:rPr>
            <w:color w:val="0000EE"/>
            <w:u w:val="single"/>
          </w:rPr>
          <w:t>https://www.reddit.com/r/bose/comments/zjjgp4/dialogue_mode/</w:t>
        </w:r>
      </w:hyperlink>
      <w:r>
        <w:t xml:space="preserve"> - Discusses user experiences with Dialogue Mode, including its impact on overall sound quality and its suitability for different types of content.</w:t>
      </w:r>
      <w:r/>
    </w:p>
    <w:p>
      <w:pPr>
        <w:pStyle w:val="ListNumber"/>
        <w:spacing w:line="240" w:lineRule="auto"/>
        <w:ind w:left="720"/>
      </w:pPr>
      <w:r/>
      <w:hyperlink r:id="rId13">
        <w:r>
          <w:rPr>
            <w:color w:val="0000EE"/>
            <w:u w:val="single"/>
          </w:rPr>
          <w:t>https://www.tomsguide.com/audio/soundbars/boses-new-smart-soundbar-features-ai-dialogue-mode-and-personal-surround-sound</w:t>
        </w:r>
      </w:hyperlink>
      <w:r>
        <w:t xml:space="preserve"> - Provides details on the AI Dialogue Mode, its real-time tonal balance adjustments, and the integration with Bose Ultra Open Earbuds for Personal Surround Sound.</w:t>
      </w:r>
      <w:r/>
    </w:p>
    <w:p>
      <w:pPr>
        <w:pStyle w:val="ListNumber"/>
        <w:spacing w:line="240" w:lineRule="auto"/>
        <w:ind w:left="720"/>
      </w:pPr>
      <w:r/>
      <w:hyperlink r:id="rId10">
        <w:r>
          <w:rPr>
            <w:color w:val="0000EE"/>
            <w:u w:val="single"/>
          </w:rPr>
          <w:t>https://www.soundguys.com/boses-smart-soundbar-124019/</w:t>
        </w:r>
      </w:hyperlink>
      <w:r>
        <w:t xml:space="preserve"> - Describes the soundbar's design, dimensions, and connectivity options including Wi-Fi, Chromecast, Spotify Connect, and Apple AirPlay 2.</w:t>
      </w:r>
      <w:r/>
    </w:p>
    <w:p>
      <w:pPr>
        <w:pStyle w:val="ListNumber"/>
        <w:spacing w:line="240" w:lineRule="auto"/>
        <w:ind w:left="720"/>
      </w:pPr>
      <w:r/>
      <w:hyperlink r:id="rId13">
        <w:r>
          <w:rPr>
            <w:color w:val="0000EE"/>
            <w:u w:val="single"/>
          </w:rPr>
          <w:t>https://www.tomsguide.com/audio/soundbars/boses-new-smart-soundbar-features-ai-dialogue-mode-and-personal-surround-sound</w:t>
        </w:r>
      </w:hyperlink>
      <w:r>
        <w:t xml:space="preserve"> - Mentions the soundbar's compatibility with other Bose smart speakers, integration into multi-room audio systems, and support for Dolby Atmos.</w:t>
      </w:r>
      <w:r/>
    </w:p>
    <w:p>
      <w:pPr>
        <w:pStyle w:val="ListNumber"/>
        <w:spacing w:line="240" w:lineRule="auto"/>
        <w:ind w:left="720"/>
      </w:pPr>
      <w:r/>
      <w:hyperlink r:id="rId10">
        <w:r>
          <w:rPr>
            <w:color w:val="0000EE"/>
            <w:u w:val="single"/>
          </w:rPr>
          <w:t>https://www.soundguys.com/boses-smart-soundbar-124019/</w:t>
        </w:r>
      </w:hyperlink>
      <w:r>
        <w:t xml:space="preserve"> - Details the soundbar's voice control capabilities with Google Assistant and Amazon Alexa.</w:t>
      </w:r>
      <w:r/>
    </w:p>
    <w:p>
      <w:pPr>
        <w:pStyle w:val="ListNumber"/>
        <w:spacing w:line="240" w:lineRule="auto"/>
        <w:ind w:left="720"/>
      </w:pPr>
      <w:r/>
      <w:hyperlink r:id="rId13">
        <w:r>
          <w:rPr>
            <w:color w:val="0000EE"/>
            <w:u w:val="single"/>
          </w:rPr>
          <w:t>https://www.tomsguide.com/audio/soundbars/boses-new-smart-soundbar-features-ai-dialogue-mode-and-personal-surround-sound</w:t>
        </w:r>
      </w:hyperlink>
      <w:r>
        <w:t xml:space="preserve"> - Explains the soundbar's ability to be paired with additional Bose bass modules and rear speakers for an expanded home theater setup.</w:t>
      </w:r>
      <w:r/>
    </w:p>
    <w:p>
      <w:pPr>
        <w:pStyle w:val="ListNumber"/>
        <w:spacing w:line="240" w:lineRule="auto"/>
        <w:ind w:left="720"/>
      </w:pPr>
      <w:r/>
      <w:hyperlink r:id="rId14">
        <w:r>
          <w:rPr>
            <w:color w:val="0000EE"/>
            <w:u w:val="single"/>
          </w:rPr>
          <w:t>https://www.reddit.com/r/bose/comments/191pwxr/soundbar_900_and_poorcringy_spoken_audio/</w:t>
        </w:r>
      </w:hyperlink>
      <w:r>
        <w:t xml:space="preserve"> - Discusses the impact of AI-enhanced spoken audio (Dialogue Mode) on sound quality, particularly in relation to bass and overall audio experience.</w:t>
      </w:r>
      <w:r/>
    </w:p>
    <w:p>
      <w:pPr>
        <w:pStyle w:val="ListNumber"/>
        <w:spacing w:line="240" w:lineRule="auto"/>
        <w:ind w:left="720"/>
      </w:pPr>
      <w:r/>
      <w:hyperlink r:id="rId13">
        <w:r>
          <w:rPr>
            <w:color w:val="0000EE"/>
            <w:u w:val="single"/>
          </w:rPr>
          <w:t>https://www.tomsguide.com/audio/soundbars/boses-new-smart-soundbar-features-ai-dialogue-mode-and-personal-surround-sound</w:t>
        </w:r>
      </w:hyperlink>
      <w:r>
        <w:t xml:space="preserve"> - Mentions the soundbar's price and availability, as well as its compatibility with Roku TV and various streaming services.</w:t>
      </w:r>
      <w:r/>
    </w:p>
    <w:p>
      <w:pPr>
        <w:pStyle w:val="ListNumber"/>
        <w:spacing w:line="240" w:lineRule="auto"/>
        <w:ind w:left="720"/>
      </w:pPr>
      <w:r/>
      <w:hyperlink r:id="rId10">
        <w:r>
          <w:rPr>
            <w:color w:val="0000EE"/>
            <w:u w:val="single"/>
          </w:rPr>
          <w:t>https://www.soundguys.com/boses-smart-soundbar-124019/</w:t>
        </w:r>
      </w:hyperlink>
      <w:r>
        <w:t xml:space="preserve"> - Highlights the soundbar's five transducers, including side-firing and up-firing units, and its support for Dolby Atmos.</w:t>
      </w:r>
      <w:r/>
    </w:p>
    <w:p>
      <w:pPr>
        <w:pStyle w:val="ListNumber"/>
        <w:spacing w:line="240" w:lineRule="auto"/>
        <w:ind w:left="720"/>
      </w:pPr>
      <w:r/>
      <w:hyperlink r:id="rId15">
        <w:r>
          <w:rPr>
            <w:color w:val="0000EE"/>
            <w:u w:val="single"/>
          </w:rPr>
          <w:t>https://www.wired.com/review/bose-smart-soundbar/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oundguys.com/boses-smart-soundbar-124019/" TargetMode="External"/><Relationship Id="rId11" Type="http://schemas.openxmlformats.org/officeDocument/2006/relationships/hyperlink" Target="https://www.bose.co.uk/en_gb/support/articles/HC2839/productCodes/SUSB-SOUNDBAR/article.html" TargetMode="External"/><Relationship Id="rId12" Type="http://schemas.openxmlformats.org/officeDocument/2006/relationships/hyperlink" Target="https://www.reddit.com/r/bose/comments/zjjgp4/dialogue_mode/" TargetMode="External"/><Relationship Id="rId13" Type="http://schemas.openxmlformats.org/officeDocument/2006/relationships/hyperlink" Target="https://www.tomsguide.com/audio/soundbars/boses-new-smart-soundbar-features-ai-dialogue-mode-and-personal-surround-sound" TargetMode="External"/><Relationship Id="rId14" Type="http://schemas.openxmlformats.org/officeDocument/2006/relationships/hyperlink" Target="https://www.reddit.com/r/bose/comments/191pwxr/soundbar_900_and_poorcringy_spoken_audio/" TargetMode="External"/><Relationship Id="rId15" Type="http://schemas.openxmlformats.org/officeDocument/2006/relationships/hyperlink" Target="https://www.wired.com/review/bose-smart-soundb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