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Candidates leverage AI tools for interview success in tech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job market, candidates seeking opportunities at major technology firms are navigating a landscape transformed by artificial intelligence (AI). In Seattle’s burgeoning tech corridor, software engineers and other professionals are leveraging advanced AI tools to better prepare for rigorous interview processes dictated partly by AI itself. Rather than relying solely on traditional methods of preparation, such as rote memorisation and practice interviews with peers, job seekers are increasingly turning to AI-powered platforms like InterviewPal and MockQuestions for a competitive edge.</w:t>
      </w:r>
      <w:r/>
    </w:p>
    <w:p>
      <w:r/>
      <w:r>
        <w:t>The Rise of AI in Interview Preparation</w:t>
      </w:r>
      <w:r/>
    </w:p>
    <w:p>
      <w:r/>
      <w:r>
        <w:t>In 2024, AI has become a pivotal element not only for employers screening candidates but also for the candidates themselves, who utilise AI to prepare for those very evaluations. These innovative platforms offer more than just a list of potential interview questions; they are complex systems capable of analysing vast amounts of data from numerous real-world interviews. This allows them to provide insights and preparation strategies previously accessible only through costly professional coaching.</w:t>
      </w:r>
      <w:r/>
    </w:p>
    <w:p>
      <w:r/>
      <w:r>
        <w:t>The effectiveness of these AI-driven tools is supported by data that underscores their impact on interview outcomes. Candidates who use AI interview preparation tools reportedly have a 35% improvement in chances of making it past initial interview stages. InterviewPal highlights an impressive 96% success rate for candidates who complete targeted preparation plans designed for specific companies.</w:t>
      </w:r>
      <w:r/>
    </w:p>
    <w:p>
      <w:r/>
      <w:r>
        <w:t>Adapting to Modern Interview Techniques</w:t>
      </w:r>
      <w:r/>
    </w:p>
    <w:p>
      <w:r/>
      <w:r>
        <w:t>The capabilities of modern interview preparation platforms are broad and sophisticated. They use pattern recognition to discern successful interview techniques tailored to particular companies and roles. For instance, InterviewPal’s extensive database holds over 120,000 real interview questions sourced from leading companies, offering candidates precise guidance. Additionally, these platforms provide real-time feedback on various aspects of a candidate's performance, such as:</w:t>
      </w:r>
      <w:r/>
      <w:r/>
    </w:p>
    <w:p>
      <w:pPr>
        <w:pStyle w:val="ListBullet"/>
        <w:spacing w:line="240" w:lineRule="auto"/>
        <w:ind w:left="720"/>
      </w:pPr>
      <w:r/>
      <w:r>
        <w:t>The structure and clarity of their answers</w:t>
      </w:r>
      <w:r/>
    </w:p>
    <w:p>
      <w:pPr>
        <w:pStyle w:val="ListBullet"/>
        <w:spacing w:line="240" w:lineRule="auto"/>
        <w:ind w:left="720"/>
      </w:pPr>
      <w:r/>
      <w:r>
        <w:t xml:space="preserve">Technical correctness </w:t>
      </w:r>
      <w:r/>
    </w:p>
    <w:p>
      <w:pPr>
        <w:pStyle w:val="ListBullet"/>
        <w:spacing w:line="240" w:lineRule="auto"/>
        <w:ind w:left="720"/>
      </w:pPr>
      <w:r/>
      <w:r>
        <w:t>Verbal and non-verbal communication skills</w:t>
      </w:r>
      <w:r/>
    </w:p>
    <w:p>
      <w:pPr>
        <w:pStyle w:val="ListBullet"/>
        <w:spacing w:line="240" w:lineRule="auto"/>
        <w:ind w:left="720"/>
      </w:pPr>
      <w:r/>
      <w:r>
        <w:t>Alignment with company culture</w:t>
      </w:r>
      <w:r/>
      <w:r/>
    </w:p>
    <w:p>
      <w:r/>
      <w:r>
        <w:t>Moreover, the platforms develop specific training modules designed to assist candidates aiming for positions in specific corporations, like Boeing, by providing dedicated question banks and preparation tracks.</w:t>
      </w:r>
      <w:r/>
    </w:p>
    <w:p>
      <w:r/>
      <w:r>
        <w:t>The Human Touch in the AI Era</w:t>
      </w:r>
      <w:r/>
    </w:p>
    <w:p>
      <w:r/>
      <w:r>
        <w:t>While AI technologies underpin these tools, the goal remains enhancing the human elements of communication and personal experience rather than eliminating them. As one industry expert notes, the intention is not to produce candidates who sound rehearsed or robotic, but rather, to enable them to present their true experiences effectively.</w:t>
      </w:r>
      <w:r/>
    </w:p>
    <w:p>
      <w:r/>
      <w:r>
        <w:t>Success stories abound among those who have used such platforms, with candidates achieving breakthroughs in securing offers from top-tier companies. One user who had faced multiple rejections was able to land offers from three FAANG companies after improving the way they conveyed their skills and experiences, even though the skills themselves remained unchanged.</w:t>
      </w:r>
      <w:r/>
    </w:p>
    <w:p>
      <w:r/>
      <w:r>
        <w:t>However, this technological advancement brings up questions regarding interview equity, as access to these preparation tools might provide an undue advantage to those who can afford them. This consideration is prompting companies to refine their interview processes to account for candidates' usage of AI preparation tools, with some even welcoming the prospect of better-prepared applicants.</w:t>
      </w:r>
      <w:r/>
    </w:p>
    <w:p>
      <w:r/>
      <w:r>
        <w:t>Future Innovations in Interview Preparation</w:t>
      </w:r>
      <w:r/>
    </w:p>
    <w:p>
      <w:r/>
      <w:r>
        <w:t>The development of AI interview tools continues to progress, hinting at several exciting features on the horizon. Enhancements could include virtual reality simulations to mimic interview conditions more closely, analysis of emotional intelligence, assessments of compatibility with company culture, and preparation paths tailored to individual learning styles.</w:t>
      </w:r>
      <w:r/>
    </w:p>
    <w:p>
      <w:r/>
      <w:r>
        <w:t>Within a competitive employment landscape where positions often attract numerous candidates, thorough preparation has become indispensable. As noted by a career development specialist, it is less about manipulating the system and more about making the most of a potentially transformative opportunity.</w:t>
      </w:r>
      <w:r/>
    </w:p>
    <w:p>
      <w:r/>
      <w:r>
        <w:t>As AI-integrated interview preparation tools become commonplace, they are poised to reshape recruiting methodologies. Recruiters might lean towards more sophisticated evaluation techniques as candidates appear increasingly well-prepared. Consequently, the use of AI in interview preparation is quickly shifting from being merely beneficial to being virtually indispensable for job seekers aiming to make an impactful impression on potential employers in high-stakes interviews.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https://jobsearchandinterviewcoach.com/do-ai-interview-prep-tools-work/</w:t>
        </w:r>
      </w:hyperlink>
      <w:r>
        <w:t xml:space="preserve"> - Discusses the advantages and disadvantages of AI interview prep tools, including their availability, feedback, and limitations compared to human coaching.</w:t>
      </w:r>
      <w:r/>
    </w:p>
    <w:p>
      <w:pPr>
        <w:pStyle w:val="ListNumber"/>
        <w:spacing w:line="240" w:lineRule="auto"/>
        <w:ind w:left="720"/>
      </w:pPr>
      <w:r/>
      <w:hyperlink r:id="rId11">
        <w:r>
          <w:rPr>
            <w:color w:val="0000EE"/>
            <w:u w:val="single"/>
          </w:rPr>
          <w:t>https://www.fororegonstate.org/stay-informed/impact-stories/detail/turn-pre-interview-jitters-into-confidence-with-ai-interview-practice-platforms</w:t>
        </w:r>
      </w:hyperlink>
      <w:r>
        <w:t xml:space="preserve"> - Explains how AI mock interview tools simulate real interview scenarios, provide instant feedback, and help candidates practice and build confidence.</w:t>
      </w:r>
      <w:r/>
    </w:p>
    <w:p>
      <w:pPr>
        <w:pStyle w:val="ListNumber"/>
        <w:spacing w:line="240" w:lineRule="auto"/>
        <w:ind w:left="720"/>
      </w:pPr>
      <w:r/>
      <w:hyperlink r:id="rId12">
        <w:r>
          <w:rPr>
            <w:color w:val="0000EE"/>
            <w:u w:val="single"/>
          </w:rPr>
          <w:t>https://www.technologyreview.com/2021/07/07/1027916/we-tested-ai-interview-tools/</w:t>
        </w:r>
      </w:hyperlink>
      <w:r>
        <w:t xml:space="preserve"> - Details the testing of AI interview tools, highlighting their capabilities, limitations, and potential biases in evaluating candidates.</w:t>
      </w:r>
      <w:r/>
    </w:p>
    <w:p>
      <w:pPr>
        <w:pStyle w:val="ListNumber"/>
        <w:spacing w:line="240" w:lineRule="auto"/>
        <w:ind w:left="720"/>
      </w:pPr>
      <w:r/>
      <w:hyperlink r:id="rId13">
        <w:r>
          <w:rPr>
            <w:color w:val="0000EE"/>
            <w:u w:val="single"/>
          </w:rPr>
          <w:t>https://www.reddit.com/r/usajobs/comments/1dvr4xt/has_anyone_else_tried_ai_tools_for_interview_prep/</w:t>
        </w:r>
      </w:hyperlink>
      <w:r>
        <w:t xml:space="preserve"> - Shares personal experiences and tips from users who have tried AI tools for interview preparation, discussing their effectiveness and potential pitfalls.</w:t>
      </w:r>
      <w:r/>
    </w:p>
    <w:p>
      <w:pPr>
        <w:pStyle w:val="ListNumber"/>
        <w:spacing w:line="240" w:lineRule="auto"/>
        <w:ind w:left="720"/>
      </w:pPr>
      <w:r/>
      <w:hyperlink r:id="rId14">
        <w:r>
          <w:rPr>
            <w:color w:val="0000EE"/>
            <w:u w:val="single"/>
          </w:rPr>
          <w:t>https://huru.ai/the-huru-ai-advantage-why-ai-powered-interview-prep-is-the-smarter-choice/</w:t>
        </w:r>
      </w:hyperlink>
      <w:r>
        <w:t xml:space="preserve"> - Outlines the benefits of AI-powered interview preparation, including personalized feedback, realistic simulations, and strategic coaching.</w:t>
      </w:r>
      <w:r/>
    </w:p>
    <w:p>
      <w:pPr>
        <w:pStyle w:val="ListNumber"/>
        <w:spacing w:line="240" w:lineRule="auto"/>
        <w:ind w:left="720"/>
      </w:pPr>
      <w:r/>
      <w:hyperlink r:id="rId10">
        <w:r>
          <w:rPr>
            <w:color w:val="0000EE"/>
            <w:u w:val="single"/>
          </w:rPr>
          <w:t>https://jobsearchandinterviewcoach.com/do-ai-interview-prep-tools-work/</w:t>
        </w:r>
      </w:hyperlink>
      <w:r>
        <w:t xml:space="preserve"> - Mentions the use of AI tools like ChatGPT, Adzuna Prepper, and Interview.ai, highlighting their features and the author's experiences with them.</w:t>
      </w:r>
      <w:r/>
    </w:p>
    <w:p>
      <w:pPr>
        <w:pStyle w:val="ListNumber"/>
        <w:spacing w:line="240" w:lineRule="auto"/>
        <w:ind w:left="720"/>
      </w:pPr>
      <w:r/>
      <w:hyperlink r:id="rId11">
        <w:r>
          <w:rPr>
            <w:color w:val="0000EE"/>
            <w:u w:val="single"/>
          </w:rPr>
          <w:t>https://www.fororegonstate.org/stay-informed/impact-stories/detail/turn-pre-interview-jitters-into-confidence-with-ai-interview-practice-platforms</w:t>
        </w:r>
      </w:hyperlink>
      <w:r>
        <w:t xml:space="preserve"> - Describes how AI tools help candidates prepare for video interviews and improve their on-screen presence, which is increasingly important in modern hiring processes.</w:t>
      </w:r>
      <w:r/>
    </w:p>
    <w:p>
      <w:pPr>
        <w:pStyle w:val="ListNumber"/>
        <w:spacing w:line="240" w:lineRule="auto"/>
        <w:ind w:left="720"/>
      </w:pPr>
      <w:r/>
      <w:hyperlink r:id="rId14">
        <w:r>
          <w:rPr>
            <w:color w:val="0000EE"/>
            <w:u w:val="single"/>
          </w:rPr>
          <w:t>https://huru.ai/the-huru-ai-advantage-why-ai-powered-interview-prep-is-the-smarter-choice/</w:t>
        </w:r>
      </w:hyperlink>
      <w:r>
        <w:t xml:space="preserve"> - Discusses the role of AI in analyzing a candidate's performance, providing targeted coaching, and helping candidates understand their strengths and areas for improvement.</w:t>
      </w:r>
      <w:r/>
    </w:p>
    <w:p>
      <w:pPr>
        <w:pStyle w:val="ListNumber"/>
        <w:spacing w:line="240" w:lineRule="auto"/>
        <w:ind w:left="720"/>
      </w:pPr>
      <w:r/>
      <w:hyperlink r:id="rId12">
        <w:r>
          <w:rPr>
            <w:color w:val="0000EE"/>
            <w:u w:val="single"/>
          </w:rPr>
          <w:t>https://www.technologyreview.com/2021/07/07/1027916/we-tested-ai-interview-tools/</w:t>
        </w:r>
      </w:hyperlink>
      <w:r>
        <w:t xml:space="preserve"> - Highlights the potential of AI tools to reduce bias in hiring processes and their integration into multi-step hiring processes.</w:t>
      </w:r>
      <w:r/>
    </w:p>
    <w:p>
      <w:pPr>
        <w:pStyle w:val="ListNumber"/>
        <w:spacing w:line="240" w:lineRule="auto"/>
        <w:ind w:left="720"/>
      </w:pPr>
      <w:r/>
      <w:hyperlink r:id="rId10">
        <w:r>
          <w:rPr>
            <w:color w:val="0000EE"/>
            <w:u w:val="single"/>
          </w:rPr>
          <w:t>https://jobsearchandinterviewcoach.com/do-ai-interview-prep-tools-work/</w:t>
        </w:r>
      </w:hyperlink>
      <w:r>
        <w:t xml:space="preserve"> - Notes the limitations of AI tools, such as the lack of nonverbal communication feedback and the stiffness of example answers provided by these tools.</w:t>
      </w:r>
      <w:r/>
    </w:p>
    <w:p>
      <w:pPr>
        <w:pStyle w:val="ListNumber"/>
        <w:spacing w:line="240" w:lineRule="auto"/>
        <w:ind w:left="720"/>
      </w:pPr>
      <w:r/>
      <w:hyperlink r:id="rId14">
        <w:r>
          <w:rPr>
            <w:color w:val="0000EE"/>
            <w:u w:val="single"/>
          </w:rPr>
          <w:t>https://huru.ai/the-huru-ai-advantage-why-ai-powered-interview-prep-is-the-smarter-choice/</w:t>
        </w:r>
      </w:hyperlink>
      <w:r>
        <w:t xml:space="preserve"> - Emphasizes the future innovations in AI interview tools, including virtual reality simulations and assessments of emotional intelligence and company culture compatibility.</w:t>
      </w:r>
      <w:r/>
    </w:p>
    <w:p>
      <w:pPr>
        <w:pStyle w:val="ListNumber"/>
        <w:spacing w:line="240" w:lineRule="auto"/>
        <w:ind w:left="720"/>
      </w:pPr>
      <w:r/>
      <w:hyperlink r:id="rId15">
        <w:r>
          <w:rPr>
            <w:color w:val="0000EE"/>
            <w:u w:val="single"/>
          </w:rPr>
          <w:t>https://techbullion.com/the-ai-interview-arms-race-how-candidates-are-using-new-tools-to-outmaneuver-their-competition/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obsearchandinterviewcoach.com/do-ai-interview-prep-tools-work/" TargetMode="External"/><Relationship Id="rId11" Type="http://schemas.openxmlformats.org/officeDocument/2006/relationships/hyperlink" Target="https://www.fororegonstate.org/stay-informed/impact-stories/detail/turn-pre-interview-jitters-into-confidence-with-ai-interview-practice-platforms" TargetMode="External"/><Relationship Id="rId12" Type="http://schemas.openxmlformats.org/officeDocument/2006/relationships/hyperlink" Target="https://www.technologyreview.com/2021/07/07/1027916/we-tested-ai-interview-tools/" TargetMode="External"/><Relationship Id="rId13" Type="http://schemas.openxmlformats.org/officeDocument/2006/relationships/hyperlink" Target="https://www.reddit.com/r/usajobs/comments/1dvr4xt/has_anyone_else_tried_ai_tools_for_interview_prep/" TargetMode="External"/><Relationship Id="rId14" Type="http://schemas.openxmlformats.org/officeDocument/2006/relationships/hyperlink" Target="https://huru.ai/the-huru-ai-advantage-why-ai-powered-interview-prep-is-the-smarter-choice/" TargetMode="External"/><Relationship Id="rId15" Type="http://schemas.openxmlformats.org/officeDocument/2006/relationships/hyperlink" Target="https://techbullion.com/the-ai-interview-arms-race-how-candidates-are-using-new-tools-to-outmaneuver-their-compet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