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Deep Sentinel revolutionises home security with proactive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security concerns for homeowners are consistently growing, Deep Sentinel, a pioneering home security company, is reshaping the landscape with its innovative solutions. The traditional alarm systems of yesteryear, which typically alert homeowners or authorities only after a breach has occurred, are now being overshadowed by more proactive technologies. Deep Sentinel offers an advanced capability akin to having a dedicated round-the-clock security guard at one's residence or business premises, operating throughout 2024 and beyond.</w:t>
      </w:r>
      <w:r/>
    </w:p>
    <w:p>
      <w:r/>
      <w:r>
        <w:rPr>
          <w:b/>
        </w:rPr>
        <w:t>An Advanced Security Alternative</w:t>
      </w:r>
      <w:r/>
    </w:p>
    <w:p>
      <w:r/>
      <w:r>
        <w:t>Unlike standard security measures that typically involve passive camera systems or basic motion sensors, Deep Sentinel’s approach is distinguished by its integration of artificial intelligence with live human monitoring. The robustness of their system lies in its capacity to detect and address potential threats before any criminal activity can escalate into an incident.</w:t>
      </w:r>
      <w:r/>
    </w:p>
    <w:p>
      <w:r/>
      <w:r>
        <w:t>The system works through AI-powered cameras strategically positioned along the perimeter of a property. These cameras, utilizing deep learning algorithms, have the capability to discern typical, harmless activities, such as a neighbourhood cat passing by, from genuine threats like an individual attempting to breach a fence. Once the AI flags suspicious activity, a signal is sent to a team of live guards who monitor the system in real-time. These guards can then engage verbally with potential intruders via built-in speakers, often preventing criminal activity simply through this interaction. In cases where the risk is deemed significant, the issue can be promptly escalated to local law enforcement, ensuring swift action with valuable real-time information being provided.</w:t>
      </w:r>
      <w:r/>
    </w:p>
    <w:p>
      <w:r/>
      <w:r>
        <w:rPr>
          <w:b/>
        </w:rPr>
        <w:t>David Selinger: The Innovator Behind Deep Sentinel</w:t>
      </w:r>
      <w:r/>
    </w:p>
    <w:p>
      <w:r/>
      <w:r>
        <w:t>At the forefront of Deep Sentinel's technological leap is David Selinger, a seasoned tech entrepreneur. Selinger, who has significant credentials from working with Amazon under Jeff Bezos, was instrumental in developing their data-mining and personalization technologies. This background laid the foundation for his subsequent co-founding of Redfin, a successful real estate platform, and RichRelevance, a company focusing on personalised shopping experiences. His latest venture into home security is driven by a belief that the industry has been stagnant and in dire need of innovation.</w:t>
      </w:r>
      <w:r/>
    </w:p>
    <w:p>
      <w:r/>
      <w:r>
        <w:t>Selinger expresses a clear vision: “Home security hasn’t innovated for years. Most systems are reactive, not proactive.” His aim is to stop crimes before they occur, a goal that Deep Sentinel is designed to achieve.</w:t>
      </w:r>
      <w:r/>
    </w:p>
    <w:p>
      <w:r/>
      <w:r>
        <w:rPr>
          <w:b/>
        </w:rPr>
        <w:t>Practical Application and Customer Experience</w:t>
      </w:r>
      <w:r/>
    </w:p>
    <w:p>
      <w:r/>
      <w:r>
        <w:t>Deep Sentinel’s system is easy to install, whether using wireless setups or Power over Ethernet technology, granting flexibility for various types of properties. This user-friendliness, alongside the peace of mind provided by having dedicated live monitoring, has garnered positive reviews from customers. Users frequently highlight the effectiveness of the system in deterring intruders and appreciate the presence of live guards who add a personal touch to the security experience.</w:t>
      </w:r>
      <w:r/>
    </w:p>
    <w:p>
      <w:r/>
      <w:r>
        <w:t>One notable account from a user details how the system thwarted a burglary attempt by scaring the intruder away before they could reach the door, demonstrating the effectiveness of verbal intervention.</w:t>
      </w:r>
      <w:r/>
    </w:p>
    <w:p>
      <w:r/>
      <w:r>
        <w:rPr>
          <w:b/>
        </w:rPr>
        <w:t>Cost and Accessibility</w:t>
      </w:r>
      <w:r/>
    </w:p>
    <w:p>
      <w:r/>
      <w:r>
        <w:t>The cost implications of adopting Deep Sentinel’s system are also noteworthy. Despite the sophisticated technology and services it provides, its price point remains competitive with traditional alarm systems. This makes it a viable option for homeowners seeking enhanced security without needing the financial commitment of full-time security staff.</w:t>
      </w:r>
      <w:r/>
    </w:p>
    <w:p>
      <w:r/>
      <w:r>
        <w:rPr>
          <w:b/>
        </w:rPr>
        <w:t>Future Outlook</w:t>
      </w:r>
      <w:r/>
    </w:p>
    <w:p>
      <w:r/>
      <w:r>
        <w:t>As smart technology continues to evolve, the potential for Deep Sentinel to lead the market is promising. With ongoing improvements aimed at increasing efficiency and accessibility, the company is poised for significant growth. Selinger's dedication to innovation suggests that continued enhancements and expansions of the technology are imminent, with the goal of remaining ahead of emerging security challenges.</w:t>
      </w:r>
      <w:r/>
    </w:p>
    <w:p>
      <w:r/>
      <w:r>
        <w:t>Deep Sentinel is carving a niche for itself by redefining home security with cutting-edge technology, offering a system that is proactive rather than merely reactive. This approach not only enhances safety for homeowners but also signals a new era in which technology significantly improves the quality and efficacy of home security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https://www.security.org/home-security-systems/deep-sentinel/review/</w:t>
        </w:r>
      </w:hyperlink>
      <w:r>
        <w:t xml:space="preserve"> - Corroborates the integration of artificial intelligence with live human monitoring and the system's ability to detect and address potential threats before they escalate.</w:t>
      </w:r>
      <w:r/>
    </w:p>
    <w:p>
      <w:pPr>
        <w:pStyle w:val="ListNumber"/>
        <w:spacing w:line="240" w:lineRule="auto"/>
        <w:ind w:left="720"/>
      </w:pPr>
      <w:r/>
      <w:hyperlink r:id="rId10">
        <w:r>
          <w:rPr>
            <w:color w:val="0000EE"/>
            <w:u w:val="single"/>
          </w:rPr>
          <w:t>https://www.security.org/home-security-systems/deep-sentinel/review/</w:t>
        </w:r>
      </w:hyperlink>
      <w:r>
        <w:t xml:space="preserve"> - Details how the AI-powered cameras work and how live guards engage with potential intruders via built-in speakers.</w:t>
      </w:r>
      <w:r/>
    </w:p>
    <w:p>
      <w:pPr>
        <w:pStyle w:val="ListNumber"/>
        <w:spacing w:line="240" w:lineRule="auto"/>
        <w:ind w:left="720"/>
      </w:pPr>
      <w:r/>
      <w:hyperlink r:id="rId11">
        <w:r>
          <w:rPr>
            <w:color w:val="0000EE"/>
            <w:u w:val="single"/>
          </w:rPr>
          <w:t>https://www.security.org/home-security-systems/deep-sentinel/</w:t>
        </w:r>
      </w:hyperlink>
      <w:r>
        <w:t xml:space="preserve"> - Provides information on the founding of Deep Sentinel by David Selinger and Winston Chen, and the system's focus on crime prevention.</w:t>
      </w:r>
      <w:r/>
    </w:p>
    <w:p>
      <w:pPr>
        <w:pStyle w:val="ListNumber"/>
        <w:spacing w:line="240" w:lineRule="auto"/>
        <w:ind w:left="720"/>
      </w:pPr>
      <w:r/>
      <w:hyperlink r:id="rId12">
        <w:r>
          <w:rPr>
            <w:color w:val="0000EE"/>
            <w:u w:val="single"/>
          </w:rPr>
          <w:t>https://www.safehome.org/security-systems/deep-sentinel/reviews/</w:t>
        </w:r>
      </w:hyperlink>
      <w:r>
        <w:t xml:space="preserve"> - Supports the background of David Selinger and his motivation for creating Deep Sentinel after a home invasion incident.</w:t>
      </w:r>
      <w:r/>
    </w:p>
    <w:p>
      <w:pPr>
        <w:pStyle w:val="ListNumber"/>
        <w:spacing w:line="240" w:lineRule="auto"/>
        <w:ind w:left="720"/>
      </w:pPr>
      <w:r/>
      <w:hyperlink r:id="rId12">
        <w:r>
          <w:rPr>
            <w:color w:val="0000EE"/>
            <w:u w:val="single"/>
          </w:rPr>
          <w:t>https://www.safehome.org/security-systems/deep-sentinel/reviews/</w:t>
        </w:r>
      </w:hyperlink>
      <w:r>
        <w:t xml:space="preserve"> - Describes the practical application and customer experience, including the ease of installation and the effectiveness of the system in deterring intruders.</w:t>
      </w:r>
      <w:r/>
    </w:p>
    <w:p>
      <w:pPr>
        <w:pStyle w:val="ListNumber"/>
        <w:spacing w:line="240" w:lineRule="auto"/>
        <w:ind w:left="720"/>
      </w:pPr>
      <w:r/>
      <w:hyperlink r:id="rId13">
        <w:r>
          <w:rPr>
            <w:color w:val="0000EE"/>
            <w:u w:val="single"/>
          </w:rPr>
          <w:t>https://www.safewise.com/deep-sentinel-review/</w:t>
        </w:r>
      </w:hyperlink>
      <w:r>
        <w:t xml:space="preserve"> - Explains the cost implications and how Deep Sentinel's pricing compares to traditional alarm systems and other security services.</w:t>
      </w:r>
      <w:r/>
    </w:p>
    <w:p>
      <w:pPr>
        <w:pStyle w:val="ListNumber"/>
        <w:spacing w:line="240" w:lineRule="auto"/>
        <w:ind w:left="720"/>
      </w:pPr>
      <w:r/>
      <w:hyperlink r:id="rId13">
        <w:r>
          <w:rPr>
            <w:color w:val="0000EE"/>
            <w:u w:val="single"/>
          </w:rPr>
          <w:t>https://www.safewise.com/deep-sentinel-review/</w:t>
        </w:r>
      </w:hyperlink>
      <w:r>
        <w:t xml:space="preserve"> - Details the equipment packages and the importance of having multiple cameras for comprehensive coverage.</w:t>
      </w:r>
      <w:r/>
    </w:p>
    <w:p>
      <w:pPr>
        <w:pStyle w:val="ListNumber"/>
        <w:spacing w:line="240" w:lineRule="auto"/>
        <w:ind w:left="720"/>
      </w:pPr>
      <w:r/>
      <w:hyperlink r:id="rId14">
        <w:r>
          <w:rPr>
            <w:color w:val="0000EE"/>
            <w:u w:val="single"/>
          </w:rPr>
          <w:t>https://www.usnews.com/360-reviews/services/home-security/deep-sentinel</w:t>
        </w:r>
      </w:hyperlink>
      <w:r>
        <w:t xml:space="preserve"> - Corroborates the lack of smart home integrations and the exclusive focus on professionally monitored security footage.</w:t>
      </w:r>
      <w:r/>
    </w:p>
    <w:p>
      <w:pPr>
        <w:pStyle w:val="ListNumber"/>
        <w:spacing w:line="240" w:lineRule="auto"/>
        <w:ind w:left="720"/>
      </w:pPr>
      <w:r/>
      <w:hyperlink r:id="rId14">
        <w:r>
          <w:rPr>
            <w:color w:val="0000EE"/>
            <w:u w:val="single"/>
          </w:rPr>
          <w:t>https://www.usnews.com/360-reviews/services/home-security/deep-sentinel</w:t>
        </w:r>
      </w:hyperlink>
      <w:r>
        <w:t xml:space="preserve"> - Provides information on the free trial period and the one-year warranty offered by Deep Sentinel.</w:t>
      </w:r>
      <w:r/>
    </w:p>
    <w:p>
      <w:pPr>
        <w:pStyle w:val="ListNumber"/>
        <w:spacing w:line="240" w:lineRule="auto"/>
        <w:ind w:left="720"/>
      </w:pPr>
      <w:r/>
      <w:hyperlink r:id="rId10">
        <w:r>
          <w:rPr>
            <w:color w:val="0000EE"/>
            <w:u w:val="single"/>
          </w:rPr>
          <w:t>https://www.security.org/home-security-systems/deep-sentinel/review/</w:t>
        </w:r>
      </w:hyperlink>
      <w:r>
        <w:t xml:space="preserve"> - Supports the future outlook and ongoing improvements aimed at increasing efficiency and accessibility of the Deep Sentinel system.</w:t>
      </w:r>
      <w:r/>
    </w:p>
    <w:p>
      <w:pPr>
        <w:pStyle w:val="ListNumber"/>
        <w:spacing w:line="240" w:lineRule="auto"/>
        <w:ind w:left="720"/>
      </w:pPr>
      <w:r/>
      <w:hyperlink r:id="rId12">
        <w:r>
          <w:rPr>
            <w:color w:val="0000EE"/>
            <w:u w:val="single"/>
          </w:rPr>
          <w:t>https://www.safehome.org/security-systems/deep-sentinel/reviews/</w:t>
        </w:r>
      </w:hyperlink>
      <w:r>
        <w:t xml:space="preserve"> - Highlights the proactive nature of Deep Sentinel's system and its potential to lead the market in home security solutions.</w:t>
      </w:r>
      <w:r/>
    </w:p>
    <w:p>
      <w:pPr>
        <w:pStyle w:val="ListNumber"/>
        <w:spacing w:line="240" w:lineRule="auto"/>
        <w:ind w:left="720"/>
      </w:pPr>
      <w:r/>
      <w:hyperlink r:id="rId15">
        <w:r>
          <w:rPr>
            <w:color w:val="0000EE"/>
            <w:u w:val="single"/>
          </w:rPr>
          <w:t>https://insightssuccess.com/deep-sentinel-reviews-are-in-ai-powered-security-system-is-revolutionizing-home-protection-in-2024/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curity.org/home-security-systems/deep-sentinel/review/" TargetMode="External"/><Relationship Id="rId11" Type="http://schemas.openxmlformats.org/officeDocument/2006/relationships/hyperlink" Target="https://www.security.org/home-security-systems/deep-sentinel/" TargetMode="External"/><Relationship Id="rId12" Type="http://schemas.openxmlformats.org/officeDocument/2006/relationships/hyperlink" Target="https://www.safehome.org/security-systems/deep-sentinel/reviews/" TargetMode="External"/><Relationship Id="rId13" Type="http://schemas.openxmlformats.org/officeDocument/2006/relationships/hyperlink" Target="https://www.safewise.com/deep-sentinel-review/" TargetMode="External"/><Relationship Id="rId14" Type="http://schemas.openxmlformats.org/officeDocument/2006/relationships/hyperlink" Target="https://www.usnews.com/360-reviews/services/home-security/deep-sentinel" TargetMode="External"/><Relationship Id="rId15" Type="http://schemas.openxmlformats.org/officeDocument/2006/relationships/hyperlink" Target="https://insightssuccess.com/deep-sentinel-reviews-are-in-ai-powered-security-system-is-revolutionizing-home-protection-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