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ERTICO explores the future of transport with AI white paper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ERTICO-ITS Europe has taken a proactive step in exploring the future of transport and mobility with the publication of a comprehensive White Paper titled “Perspectives on Artificial Intelligence in the Domain of Transport and Mobility”. The document delves into the myriad ways in which artificial intelligence (AI) could transform the transportation sector, outlining both the opportunities and challenges that lie ahead.</w:t>
      </w:r>
      <w:r/>
    </w:p>
    <w:p>
      <w:r/>
      <w:r>
        <w:t>Central to the White Paper is the assertion that AI will revolutionise the way transport systems are managed and experienced. According to ERTICO, the integration of AI into transport can lead to optimised traffic management, significant advancements in automotive technologies, improved public transportation systems, and streamlined logistics and supply chains. These enhancements promise to boost safety, sustainability, and the overall efficiency of mobility solutions in the future.</w:t>
      </w:r>
      <w:r/>
    </w:p>
    <w:p>
      <w:r/>
      <w:r>
        <w:t>The paper further explores specific AI technologies, such as generative AI and large language models, and their potential applications within the transport sector. By harnessing these technologies, the transport industry can align more closely with the European Union's policy targets, particularly in regard to sustainability and efficiency.</w:t>
      </w:r>
      <w:r/>
    </w:p>
    <w:p>
      <w:r/>
      <w:r>
        <w:t>The document also provides insights into current applications of AI in transport where the technology is already making a significant impact. It highlights various case studies and examples, showcasing how AI is used to tackle existing challenges and improve operational outcomes.</w:t>
      </w:r>
      <w:r/>
    </w:p>
    <w:p>
      <w:r/>
      <w:r>
        <w:t>However, the White Paper does not shy away from discussing the hurdles in deploying AI effectively within the transport domain. It addresses concerns around data privacy, the architecture of AI systems, and the need for a regulatory framework to ensure AI is used ethically and responsibly.</w:t>
      </w:r>
      <w:r/>
    </w:p>
    <w:p>
      <w:r/>
      <w:r>
        <w:t>ERTICO's thorough exploration of AI in this publication aims to provide industry stakeholders and policymakers with a detailed understanding of the potential and pitfalls of AI in transport. The paper serves as a resource for those looking to navigate the evolving landscape of AI technologies and their implementation in the sector.</w:t>
      </w:r>
      <w:r/>
    </w:p>
    <w:p>
      <w:r/>
      <w:r>
        <w:t>While the White Paper itself is readily accessible for further reading, its key takeaways provide invaluable insights for those involved or interested in the future interconnection of AI and transportation.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https://www.connectedautomateddriving.eu/blog/ertico-white-paper-ai-perspectives-mobility/</w:t>
        </w:r>
      </w:hyperlink>
      <w:r>
        <w:t xml:space="preserve"> - This link corroborates the publication of ERTICO's White Paper on 'Perspectives on Artificial Intelligence in the Domain of Transport &amp; Mobility' and its focus on the transformation of the transportation sector through AI.</w:t>
      </w:r>
      <w:r/>
    </w:p>
    <w:p>
      <w:pPr>
        <w:pStyle w:val="ListNumber"/>
        <w:spacing w:line="240" w:lineRule="auto"/>
        <w:ind w:left="720"/>
      </w:pPr>
      <w:r/>
      <w:hyperlink r:id="rId10">
        <w:r>
          <w:rPr>
            <w:color w:val="0000EE"/>
            <w:u w:val="single"/>
          </w:rPr>
          <w:t>https://www.connectedautomateddriving.eu/blog/ertico-white-paper-ai-perspectives-mobility/</w:t>
        </w:r>
      </w:hyperlink>
      <w:r>
        <w:t xml:space="preserve"> - This link supports the assertion that AI will revolutionise transport systems, leading to optimised traffic management, advancements in automotive technologies, improved public transportation, and streamlined logistics and supply chains.</w:t>
      </w:r>
      <w:r/>
    </w:p>
    <w:p>
      <w:pPr>
        <w:pStyle w:val="ListNumber"/>
        <w:spacing w:line="240" w:lineRule="auto"/>
        <w:ind w:left="720"/>
      </w:pPr>
      <w:r/>
      <w:hyperlink r:id="rId10">
        <w:r>
          <w:rPr>
            <w:color w:val="0000EE"/>
            <w:u w:val="single"/>
          </w:rPr>
          <w:t>https://www.connectedautomateddriving.eu/blog/ertico-white-paper-ai-perspectives-mobility/</w:t>
        </w:r>
      </w:hyperlink>
      <w:r>
        <w:t xml:space="preserve"> - This link explains the potential applications of AI technologies such as generative AI and large language models in aligning with EU policy targets on sustainability and efficiency.</w:t>
      </w:r>
      <w:r/>
    </w:p>
    <w:p>
      <w:pPr>
        <w:pStyle w:val="ListNumber"/>
        <w:spacing w:line="240" w:lineRule="auto"/>
        <w:ind w:left="720"/>
      </w:pPr>
      <w:r/>
      <w:hyperlink r:id="rId10">
        <w:r>
          <w:rPr>
            <w:color w:val="0000EE"/>
            <w:u w:val="single"/>
          </w:rPr>
          <w:t>https://www.connectedautomateddriving.eu/blog/ertico-white-paper-ai-perspectives-mobility/</w:t>
        </w:r>
      </w:hyperlink>
      <w:r>
        <w:t xml:space="preserve"> - This link highlights current applications of AI in transport, including predictive maintenance, smarter route planning, and real-time adjustments of traffic signals and public transport schedules.</w:t>
      </w:r>
      <w:r/>
    </w:p>
    <w:p>
      <w:pPr>
        <w:pStyle w:val="ListNumber"/>
        <w:spacing w:line="240" w:lineRule="auto"/>
        <w:ind w:left="720"/>
      </w:pPr>
      <w:r/>
      <w:hyperlink r:id="rId10">
        <w:r>
          <w:rPr>
            <w:color w:val="0000EE"/>
            <w:u w:val="single"/>
          </w:rPr>
          <w:t>https://www.connectedautomateddriving.eu/blog/ertico-white-paper-ai-perspectives-mobility/</w:t>
        </w:r>
      </w:hyperlink>
      <w:r>
        <w:t xml:space="preserve"> - This link discusses the challenges in deploying AI, including concerns around data privacy, regulatory frameworks, and the need for ethical and responsible use of AI.</w:t>
      </w:r>
      <w:r/>
    </w:p>
    <w:p>
      <w:pPr>
        <w:pStyle w:val="ListNumber"/>
        <w:spacing w:line="240" w:lineRule="auto"/>
        <w:ind w:left="720"/>
      </w:pPr>
      <w:r/>
      <w:hyperlink r:id="rId11">
        <w:r>
          <w:rPr>
            <w:color w:val="0000EE"/>
            <w:u w:val="single"/>
          </w:rPr>
          <w:t>https://ertico.com/focus-areas/transport-logistics/</w:t>
        </w:r>
      </w:hyperlink>
      <w:r>
        <w:t xml:space="preserve"> - This link supports ERTICO's role in optimizing transportation networks, coordinating logistics operations, and ensuring timely and secure delivery, all of which are enhanced by AI technologies.</w:t>
      </w:r>
      <w:r/>
    </w:p>
    <w:p>
      <w:pPr>
        <w:pStyle w:val="ListNumber"/>
        <w:spacing w:line="240" w:lineRule="auto"/>
        <w:ind w:left="720"/>
      </w:pPr>
      <w:r/>
      <w:hyperlink r:id="rId11">
        <w:r>
          <w:rPr>
            <w:color w:val="0000EE"/>
            <w:u w:val="single"/>
          </w:rPr>
          <w:t>https://ertico.com/focus-areas/transport-logistics/</w:t>
        </w:r>
      </w:hyperlink>
      <w:r>
        <w:t xml:space="preserve"> - This link details ERTICO’s goals for 2035, including achieving seamless logistics and freight transport, and the role of AI, 5G, IoT, and other technologies in this process.</w:t>
      </w:r>
      <w:r/>
    </w:p>
    <w:p>
      <w:pPr>
        <w:pStyle w:val="ListNumber"/>
        <w:spacing w:line="240" w:lineRule="auto"/>
        <w:ind w:left="720"/>
      </w:pPr>
      <w:r/>
      <w:hyperlink r:id="rId12">
        <w:r>
          <w:rPr>
            <w:color w:val="0000EE"/>
            <w:u w:val="single"/>
          </w:rPr>
          <w:t>https://unece.org/sites/default/files/2024-06/ITS%20for%20sustainable%20Mobility_E_pdf_web.pdf</w:t>
        </w:r>
      </w:hyperlink>
      <w:r>
        <w:t xml:space="preserve"> - This link provides context on Intelligent Transport Systems (ITS) and their role in sustainable mobility, which aligns with ERTICO's focus on integrating AI into transport systems for sustainability and efficiency.</w:t>
      </w:r>
      <w:r/>
    </w:p>
    <w:p>
      <w:pPr>
        <w:pStyle w:val="ListNumber"/>
        <w:spacing w:line="240" w:lineRule="auto"/>
        <w:ind w:left="720"/>
      </w:pPr>
      <w:r/>
      <w:hyperlink r:id="rId13">
        <w:r>
          <w:rPr>
            <w:color w:val="0000EE"/>
            <w:u w:val="single"/>
          </w:rPr>
          <w:t>https://ertico.com</w:t>
        </w:r>
      </w:hyperlink>
      <w:r>
        <w:t xml:space="preserve"> - This link introduces ERTICO as a public-private partnership organisation that facilitates, develops, and promotes innovative solutions in smart mobility and intelligent transport, including the integration of AI.</w:t>
      </w:r>
      <w:r/>
    </w:p>
    <w:p>
      <w:pPr>
        <w:pStyle w:val="ListNumber"/>
        <w:spacing w:line="240" w:lineRule="auto"/>
        <w:ind w:left="720"/>
      </w:pPr>
      <w:r/>
      <w:hyperlink r:id="rId11">
        <w:r>
          <w:rPr>
            <w:color w:val="0000EE"/>
            <w:u w:val="single"/>
          </w:rPr>
          <w:t>https://ertico.com/focus-areas/transport-logistics/</w:t>
        </w:r>
      </w:hyperlink>
      <w:r>
        <w:t xml:space="preserve"> - This link explains ERTICO’s work on developing necessary interfaces for an integrated freight transport system, ensuring scalability, interoperability, and visibility across the supply chain, all supported by AI and other digital technologies.</w:t>
      </w:r>
      <w:r/>
    </w:p>
    <w:p>
      <w:pPr>
        <w:pStyle w:val="ListNumber"/>
        <w:spacing w:line="240" w:lineRule="auto"/>
        <w:ind w:left="720"/>
      </w:pPr>
      <w:r/>
      <w:hyperlink r:id="rId14">
        <w:r>
          <w:rPr>
            <w:color w:val="0000EE"/>
            <w:u w:val="single"/>
          </w:rPr>
          <w:t>https://erticonetwork.com</w:t>
        </w:r>
      </w:hyperlink>
      <w:r>
        <w:t xml:space="preserve"> - This link mentions ERTICO's publications and initiatives, including the White Paper on AI, which serves as a resource for industry stakeholders and policymakers navigating AI technologies in transport.</w:t>
      </w:r>
      <w:r/>
    </w:p>
    <w:p>
      <w:pPr>
        <w:pStyle w:val="ListNumber"/>
        <w:spacing w:line="240" w:lineRule="auto"/>
        <w:ind w:left="720"/>
      </w:pPr>
      <w:r/>
      <w:hyperlink r:id="rId15">
        <w:r>
          <w:rPr>
            <w:color w:val="0000EE"/>
            <w:u w:val="single"/>
          </w:rPr>
          <w:t>https://highways-news.com/ertico-issues-white-paper-on-ai-in-transport/?utm_source=rss&amp;utm_medium=rss&amp;utm_campaign=ertico-issues-white-paper-on-ai-in-transport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nectedautomateddriving.eu/blog/ertico-white-paper-ai-perspectives-mobility/" TargetMode="External"/><Relationship Id="rId11" Type="http://schemas.openxmlformats.org/officeDocument/2006/relationships/hyperlink" Target="https://ertico.com/focus-areas/transport-logistics/" TargetMode="External"/><Relationship Id="rId12" Type="http://schemas.openxmlformats.org/officeDocument/2006/relationships/hyperlink" Target="https://unece.org/sites/default/files/2024-06/ITS%20for%20sustainable%20Mobility_E_pdf_web.pdf" TargetMode="External"/><Relationship Id="rId13" Type="http://schemas.openxmlformats.org/officeDocument/2006/relationships/hyperlink" Target="https://ertico.com" TargetMode="External"/><Relationship Id="rId14" Type="http://schemas.openxmlformats.org/officeDocument/2006/relationships/hyperlink" Target="https://erticonetwork.com" TargetMode="External"/><Relationship Id="rId15" Type="http://schemas.openxmlformats.org/officeDocument/2006/relationships/hyperlink" Target="https://highways-news.com/ertico-issues-white-paper-on-ai-in-transport/?utm_source=rss&amp;utm_medium=rss&amp;utm_campaign=ertico-issues-white-paper-on-ai-in-trans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