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Machine Age': Robert Skidelsky's insightful narrative on technology's 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Machine Age': Robert Skidelsky's Insightful Narrative on Technology's Evolution</w:t>
      </w:r>
      <w:r/>
    </w:p>
    <w:p>
      <w:r/>
      <w:r>
        <w:t>Published by Penguin and spanning 384 pages, Robert Skidelsky's latest book, "The Machine Age," delves into the complex narrative surrounding the evolution of technology, incorporating historical context and speculative analysis about the future. Released at a critical juncture when conversations around artificial intelligence are increasingly pertinent, Skidelsky's work presents readers with a detailed exploration of how technology, and the mindsets behind its development, have shaped society.</w:t>
      </w:r>
      <w:r/>
    </w:p>
    <w:p>
      <w:r/>
      <w:r>
        <w:t>Skidelsky's book ventures beyond the chronological retelling of technological advancements. It seeks to unravel the broader conceptual frameworks that govern technological development, with a particular focus on the intellectual spirit borne out of the Enlightenment. This era, often credited with nurturing a profound faith in scientific progress, is portrayed as pivotal in shifting societal beliefs towards a capability for social engineering on both individual and collective levels.</w:t>
      </w:r>
      <w:r/>
    </w:p>
    <w:p>
      <w:r/>
      <w:r>
        <w:t>The book is structured into thematic chapters, offering a sweeping narrative that begins with philosopher Francis Bacon's mechanistic views of nature. Skidelsky then traces the emergence of capitalism following the decline of feudalism, presenting a tapestry of interconnected historical shifts. Of particular note is his engagement with sociologist Max Weber’s contentious thesis about Calvinism's role in revolutionising attitudes towards work, allegedly advocating lifelong diligence akin to monastic devotion and eroding earlier taboos against wealth accumulation.</w:t>
      </w:r>
      <w:r/>
    </w:p>
    <w:p>
      <w:r/>
      <w:r>
        <w:t>The narrative then transitions to the era of the Industrial Revolution before Skidelsky expands the discussion internationally, addressing the lack of industrialisation in regions such as China and India. This broad approach, however, presents a challenge; compressing such vast histories into a single chapter risks superficial treatment of complex phenomena.</w:t>
      </w:r>
      <w:r/>
    </w:p>
    <w:p>
      <w:r/>
      <w:r>
        <w:t>Throughout the text, Skidelsky relies extensively on literary works to elucidate shifts in societal perceptions of technology, yet occasionally these digressions seem to serve more as illustrative filler rather than driving the central thesis forward. For instance, detailed summaries of literary plots, such as George Orwell’s "Nineteen Eighty-Four," might not significantly advance his arguments.</w:t>
      </w:r>
      <w:r/>
    </w:p>
    <w:p>
      <w:r/>
      <w:r>
        <w:t>Notwithstanding, Skidelsky excels when narrowing the focus to his primary thesis—critically examining the ideological evolutions that challenge burgeoning confidence in mechanisation. He deftly elucidates how these ideologies coalesced into a form of Romantic nationalism in Germany, though he presents the notion of this ideology as a precursor to both world wars with less conviction.</w:t>
      </w:r>
      <w:r/>
    </w:p>
    <w:p>
      <w:r/>
      <w:r>
        <w:t>Turning to contemporary times, Skidelsky offers a precise overview of early internet developments and the consequential rise of cybernetics. He articulates the emergence of a delicate balance between freedom and control that digital advancements have fostered, noting how the handling of information has blurred lines between total liberty and totalitarian oversight.</w:t>
      </w:r>
      <w:r/>
    </w:p>
    <w:p>
      <w:r/>
      <w:r>
        <w:t>The book goes on to critically appraise the varied motivations of stakeholders in controlling technological systems. In Skidelsky's view, state surveillance seeks to mitigate security threats while companies commodify personal data. His critique extends to what he terms modern AI messianism, critiquing the intrinsic inhuman biases of tech utopian ideals.</w:t>
      </w:r>
      <w:r/>
    </w:p>
    <w:p>
      <w:r/>
      <w:r>
        <w:t>In the concluding section, perhaps the book’s most compelling, Skidelsky posits that the core tension lies not within discrete political or economic systems, but within technology itself—a clash between "humans and humanity." He argues that the "mechanical philosophy" threatens to undermine the essence of human nature. However, Skidelsky offers no decisive remedy to this quandary, lamenting society's difficulty in conceptualising alternatives beyond existing paradigms.</w:t>
      </w:r>
      <w:r/>
    </w:p>
    <w:p>
      <w:r/>
      <w:r>
        <w:t>While "The Machine Age" may not provide exhaustive solutions, it stands as a comprehensive resource, particularly beneficial for Catholic thinkers and other intellectuals exploring similar themes. Skidelsky’s work is poised to enrich ongoing discussions about the role and influence of technology in shaping human destiny, serving as both a thorough documentation of relevant literature and a springboard for further inquiry.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https://www.amazon.com/Machine-Age-Robert-Skidelsky/dp/0241244617</w:t>
        </w:r>
      </w:hyperlink>
      <w:r>
        <w:t xml:space="preserve"> - Provides an overview of the book 'The Machine Age' by Robert Skidelsky, including its focus on the relationship between humans and machines from the first tools to the present and future.</w:t>
      </w:r>
      <w:r/>
    </w:p>
    <w:p>
      <w:pPr>
        <w:pStyle w:val="ListNumber"/>
        <w:spacing w:line="240" w:lineRule="auto"/>
        <w:ind w:left="720"/>
      </w:pPr>
      <w:r/>
      <w:hyperlink r:id="rId11">
        <w:r>
          <w:rPr>
            <w:color w:val="0000EE"/>
            <w:u w:val="single"/>
          </w:rPr>
          <w:t>https://www.penguin.co.uk/books/290089/the-machine-age-by-skidelsky-robert/9780141982519</w:t>
        </w:r>
      </w:hyperlink>
      <w:r>
        <w:t xml:space="preserve"> - Details the book's sweeping history and meditation on humanity's relationship with machines, highlighting its exploration of the impact of technology on society.</w:t>
      </w:r>
      <w:r/>
    </w:p>
    <w:p>
      <w:pPr>
        <w:pStyle w:val="ListNumber"/>
        <w:spacing w:line="240" w:lineRule="auto"/>
        <w:ind w:left="720"/>
      </w:pPr>
      <w:r/>
      <w:hyperlink r:id="rId12">
        <w:r>
          <w:rPr>
            <w:color w:val="0000EE"/>
            <w:u w:val="single"/>
          </w:rPr>
          <w:t>https://robertskidelsky.com/2024/02/07/the-machine-age-2/</w:t>
        </w:r>
      </w:hyperlink>
      <w:r>
        <w:t xml:space="preserve"> - Explains the book's structure and themes, including the impact of machines on work, life, and the future, and the tension between technology and human freedom.</w:t>
      </w:r>
      <w:r/>
    </w:p>
    <w:p>
      <w:pPr>
        <w:pStyle w:val="ListNumber"/>
        <w:spacing w:line="240" w:lineRule="auto"/>
        <w:ind w:left="720"/>
      </w:pPr>
      <w:r/>
      <w:hyperlink r:id="rId13">
        <w:r>
          <w:rPr>
            <w:color w:val="0000EE"/>
            <w:u w:val="single"/>
          </w:rPr>
          <w:t>https://www.goodreads.com/book/show/96177617-the-machine-age</w:t>
        </w:r>
      </w:hyperlink>
      <w:r>
        <w:t xml:space="preserve"> - Provides a summary and user reviews of 'The Machine Age,' reinforcing its themes of technology's evolution and its societal impacts.</w:t>
      </w:r>
      <w:r/>
    </w:p>
    <w:p>
      <w:pPr>
        <w:pStyle w:val="ListNumber"/>
        <w:spacing w:line="240" w:lineRule="auto"/>
        <w:ind w:left="720"/>
      </w:pPr>
      <w:r/>
      <w:hyperlink r:id="rId11">
        <w:r>
          <w:rPr>
            <w:color w:val="0000EE"/>
            <w:u w:val="single"/>
          </w:rPr>
          <w:t>https://www.penguin.co.uk/books/290089/the-machine-age-by-skidelsky-robert/9780141982519</w:t>
        </w:r>
      </w:hyperlink>
      <w:r>
        <w:t xml:space="preserve"> - Supports the claim that the book explores the interactions between capitalism, technology, science, and religion in shaping the modern world.</w:t>
      </w:r>
      <w:r/>
    </w:p>
    <w:p>
      <w:pPr>
        <w:pStyle w:val="ListNumber"/>
        <w:spacing w:line="240" w:lineRule="auto"/>
        <w:ind w:left="720"/>
      </w:pPr>
      <w:r/>
      <w:hyperlink r:id="rId12">
        <w:r>
          <w:rPr>
            <w:color w:val="0000EE"/>
            <w:u w:val="single"/>
          </w:rPr>
          <w:t>https://robertskidelsky.com/2024/02/07/the-machine-age-2/</w:t>
        </w:r>
      </w:hyperlink>
      <w:r>
        <w:t xml:space="preserve"> - Corroborates the discussion on the Enlightenment and its influence on societal beliefs towards scientific progress and social engineering.</w:t>
      </w:r>
      <w:r/>
    </w:p>
    <w:p>
      <w:pPr>
        <w:pStyle w:val="ListNumber"/>
        <w:spacing w:line="240" w:lineRule="auto"/>
        <w:ind w:left="720"/>
      </w:pPr>
      <w:r/>
      <w:hyperlink r:id="rId11">
        <w:r>
          <w:rPr>
            <w:color w:val="0000EE"/>
            <w:u w:val="single"/>
          </w:rPr>
          <w:t>https://www.penguin.co.uk/books/290089/the-machine-age-by-skidelsky-robert/9780141982519</w:t>
        </w:r>
      </w:hyperlink>
      <w:r>
        <w:t xml:space="preserve"> - Details Skidelsky's engagement with Max Weber’s thesis on Calvinism and its role in revolutionizing attitudes towards work.</w:t>
      </w:r>
      <w:r/>
    </w:p>
    <w:p>
      <w:pPr>
        <w:pStyle w:val="ListNumber"/>
        <w:spacing w:line="240" w:lineRule="auto"/>
        <w:ind w:left="720"/>
      </w:pPr>
      <w:r/>
      <w:hyperlink r:id="rId12">
        <w:r>
          <w:rPr>
            <w:color w:val="0000EE"/>
            <w:u w:val="single"/>
          </w:rPr>
          <w:t>https://robertskidelsky.com/2024/02/07/the-machine-age-2/</w:t>
        </w:r>
      </w:hyperlink>
      <w:r>
        <w:t xml:space="preserve"> - Supports the narrative on the Industrial Revolution and the international context, including the lack of industrialization in regions like China and India.</w:t>
      </w:r>
      <w:r/>
    </w:p>
    <w:p>
      <w:pPr>
        <w:pStyle w:val="ListNumber"/>
        <w:spacing w:line="240" w:lineRule="auto"/>
        <w:ind w:left="720"/>
      </w:pPr>
      <w:r/>
      <w:hyperlink r:id="rId11">
        <w:r>
          <w:rPr>
            <w:color w:val="0000EE"/>
            <w:u w:val="single"/>
          </w:rPr>
          <w:t>https://www.penguin.co.uk/books/290089/the-machine-age-by-skidelsky-robert/9780141982519</w:t>
        </w:r>
      </w:hyperlink>
      <w:r>
        <w:t xml:space="preserve"> - Explains Skidelsky's use of literary works to illustrate shifts in societal perceptions of technology and his critique of modern AI messianism.</w:t>
      </w:r>
      <w:r/>
    </w:p>
    <w:p>
      <w:pPr>
        <w:pStyle w:val="ListNumber"/>
        <w:spacing w:line="240" w:lineRule="auto"/>
        <w:ind w:left="720"/>
      </w:pPr>
      <w:r/>
      <w:hyperlink r:id="rId12">
        <w:r>
          <w:rPr>
            <w:color w:val="0000EE"/>
            <w:u w:val="single"/>
          </w:rPr>
          <w:t>https://robertskidelsky.com/2024/02/07/the-machine-age-2/</w:t>
        </w:r>
      </w:hyperlink>
      <w:r>
        <w:t xml:space="preserve"> - Corroborates the discussion on the balance between freedom and control in the context of digital advancements and the handling of information.</w:t>
      </w:r>
      <w:r/>
    </w:p>
    <w:p>
      <w:pPr>
        <w:pStyle w:val="ListNumber"/>
        <w:spacing w:line="240" w:lineRule="auto"/>
        <w:ind w:left="720"/>
      </w:pPr>
      <w:r/>
      <w:hyperlink r:id="rId11">
        <w:r>
          <w:rPr>
            <w:color w:val="0000EE"/>
            <w:u w:val="single"/>
          </w:rPr>
          <w:t>https://www.penguin.co.uk/books/290089/the-machine-age-by-skidelsky-robert/9780141982519</w:t>
        </w:r>
      </w:hyperlink>
      <w:r>
        <w:t xml:space="preserve"> - Supports the conclusion that the core tension lies within technology itself, a clash between 'humans and humanity,' and the critique of the 'mechanical philosophy.'</w:t>
      </w:r>
      <w:r/>
    </w:p>
    <w:p>
      <w:pPr>
        <w:pStyle w:val="ListNumber"/>
        <w:spacing w:line="240" w:lineRule="auto"/>
        <w:ind w:left="720"/>
      </w:pPr>
      <w:r/>
      <w:hyperlink r:id="rId14">
        <w:r>
          <w:rPr>
            <w:color w:val="0000EE"/>
            <w:u w:val="single"/>
          </w:rPr>
          <w:t>https://catholicherald.co.uk/the-machine-age-the-ideologies-and-religious-influences-behind-ai/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Machine-Age-Robert-Skidelsky/dp/0241244617" TargetMode="External"/><Relationship Id="rId11" Type="http://schemas.openxmlformats.org/officeDocument/2006/relationships/hyperlink" Target="https://www.penguin.co.uk/books/290089/the-machine-age-by-skidelsky-robert/9780141982519" TargetMode="External"/><Relationship Id="rId12" Type="http://schemas.openxmlformats.org/officeDocument/2006/relationships/hyperlink" Target="https://robertskidelsky.com/2024/02/07/the-machine-age-2/" TargetMode="External"/><Relationship Id="rId13" Type="http://schemas.openxmlformats.org/officeDocument/2006/relationships/hyperlink" Target="https://www.goodreads.com/book/show/96177617-the-machine-age" TargetMode="External"/><Relationship Id="rId14" Type="http://schemas.openxmlformats.org/officeDocument/2006/relationships/hyperlink" Target="https://catholicherald.co.uk/the-machine-age-the-ideologies-and-religious-influences-behi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