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integrates Gemini AI assistant into Workspace for enhanced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an innovative enhancement to its Workspace suite by introducing the Gemini AI assistant to Google Chat. This development aims to streamline communication by allowing users to effortlessly navigate through numerous messages to capture essential updates and discussions.</w:t>
      </w:r>
      <w:r/>
    </w:p>
    <w:p>
      <w:r/>
      <w:r>
        <w:t>This AI-powered feature, launched in late 2023, is integrated into Google Chat, joining its previous implementations in other Google Workspace applications such as Docs and Drive. To activate the feature, users can simply click the "Ask Gemini" icon, located at the top of the Google Chat interface. This will open a dedicated chat window for interacting with the AI, where users can request summaries of group chats, direct messages, and discussions within spaces.</w:t>
      </w:r>
      <w:r/>
    </w:p>
    <w:p>
      <w:r/>
      <w:r>
        <w:t>The "catch me up" command offers users a concise summary of conversations, which can be requested in bullet points or expanded with more detail if necessary. Users can also inquire about specific aspects of the conversation, such as requests for help, major takeaways, and other significant decisions. Additionally, it can reveal tasks assigned to specific individuals or capture what was said about particular topics.</w:t>
      </w:r>
      <w:r/>
    </w:p>
    <w:p>
      <w:r/>
      <w:r>
        <w:t>While Gemini provides efficient conversation summaries, it is limited to organising the current chat view and does not extend to accessing emails or files in Google Drive. Google has clarified that this is an intentional design choice aimed at keeping the focus on the immediate discussion context, thereby preventing the inclusion of unrelated data. This limitation also helps minimise the risk of the AI generating inaccurate or fabricated information, known as hallucinations in AI terminology.</w:t>
      </w:r>
      <w:r/>
    </w:p>
    <w:p>
      <w:r/>
      <w:r>
        <w:t xml:space="preserve">It is important to note that this feature is exclusively available to users subscribed to specific Google tiers such as Gemini Business, Enterprise, Education, or Education Premium. </w:t>
      </w:r>
      <w:r/>
    </w:p>
    <w:p>
      <w:r/>
      <w:r>
        <w:t>The integration of Gemini into Google Chat complements Google's broader strategy of embedding Gemini functionalities across its platforms. This includes the potential replacement of Google Assistant’s roles in Google Messages, Maps, and various Android functions, showcasing Google's commitment to creating a more cohesive and intelligent digital ecosystem through its AI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https://www.kanbanchi.com/google-workspace-tips/gemini-ai-google-workspace</w:t>
        </w:r>
      </w:hyperlink>
      <w:r>
        <w:t xml:space="preserve"> - Corroborates the integration of Gemini AI within Google Workspace applications like Gmail and Docs, and its capabilities in tasks such as data analysis and email writing.</w:t>
      </w:r>
      <w:r/>
    </w:p>
    <w:p>
      <w:pPr>
        <w:pStyle w:val="ListNumber"/>
        <w:spacing w:line="240" w:lineRule="auto"/>
        <w:ind w:left="720"/>
      </w:pPr>
      <w:r/>
      <w:hyperlink r:id="rId11">
        <w:r>
          <w:rPr>
            <w:color w:val="0000EE"/>
            <w:u w:val="single"/>
          </w:rPr>
          <w:t>https://edu.google.com/intl/ALL_us/workspace-for-education/add-ons/gemini-for-google-workspace/</w:t>
        </w:r>
      </w:hyperlink>
      <w:r>
        <w:t xml:space="preserve"> - Provides details on Gemini's integration across Google Workspace for Education, including its use in Gmail, Docs, and other apps, and its ability to help with tasks like lesson plans and presentations.</w:t>
      </w:r>
      <w:r/>
    </w:p>
    <w:p>
      <w:pPr>
        <w:pStyle w:val="ListNumber"/>
        <w:spacing w:line="240" w:lineRule="auto"/>
        <w:ind w:left="720"/>
      </w:pPr>
      <w:r/>
      <w:hyperlink r:id="rId12">
        <w:r>
          <w:rPr>
            <w:color w:val="0000EE"/>
            <w:u w:val="single"/>
          </w:rPr>
          <w:t>https://workspace.google.com/solutions/ai/</w:t>
        </w:r>
      </w:hyperlink>
      <w:r>
        <w:t xml:space="preserve"> - Explains Gemini's role as an AI assistant across Google Workspace, including its use in Gmail, Docs, Sheets, and Meet, and its enterprise-grade security and privacy features.</w:t>
      </w:r>
      <w:r/>
    </w:p>
    <w:p>
      <w:pPr>
        <w:pStyle w:val="ListNumber"/>
        <w:spacing w:line="240" w:lineRule="auto"/>
        <w:ind w:left="720"/>
      </w:pPr>
      <w:r/>
      <w:hyperlink r:id="rId13">
        <w:r>
          <w:rPr>
            <w:color w:val="0000EE"/>
            <w:u w:val="single"/>
          </w:rPr>
          <w:t>https://www.revolgy.com/insights/blog/get-started-with-gemini-for-google-workspace</w:t>
        </w:r>
      </w:hyperlink>
      <w:r>
        <w:t xml:space="preserve"> - Details how Gemini can be activated and used across various Google Workspace apps, including Gmail, Docs, Sheets, and Meet, and its capabilities in writing, visualizing, and organizing tasks.</w:t>
      </w:r>
      <w:r/>
    </w:p>
    <w:p>
      <w:pPr>
        <w:pStyle w:val="ListNumber"/>
        <w:spacing w:line="240" w:lineRule="auto"/>
        <w:ind w:left="720"/>
      </w:pPr>
      <w:r/>
      <w:hyperlink r:id="rId14">
        <w:r>
          <w:rPr>
            <w:color w:val="0000EE"/>
            <w:u w:val="single"/>
          </w:rPr>
          <w:t>https://www.revolgy.com/insights/blog/google-gemini-ai-is-now-free-for-workspace-customers</w:t>
        </w:r>
      </w:hyperlink>
      <w:r>
        <w:t xml:space="preserve"> - Mentions that Gemini AI is now included in Google Workspace plans at no extra cost and highlights its integration into apps like Gmail and Docs for tasks such as email drafting and data analysis.</w:t>
      </w:r>
      <w:r/>
    </w:p>
    <w:p>
      <w:pPr>
        <w:pStyle w:val="ListNumber"/>
        <w:spacing w:line="240" w:lineRule="auto"/>
        <w:ind w:left="720"/>
      </w:pPr>
      <w:r/>
      <w:hyperlink r:id="rId12">
        <w:r>
          <w:rPr>
            <w:color w:val="0000EE"/>
            <w:u w:val="single"/>
          </w:rPr>
          <w:t>https://workspace.google.com/solutions/ai/</w:t>
        </w:r>
      </w:hyperlink>
      <w:r>
        <w:t xml:space="preserve"> - Clarifies the availability of Gemini for specific Google Workspace tiers such as Business, Enterprise, and Education plans.</w:t>
      </w:r>
      <w:r/>
    </w:p>
    <w:p>
      <w:pPr>
        <w:pStyle w:val="ListNumber"/>
        <w:spacing w:line="240" w:lineRule="auto"/>
        <w:ind w:left="720"/>
      </w:pPr>
      <w:r/>
      <w:hyperlink r:id="rId11">
        <w:r>
          <w:rPr>
            <w:color w:val="0000EE"/>
            <w:u w:val="single"/>
          </w:rPr>
          <w:t>https://edu.google.com/intl/ALL_us/workspace-for-education/add-ons/gemini-for-google-workspace/</w:t>
        </w:r>
      </w:hyperlink>
      <w:r>
        <w:t xml:space="preserve"> - Explains the security and privacy measures in place for Gemini, including the fact that user data is not used to train AI models or shared with other users.</w:t>
      </w:r>
      <w:r/>
    </w:p>
    <w:p>
      <w:pPr>
        <w:pStyle w:val="ListNumber"/>
        <w:spacing w:line="240" w:lineRule="auto"/>
        <w:ind w:left="720"/>
      </w:pPr>
      <w:r/>
      <w:hyperlink r:id="rId13">
        <w:r>
          <w:rPr>
            <w:color w:val="0000EE"/>
            <w:u w:val="single"/>
          </w:rPr>
          <w:t>https://www.revolgy.com/insights/blog/get-started-with-gemini-for-google-workspace</w:t>
        </w:r>
      </w:hyperlink>
      <w:r>
        <w:t xml:space="preserve"> - Describes how Gemini helps in summarizing content and organizing data within Google Workspace apps, aligning with its role in providing concise summaries of conversations.</w:t>
      </w:r>
      <w:r/>
    </w:p>
    <w:p>
      <w:pPr>
        <w:pStyle w:val="ListNumber"/>
        <w:spacing w:line="240" w:lineRule="auto"/>
        <w:ind w:left="720"/>
      </w:pPr>
      <w:r/>
      <w:hyperlink r:id="rId12">
        <w:r>
          <w:rPr>
            <w:color w:val="0000EE"/>
            <w:u w:val="single"/>
          </w:rPr>
          <w:t>https://workspace.google.com/solutions/ai/</w:t>
        </w:r>
      </w:hyperlink>
      <w:r>
        <w:t xml:space="preserve"> - Highlights Google's broader strategy of embedding Gemini functionalities across its platforms to create a more cohesive and intelligent digital ecosystem.</w:t>
      </w:r>
      <w:r/>
    </w:p>
    <w:p>
      <w:pPr>
        <w:pStyle w:val="ListNumber"/>
        <w:spacing w:line="240" w:lineRule="auto"/>
        <w:ind w:left="720"/>
      </w:pPr>
      <w:r/>
      <w:hyperlink r:id="rId11">
        <w:r>
          <w:rPr>
            <w:color w:val="0000EE"/>
            <w:u w:val="single"/>
          </w:rPr>
          <w:t>https://edu.google.com/intl/ALL_us/workspace-for-education/add-ons/gemini-for-google-workspace/</w:t>
        </w:r>
      </w:hyperlink>
      <w:r>
        <w:t xml:space="preserve"> - Mentions the upcoming feature of Gemini in Meet for taking notes and providing summaries, which aligns with the concept of summarizing conversations and discussions.</w:t>
      </w:r>
      <w:r/>
    </w:p>
    <w:p>
      <w:pPr>
        <w:pStyle w:val="ListNumber"/>
        <w:spacing w:line="240" w:lineRule="auto"/>
        <w:ind w:left="720"/>
      </w:pPr>
      <w:r/>
      <w:hyperlink r:id="rId14">
        <w:r>
          <w:rPr>
            <w:color w:val="0000EE"/>
            <w:u w:val="single"/>
          </w:rPr>
          <w:t>https://www.revolgy.com/insights/blog/google-gemini-ai-is-now-free-for-workspace-customers</w:t>
        </w:r>
      </w:hyperlink>
      <w:r>
        <w:t xml:space="preserve"> - Emphasizes the focus on security and privacy in Gemini's integration, ensuring that the AI does not generate inaccurate or fabricated information.</w:t>
      </w:r>
      <w:r/>
    </w:p>
    <w:p>
      <w:pPr>
        <w:pStyle w:val="ListNumber"/>
        <w:spacing w:line="240" w:lineRule="auto"/>
        <w:ind w:left="720"/>
      </w:pPr>
      <w:r/>
      <w:hyperlink r:id="rId15">
        <w:r>
          <w:rPr>
            <w:color w:val="0000EE"/>
            <w:u w:val="single"/>
          </w:rPr>
          <w:t>https://www.techradar.com/computing/artificial-intelligence/gemini-will-yada-yada-your-google-chat-into-a-neat-summary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anbanchi.com/google-workspace-tips/gemini-ai-google-workspace" TargetMode="External"/><Relationship Id="rId11" Type="http://schemas.openxmlformats.org/officeDocument/2006/relationships/hyperlink" Target="https://edu.google.com/intl/ALL_us/workspace-for-education/add-ons/gemini-for-google-workspace/" TargetMode="External"/><Relationship Id="rId12" Type="http://schemas.openxmlformats.org/officeDocument/2006/relationships/hyperlink" Target="https://workspace.google.com/solutions/ai/" TargetMode="External"/><Relationship Id="rId13" Type="http://schemas.openxmlformats.org/officeDocument/2006/relationships/hyperlink" Target="https://www.revolgy.com/insights/blog/get-started-with-gemini-for-google-workspace" TargetMode="External"/><Relationship Id="rId14" Type="http://schemas.openxmlformats.org/officeDocument/2006/relationships/hyperlink" Target="https://www.revolgy.com/insights/blog/google-gemini-ai-is-now-free-for-workspace-customers" TargetMode="External"/><Relationship Id="rId15" Type="http://schemas.openxmlformats.org/officeDocument/2006/relationships/hyperlink" Target="https://www.techradar.com/computing/artificial-intelligence/gemini-will-yada-yada-your-google-chat-into-a-neat-summ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