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Google Pixel's Call Screener to get smarter with AI-powered replies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Google Pixel's Call Screener to Get Smarter with AI-Powered Replies</w:t>
      </w:r>
      <w:r/>
    </w:p>
    <w:p>
      <w:r/>
      <w:r>
        <w:t>Google is reportedly enhancing its popular Call Screen feature on Pixel phones, integrating AI-powered contextual replies to make the experience more personalised and efficient. The new feature, which is currently being developed, indicates a significant leap in the functionality originally introduced in 2018, aimed at managing and filtering spam and unknown calls.</w:t>
      </w:r>
      <w:r/>
    </w:p>
    <w:p>
      <w:r/>
      <w:r>
        <w:rPr>
          <w:b/>
        </w:rPr>
        <w:t>Key Developments in Call Screen Technology</w:t>
      </w:r>
      <w:r/>
    </w:p>
    <w:p>
      <w:r/>
      <w:r>
        <w:t>According to analyses of the latest Google Phone app beta, conducted by technology news outlets and code investigators such as AssembleDebug and 9to5Google, traces of upcoming AI functionalities have been discovered. The new feature, coined as "AI Replies," promises to deliver relevant response suggestions based on the caller's input, powered by Google's Gemini Nano, a language model designed to understand and process natural language more effectively than the current models.</w:t>
      </w:r>
      <w:r/>
    </w:p>
    <w:p>
      <w:r/>
      <w:r>
        <w:t>Presently, the Call Screen feature allows Google Assistant to intercept incoming calls, request the caller's purpose, and transcribe their response for the device owner. Users can then choose from basic preset responses like "call me back" or "thank you," depending on the context discerned by the AI. The upgrade aims to enhance this by generating a wider range of responses that align more accurately with the conversation's context, potentially improving user engagement and satisfaction.</w:t>
      </w:r>
      <w:r/>
    </w:p>
    <w:p>
      <w:r/>
      <w:r>
        <w:rPr>
          <w:b/>
        </w:rPr>
        <w:t>Global Reach and Availability</w:t>
      </w:r>
      <w:r/>
    </w:p>
    <w:p>
      <w:r/>
      <w:r>
        <w:t>Despite the promise of these improvements, Call Screen's availability remains geographically limited. The feature is fully operational in countries like the United States and is gradually expanding its presence. Features like Automatic Call Screen and Call Notes are predominantly available in the US, with some manual screening options accessible in Canada, the UK, France, and Germany. The potential global rollout of the enhanced AI system could provide a uniformly advanced experience for users around the world, though such plans have yet to be officially announced by Google.</w:t>
      </w:r>
      <w:r/>
    </w:p>
    <w:p>
      <w:r/>
      <w:r>
        <w:rPr>
          <w:b/>
        </w:rPr>
        <w:t>Technical and Availability Notes</w:t>
      </w:r>
      <w:r/>
    </w:p>
    <w:p>
      <w:r/>
      <w:r>
        <w:t>The AI-driven Call Screen feature, potentially reliant on complex on-board processing capacities furnished by Gemini Nano, may initially be available only on newer models like the Pixel 8 Pro and the upcoming Pixel 9 series. The Pixel 8 and 8a support the Gemini Nano technology, but remain inactive in this regard at present. This advance could signal the direction of future updates via Google's periodic Pixel Drops, which bring new features and enhancements to Pixel devices.</w:t>
      </w:r>
      <w:r/>
    </w:p>
    <w:p>
      <w:r/>
      <w:r>
        <w:t>While the exact launch date for this AI-enhanced Call Screen upgrade remains undisclosed, and its operation details still under wraps, these findings indicate Google's ongoing commitment to leveraging artificial intelligence to improve user experience holistically. This reflects a broader trend within the tech giant to incorporate advanced conversational AI models across its suite of products and services. As this technology progresses, users can expect a more intuitive interaction with their devices, potentially revolutionising how they handle everyday interruptions from phone calls.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https://www.business-standard.com/technology/tech-news/google-working-on-gemini-powered-ai-replies-for-pixel-phone-app-report-124110701138_1.html</w:t>
        </w:r>
      </w:hyperlink>
      <w:r>
        <w:t xml:space="preserve"> - Corroborates the development of AI Replies for the Call Screen feature, powered by Google's Gemini AI models, and the optional nature of the feature.</w:t>
      </w:r>
      <w:r/>
    </w:p>
    <w:p>
      <w:pPr>
        <w:pStyle w:val="ListNumber"/>
        <w:spacing w:line="240" w:lineRule="auto"/>
        <w:ind w:left="720"/>
      </w:pPr>
      <w:r/>
      <w:hyperlink r:id="rId11">
        <w:r>
          <w:rPr>
            <w:color w:val="0000EE"/>
            <w:u w:val="single"/>
          </w:rPr>
          <w:t>https://www.androidauthority.com/google-phone-ai-replies-call-screen-3497394/</w:t>
        </w:r>
      </w:hyperlink>
      <w:r>
        <w:t xml:space="preserve"> - Supports the integration of AI-powered contextual replies in the Call Screen feature and the discovery of related code strings in the Google Phone app beta.</w:t>
      </w:r>
      <w:r/>
    </w:p>
    <w:p>
      <w:pPr>
        <w:pStyle w:val="ListNumber"/>
        <w:spacing w:line="240" w:lineRule="auto"/>
        <w:ind w:left="720"/>
      </w:pPr>
      <w:r/>
      <w:hyperlink r:id="rId12">
        <w:r>
          <w:rPr>
            <w:color w:val="0000EE"/>
            <w:u w:val="single"/>
          </w:rPr>
          <w:t>https://www.androidpolice.com/google-pixels-call-screen-could-get-smarter-with-ai-powered-replies/</w:t>
        </w:r>
      </w:hyperlink>
      <w:r>
        <w:t xml:space="preserve"> - Confirms the use of Gemini Nano to power AI Replies and the current geographical limitations of the Call Screen feature.</w:t>
      </w:r>
      <w:r/>
    </w:p>
    <w:p>
      <w:pPr>
        <w:pStyle w:val="ListNumber"/>
        <w:spacing w:line="240" w:lineRule="auto"/>
        <w:ind w:left="720"/>
      </w:pPr>
      <w:r/>
      <w:hyperlink r:id="rId13">
        <w:r>
          <w:rPr>
            <w:color w:val="0000EE"/>
            <w:u w:val="single"/>
          </w:rPr>
          <w:t>https://www.androidheadlines.com/2024/11/google-is-readying-ai-replies-for-call-screen-in-pixel-phone-app.html</w:t>
        </w:r>
      </w:hyperlink>
      <w:r>
        <w:t xml:space="preserve"> - Details the discovery of code strings related to AI Replies in the latest beta version of the Google Phone app and the potential for user toggling of the feature.</w:t>
      </w:r>
      <w:r/>
    </w:p>
    <w:p>
      <w:pPr>
        <w:pStyle w:val="ListNumber"/>
        <w:spacing w:line="240" w:lineRule="auto"/>
        <w:ind w:left="720"/>
      </w:pPr>
      <w:r/>
      <w:hyperlink r:id="rId10">
        <w:r>
          <w:rPr>
            <w:color w:val="0000EE"/>
            <w:u w:val="single"/>
          </w:rPr>
          <w:t>https://www.business-standard.com/technology/tech-news/google-working-on-gemini-powered-ai-replies-for-pixel-phone-app-report-124110701138_1.html</w:t>
        </w:r>
      </w:hyperlink>
      <w:r>
        <w:t xml:space="preserve"> - Explains how the current Call Screen feature works and how AI Replies will enhance it with more personalized responses.</w:t>
      </w:r>
      <w:r/>
    </w:p>
    <w:p>
      <w:pPr>
        <w:pStyle w:val="ListNumber"/>
        <w:spacing w:line="240" w:lineRule="auto"/>
        <w:ind w:left="720"/>
      </w:pPr>
      <w:r/>
      <w:hyperlink r:id="rId11">
        <w:r>
          <w:rPr>
            <w:color w:val="0000EE"/>
            <w:u w:val="single"/>
          </w:rPr>
          <w:t>https://www.androidauthority.com/google-phone-ai-replies-call-screen-3497394/</w:t>
        </w:r>
      </w:hyperlink>
      <w:r>
        <w:t xml:space="preserve"> - Provides insights into the existing Call Screen feature and its upcoming enhancements with AI-powered replies.</w:t>
      </w:r>
      <w:r/>
    </w:p>
    <w:p>
      <w:pPr>
        <w:pStyle w:val="ListNumber"/>
        <w:spacing w:line="240" w:lineRule="auto"/>
        <w:ind w:left="720"/>
      </w:pPr>
      <w:r/>
      <w:hyperlink r:id="rId14">
        <w:r>
          <w:rPr>
            <w:color w:val="0000EE"/>
            <w:u w:val="single"/>
          </w:rPr>
          <w:t>https://store.google.com/intl/en/ideas/articles/pixel-call-assist-phone-screen/</w:t>
        </w:r>
      </w:hyperlink>
      <w:r>
        <w:t xml:space="preserve"> - Describes the current functionality of Call Screen, including its ability to filter and decline robocalls and spam calls.</w:t>
      </w:r>
      <w:r/>
    </w:p>
    <w:p>
      <w:pPr>
        <w:pStyle w:val="ListNumber"/>
        <w:spacing w:line="240" w:lineRule="auto"/>
        <w:ind w:left="720"/>
      </w:pPr>
      <w:r/>
      <w:hyperlink r:id="rId12">
        <w:r>
          <w:rPr>
            <w:color w:val="0000EE"/>
            <w:u w:val="single"/>
          </w:rPr>
          <w:t>https://www.androidpolice.com/google-pixels-call-screen-could-get-smarter-with-ai-powered-replies/</w:t>
        </w:r>
      </w:hyperlink>
      <w:r>
        <w:t xml:space="preserve"> - Highlights the geographical limitations of Call Screen and the need for global expansion.</w:t>
      </w:r>
      <w:r/>
    </w:p>
    <w:p>
      <w:pPr>
        <w:pStyle w:val="ListNumber"/>
        <w:spacing w:line="240" w:lineRule="auto"/>
        <w:ind w:left="720"/>
      </w:pPr>
      <w:r/>
      <w:hyperlink r:id="rId13">
        <w:r>
          <w:rPr>
            <w:color w:val="0000EE"/>
            <w:u w:val="single"/>
          </w:rPr>
          <w:t>https://www.androidheadlines.com/2024/11/google-is-readying-ai-replies-for-call-screen-in-pixel-phone-app.html</w:t>
        </w:r>
      </w:hyperlink>
      <w:r>
        <w:t xml:space="preserve"> - Mentions the potential reliance on Gemini Nano for the AI-driven Call Screen feature and its possible availability on newer Pixel models.</w:t>
      </w:r>
      <w:r/>
    </w:p>
    <w:p>
      <w:pPr>
        <w:pStyle w:val="ListNumber"/>
        <w:spacing w:line="240" w:lineRule="auto"/>
        <w:ind w:left="720"/>
      </w:pPr>
      <w:r/>
      <w:hyperlink r:id="rId10">
        <w:r>
          <w:rPr>
            <w:color w:val="0000EE"/>
            <w:u w:val="single"/>
          </w:rPr>
          <w:t>https://www.business-standard.com/technology/tech-news/google-working-on-gemini-powered-ai-replies-for-pixel-phone-app-report-124110701138_1.html</w:t>
        </w:r>
      </w:hyperlink>
      <w:r>
        <w:t xml:space="preserve"> - Discusses Google's broader strategy of incorporating advanced conversational AI models across its products and services.</w:t>
      </w:r>
      <w:r/>
    </w:p>
    <w:p>
      <w:pPr>
        <w:pStyle w:val="ListNumber"/>
        <w:spacing w:line="240" w:lineRule="auto"/>
        <w:ind w:left="720"/>
      </w:pPr>
      <w:r/>
      <w:hyperlink r:id="rId11">
        <w:r>
          <w:rPr>
            <w:color w:val="0000EE"/>
            <w:u w:val="single"/>
          </w:rPr>
          <w:t>https://www.androidauthority.com/google-phone-ai-replies-call-screen-3497394/</w:t>
        </w:r>
      </w:hyperlink>
      <w:r>
        <w:t xml:space="preserve"> - Indicates that the AI Replies feature is expected to arrive with a future Pixel feature drop for select Google Pixel smartphones.</w:t>
      </w:r>
      <w:r/>
    </w:p>
    <w:p>
      <w:pPr>
        <w:pStyle w:val="ListNumber"/>
        <w:spacing w:line="240" w:lineRule="auto"/>
        <w:ind w:left="720"/>
      </w:pPr>
      <w:r/>
      <w:hyperlink r:id="rId12">
        <w:r>
          <w:rPr>
            <w:color w:val="0000EE"/>
            <w:u w:val="single"/>
          </w:rPr>
          <w:t>https://www.androidpolice.com/google-pixels-call-screen-could-get-smarter-with-ai-powered-replies/</w:t>
        </w:r>
      </w:hyperlink>
      <w:r>
        <w:t xml:space="preserve"> - Please view link - unable to able to access data</w:t>
      </w:r>
      <w:r/>
    </w:p>
    <w:p>
      <w:pPr>
        <w:pStyle w:val="ListNumber"/>
        <w:spacing w:line="240" w:lineRule="auto"/>
        <w:ind w:left="720"/>
      </w:pPr>
      <w:r/>
      <w:hyperlink r:id="rId15">
        <w:r>
          <w:rPr>
            <w:color w:val="0000EE"/>
            <w:u w:val="single"/>
          </w:rPr>
          <w:t>https://www.techradar.com/phones/google-pixel-phones/the-pixel-phone-app-might-soon-let-you-respond-to-calls-with-ai-messages</w:t>
        </w:r>
      </w:hyperlink>
      <w:r>
        <w:t xml:space="preserve"> - Please view link - unable to able to access data</w:t>
      </w:r>
      <w:r/>
    </w:p>
    <w:p>
      <w:pPr>
        <w:pStyle w:val="ListNumber"/>
        <w:spacing w:line="240" w:lineRule="auto"/>
        <w:ind w:left="720"/>
      </w:pPr>
      <w:r/>
      <w:hyperlink r:id="rId11">
        <w:r>
          <w:rPr>
            <w:color w:val="0000EE"/>
            <w:u w:val="single"/>
          </w:rPr>
          <w:t>https://www.androidauthority.com/google-phone-ai-replies-call-screen-3497394/</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usiness-standard.com/technology/tech-news/google-working-on-gemini-powered-ai-replies-for-pixel-phone-app-report-124110701138_1.html" TargetMode="External"/><Relationship Id="rId11" Type="http://schemas.openxmlformats.org/officeDocument/2006/relationships/hyperlink" Target="https://www.androidauthority.com/google-phone-ai-replies-call-screen-3497394/" TargetMode="External"/><Relationship Id="rId12" Type="http://schemas.openxmlformats.org/officeDocument/2006/relationships/hyperlink" Target="https://www.androidpolice.com/google-pixels-call-screen-could-get-smarter-with-ai-powered-replies/" TargetMode="External"/><Relationship Id="rId13" Type="http://schemas.openxmlformats.org/officeDocument/2006/relationships/hyperlink" Target="https://www.androidheadlines.com/2024/11/google-is-readying-ai-replies-for-call-screen-in-pixel-phone-app.html" TargetMode="External"/><Relationship Id="rId14" Type="http://schemas.openxmlformats.org/officeDocument/2006/relationships/hyperlink" Target="https://store.google.com/intl/en/ideas/articles/pixel-call-assist-phone-screen/" TargetMode="External"/><Relationship Id="rId15" Type="http://schemas.openxmlformats.org/officeDocument/2006/relationships/hyperlink" Target="https://www.techradar.com/phones/google-pixel-phones/the-pixel-phone-app-might-soon-let-you-respond-to-calls-with-ai-messag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