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Google's Jarvis: Revolutionising user interaction through personalised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unveiled advancements with its AI, known as "Jarvis," which promises to enhance user interaction through highly personalised responses. As the technology landscape continues to evolve, the incorporation of intelligent natural language processing and machine learning in Jarvis highlights Google's commitment to meeting user expectations on a broader scale.</w:t>
      </w:r>
      <w:r/>
    </w:p>
    <w:p>
      <w:r/>
      <w:r>
        <w:t>The system is designed to significantly improve user experience by learning and adapting; the more it is used, the more tailored its responses become. This dynamic functionality aligns with the growing demand for personalised technology solutions. Current statistics indicate that approximately 72% of customers expect organisations to comprehend their needs and preferences. Google appears to be addressing this expectation with Jarvis, aiming to revolutionise the way users interact with AI by providing more customised and anticipatory assistance.</w:t>
      </w:r>
      <w:r/>
    </w:p>
    <w:p>
      <w:r/>
      <w:r>
        <w:t>Unlike traditional AI systems that offer general solutions, Google's Jarvis goes a step further by considering user preferences. It learns individual likes and dislikes, remembers past interactions, and suggests options that can optimise user tasks, thus offering enhanced efficiency. This advanced level of personalisation positions Jarvis as a companion that not only addresses immediate queries but also foresees potential user needs, offering recommendations that may be beneficial in the near future.</w:t>
      </w:r>
      <w:r/>
    </w:p>
    <w:p>
      <w:r/>
      <w:r>
        <w:t>This innovative approach could bring a new dimension to how consumers use products and services, with real-time AI adapting to meet unique individual expectations. It stands to make a significant impact on user engagement by seamlessly integrating with their daily activities and preferences, offering a bespoke user experience that is both practical and intuitive.</w:t>
      </w:r>
      <w:r/>
    </w:p>
    <w:p>
      <w:r/>
      <w:r>
        <w:t>As Google continues to refine and expand Jarvis' capabilities, the AI's potential for integration across various sectors remains substantial. Its capacity to deliver tailored solutions could transform the way businesses interact with their customers, potentially setting a new standard for AI-driven personalisation in the digital age. With Jarvis, Google is not merely advancing AI technology but also pushing the boundaries of how intelligent systems can understand and anticipate user behaviour, paving the way for a future where AI and user expectations are more closely aligned.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https://gizmodo.com/google-confirms-jarvis-ai-is-real-by-accidentally-leaking-it-2000521089</w:t>
        </w:r>
      </w:hyperlink>
      <w:r>
        <w:t xml:space="preserve"> - Corroborates the existence of Jarvis AI and its ability to automate web-based tasks, such as conducting research, making purchases, and arranging travel.</w:t>
      </w:r>
      <w:r/>
    </w:p>
    <w:p>
      <w:pPr>
        <w:pStyle w:val="ListNumber"/>
        <w:spacing w:line="240" w:lineRule="auto"/>
        <w:ind w:left="720"/>
      </w:pPr>
      <w:r/>
      <w:hyperlink r:id="rId11">
        <w:r>
          <w:rPr>
            <w:color w:val="0000EE"/>
            <w:u w:val="single"/>
          </w:rPr>
          <w:t>https://www.cio.com/article/3591801/google-prepares-jarvis-to-fight-the-ai-computer-use-war.html</w:t>
        </w:r>
      </w:hyperlink>
      <w:r>
        <w:t xml:space="preserve"> - Details Jarvis's capabilities, including its use of Gemini 2.0 to perform tasks like reading and understanding screenshots, generating text, and simulating user interactions.</w:t>
      </w:r>
      <w:r/>
    </w:p>
    <w:p>
      <w:pPr>
        <w:pStyle w:val="ListNumber"/>
        <w:spacing w:line="240" w:lineRule="auto"/>
        <w:ind w:left="720"/>
      </w:pPr>
      <w:r/>
      <w:hyperlink r:id="rId12">
        <w:r>
          <w:rPr>
            <w:color w:val="0000EE"/>
            <w:u w:val="single"/>
          </w:rPr>
          <w:t>https://bgr.com/tech/googles-accidental-leak-reveals-next-level-ai-that-can-surf-the-web-for-you/</w:t>
        </w:r>
      </w:hyperlink>
      <w:r>
        <w:t xml:space="preserve"> - Describes the accidental leak of Jarvis AI and its role as a 'helpful companion that surfs the web with you,' performing tasks such as booking flights and online shopping.</w:t>
      </w:r>
      <w:r/>
    </w:p>
    <w:p>
      <w:pPr>
        <w:pStyle w:val="ListNumber"/>
        <w:spacing w:line="240" w:lineRule="auto"/>
        <w:ind w:left="720"/>
      </w:pPr>
      <w:r/>
      <w:hyperlink r:id="rId13">
        <w:r>
          <w:rPr>
            <w:color w:val="0000EE"/>
            <w:u w:val="single"/>
          </w:rPr>
          <w:t>https://www.youtube.com/watch?v=iowLxWNHRHY</w:t>
        </w:r>
      </w:hyperlink>
      <w:r>
        <w:t xml:space="preserve"> - Explains how Jarvis AI, powered by Gemini 2.0, can handle complex tasks directly in Chrome, including booking flights and managing multiple tabs.</w:t>
      </w:r>
      <w:r/>
    </w:p>
    <w:p>
      <w:pPr>
        <w:pStyle w:val="ListNumber"/>
        <w:spacing w:line="240" w:lineRule="auto"/>
        <w:ind w:left="720"/>
      </w:pPr>
      <w:r/>
      <w:hyperlink r:id="rId14">
        <w:r>
          <w:rPr>
            <w:color w:val="0000EE"/>
            <w:u w:val="single"/>
          </w:rPr>
          <w:t>https://tech.co/news/google-leaks-new-ai-surfs-web</w:t>
        </w:r>
      </w:hyperlink>
      <w:r>
        <w:t xml:space="preserve"> - Confirms the accidental leak of Jarvis AI on the Chrome extension store and its description as an AI companion that can search the web for users.</w:t>
      </w:r>
      <w:r/>
    </w:p>
    <w:p>
      <w:pPr>
        <w:pStyle w:val="ListNumber"/>
        <w:spacing w:line="240" w:lineRule="auto"/>
        <w:ind w:left="720"/>
      </w:pPr>
      <w:r/>
      <w:hyperlink r:id="rId10">
        <w:r>
          <w:rPr>
            <w:color w:val="0000EE"/>
            <w:u w:val="single"/>
          </w:rPr>
          <w:t>https://gizmodo.com/google-confirms-jarvis-ai-is-real-by-accidentally-leaking-it-2000521089</w:t>
        </w:r>
      </w:hyperlink>
      <w:r>
        <w:t xml:space="preserve"> - Highlights Jarvis AI's design to automate routine web-based tasks, allowing users to focus on more intricate computing activities.</w:t>
      </w:r>
      <w:r/>
    </w:p>
    <w:p>
      <w:pPr>
        <w:pStyle w:val="ListNumber"/>
        <w:spacing w:line="240" w:lineRule="auto"/>
        <w:ind w:left="720"/>
      </w:pPr>
      <w:r/>
      <w:hyperlink r:id="rId11">
        <w:r>
          <w:rPr>
            <w:color w:val="0000EE"/>
            <w:u w:val="single"/>
          </w:rPr>
          <w:t>https://www.cio.com/article/3591801/google-prepares-jarvis-to-fight-the-ai-computer-use-war.html</w:t>
        </w:r>
      </w:hyperlink>
      <w:r>
        <w:t xml:space="preserve"> - Discusses the potential impact of Jarvis on various sectors, including its use across enterprises for tasks like development activities and workflow management.</w:t>
      </w:r>
      <w:r/>
    </w:p>
    <w:p>
      <w:pPr>
        <w:pStyle w:val="ListNumber"/>
        <w:spacing w:line="240" w:lineRule="auto"/>
        <w:ind w:left="720"/>
      </w:pPr>
      <w:r/>
      <w:hyperlink r:id="rId12">
        <w:r>
          <w:rPr>
            <w:color w:val="0000EE"/>
            <w:u w:val="single"/>
          </w:rPr>
          <w:t>https://bgr.com/tech/googles-accidental-leak-reveals-next-level-ai-that-can-surf-the-web-for-you/</w:t>
        </w:r>
      </w:hyperlink>
      <w:r>
        <w:t xml:space="preserve"> - Mentions the planned official unveiling of Jarvis in December, indicating Google's commitment to refining and expanding its capabilities.</w:t>
      </w:r>
      <w:r/>
    </w:p>
    <w:p>
      <w:pPr>
        <w:pStyle w:val="ListNumber"/>
        <w:spacing w:line="240" w:lineRule="auto"/>
        <w:ind w:left="720"/>
      </w:pPr>
      <w:r/>
      <w:hyperlink r:id="rId13">
        <w:r>
          <w:rPr>
            <w:color w:val="0000EE"/>
            <w:u w:val="single"/>
          </w:rPr>
          <w:t>https://www.youtube.com/watch?v=iowLxWNHRHY</w:t>
        </w:r>
      </w:hyperlink>
      <w:r>
        <w:t xml:space="preserve"> - Explains the shift from traditional chatbots to autonomous digital agents like Jarvis, which can manage complex tasks and interact visually with on-screen elements.</w:t>
      </w:r>
      <w:r/>
    </w:p>
    <w:p>
      <w:pPr>
        <w:pStyle w:val="ListNumber"/>
        <w:spacing w:line="240" w:lineRule="auto"/>
        <w:ind w:left="720"/>
      </w:pPr>
      <w:r/>
      <w:hyperlink r:id="rId14">
        <w:r>
          <w:rPr>
            <w:color w:val="0000EE"/>
            <w:u w:val="single"/>
          </w:rPr>
          <w:t>https://tech.co/news/google-leaks-new-ai-surfs-web</w:t>
        </w:r>
      </w:hyperlink>
      <w:r>
        <w:t xml:space="preserve"> - Addresses the need for improved AI solutions by Google, given the current issues with AI Overviews and the potential of Jarvis to enhance user experience.</w:t>
      </w:r>
      <w:r/>
    </w:p>
    <w:p>
      <w:pPr>
        <w:pStyle w:val="ListNumber"/>
        <w:spacing w:line="240" w:lineRule="auto"/>
        <w:ind w:left="720"/>
      </w:pPr>
      <w:r/>
      <w:hyperlink r:id="rId11">
        <w:r>
          <w:rPr>
            <w:color w:val="0000EE"/>
            <w:u w:val="single"/>
          </w:rPr>
          <w:t>https://www.cio.com/article/3591801/google-prepares-jarvis-to-fight-the-ai-computer-use-war.html</w:t>
        </w:r>
      </w:hyperlink>
      <w:r>
        <w:t xml:space="preserve"> - Compares Jarvis with similar capabilities from other companies like Anthropic and OpenAI, highlighting the competitive landscape in AI-based automation.</w:t>
      </w:r>
      <w:r/>
    </w:p>
    <w:p>
      <w:pPr>
        <w:pStyle w:val="ListNumber"/>
        <w:spacing w:line="240" w:lineRule="auto"/>
        <w:ind w:left="720"/>
      </w:pPr>
      <w:r/>
      <w:hyperlink r:id="rId15">
        <w:r>
          <w:rPr>
            <w:color w:val="0000EE"/>
            <w:u w:val="single"/>
          </w:rPr>
          <w:t>https://www.analyticsinsight.net/artificial-intelligence/how-googles-jarvis-will-transform-the-future-of-ai-assistance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izmodo.com/google-confirms-jarvis-ai-is-real-by-accidentally-leaking-it-2000521089" TargetMode="External"/><Relationship Id="rId11" Type="http://schemas.openxmlformats.org/officeDocument/2006/relationships/hyperlink" Target="https://www.cio.com/article/3591801/google-prepares-jarvis-to-fight-the-ai-computer-use-war.html" TargetMode="External"/><Relationship Id="rId12" Type="http://schemas.openxmlformats.org/officeDocument/2006/relationships/hyperlink" Target="https://bgr.com/tech/googles-accidental-leak-reveals-next-level-ai-that-can-surf-the-web-for-you/" TargetMode="External"/><Relationship Id="rId13" Type="http://schemas.openxmlformats.org/officeDocument/2006/relationships/hyperlink" Target="https://www.youtube.com/watch?v=iowLxWNHRHY" TargetMode="External"/><Relationship Id="rId14" Type="http://schemas.openxmlformats.org/officeDocument/2006/relationships/hyperlink" Target="https://tech.co/news/google-leaks-new-ai-surfs-web" TargetMode="External"/><Relationship Id="rId15" Type="http://schemas.openxmlformats.org/officeDocument/2006/relationships/hyperlink" Target="https://www.analyticsinsight.net/artificial-intelligence/how-googles-jarvis-will-transform-the-future-of-ai-assist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