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India launches Diwali campaign merging tradition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New Delhi, HP India has launched an innovative Diwali campaign titled ‘Stories of India with HP’, designed to merge tradition and modern technology in a compelling narrative about the preservation of cultural heritage in the digital age. The campaign follows the story of Sharad, a retired storyteller who embodies a generation often perceived as detached from today’s rapidly advancing technological landscape. Through Sharad's experiences, HP aims to demonstrate how artificial intelligence (AI) can play a pivotal role in sustaining traditional folk tales and bridging a generational divide through the medium of creative storytelling.</w:t>
      </w:r>
      <w:r/>
    </w:p>
    <w:p>
      <w:r/>
      <w:r>
        <w:t>The essence of the campaign lies in the tale of Sharad, who, having retired and finding himself in search of purpose, welcomes the visit of his granddaughter during the Diwali festivities. His storytelling, a family tradition cherished over many years, appears to be at the brink of being forgotten amidst the digital noise of the modern world. With encouragement from his daughter, Sharad discovers HP’s AI tools, enabling him to transform his old-world narratives into vibrant animations, ultimately launching his own YouTube channel. This journey allows him to rejuvenate his beloved folklore, bringing them to a contemporary audience and ensuring their longevity for future generations.</w:t>
      </w:r>
      <w:r/>
    </w:p>
    <w:p>
      <w:r/>
      <w:r>
        <w:t>Ipsita Dasgupta, the Senior Vice President and Managing Director of HP India Market, remarked on the campaign's launch, stating, "At HP, we believe that technology has the power to preserve the heart and soul of our cultural heritage. Our film tells a story of how technology innovations such as AI can weave together the past and present, uniting generations through the magic of timeless tales. We hope this story inspires everyone to embrace innovation while preserving the richness of our heritage for future generations.”</w:t>
      </w:r>
      <w:r/>
    </w:p>
    <w:p>
      <w:r/>
      <w:r>
        <w:t>Since its debut, the campaign film has amassed over 26 million views across various digital platforms, eliciting a warm and emotionally resonant response from viewers. The narrative has evidently struck a chord, resonating deeply with those who value the fusion of cultural tradition and modern technological advancements.</w:t>
      </w:r>
      <w:r/>
    </w:p>
    <w:p>
      <w:r/>
      <w:r>
        <w:t>The initiative not only highlights HP's technological capabilities but also reflects its dedication to empowering creators, storytellers, and the older generation, offering a future vision where cultural heritage and technological innovation coexist seamlessly. This campaign has successfully drawn attention to the potential of AI to aid in the preservation of cultural narratives, thus fostering a deeper connection between the past and the present for audiences of all 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https://www.itvoice.in/hp-launches-stories-of-india-campaign-to-revive-indias-folklore-this-diwali</w:t>
        </w:r>
      </w:hyperlink>
      <w:r>
        <w:t xml:space="preserve"> - This URL corroborates the launch of HP India's 'Stories of India with HP' campaign and its focus on reviving India's folklore through technology.</w:t>
      </w:r>
      <w:r/>
    </w:p>
    <w:p>
      <w:pPr>
        <w:pStyle w:val="ListNumber"/>
        <w:spacing w:line="240" w:lineRule="auto"/>
        <w:ind w:left="720"/>
      </w:pPr>
      <w:r/>
      <w:hyperlink r:id="rId11">
        <w:r>
          <w:rPr>
            <w:color w:val="0000EE"/>
            <w:u w:val="single"/>
          </w:rPr>
          <w:t>https://indiantelevision.com/mam/media-and-advertising/ad-campaigns/hp-launches-%E2%80%98stories-of-india%E2%80%99-campaign-to-preserve-folklore-through-ai-241105</w:t>
        </w:r>
      </w:hyperlink>
      <w:r>
        <w:t xml:space="preserve"> - This URL supports the campaign's aim to preserve folklore using AI and its launch during Diwali week.</w:t>
      </w:r>
      <w:r/>
    </w:p>
    <w:p>
      <w:pPr>
        <w:pStyle w:val="ListNumber"/>
        <w:spacing w:line="240" w:lineRule="auto"/>
        <w:ind w:left="720"/>
      </w:pPr>
      <w:r/>
      <w:hyperlink r:id="rId12">
        <w:r>
          <w:rPr>
            <w:color w:val="0000EE"/>
            <w:u w:val="single"/>
          </w:rPr>
          <w:t>https://www.exchange4media.com/marketing-news/hp-celebrates-the-richness-of-indian-cultural-stories-138439.html</w:t>
        </w:r>
      </w:hyperlink>
      <w:r>
        <w:t xml:space="preserve"> - This URL confirms the campaign's objective of celebrating Indian cultural stories and using technology to preserve them.</w:t>
      </w:r>
      <w:r/>
    </w:p>
    <w:p>
      <w:pPr>
        <w:pStyle w:val="ListNumber"/>
        <w:spacing w:line="240" w:lineRule="auto"/>
        <w:ind w:left="720"/>
      </w:pPr>
      <w:r/>
      <w:hyperlink r:id="rId13">
        <w:r>
          <w:rPr>
            <w:color w:val="0000EE"/>
            <w:u w:val="single"/>
          </w:rPr>
          <w:t>https://www.reddit.com/r/pctabletin/comments/1gk4ahn/hp_indias_diwali_campaign_a_heartwarming_tale_of/</w:t>
        </w:r>
      </w:hyperlink>
      <w:r>
        <w:t xml:space="preserve"> - This URL discusses the heartwarming journey of a storyteller using HP's AI-powered tools, aligning with the campaign's narrative.</w:t>
      </w:r>
      <w:r/>
    </w:p>
    <w:p>
      <w:pPr>
        <w:pStyle w:val="ListNumber"/>
        <w:spacing w:line="240" w:lineRule="auto"/>
        <w:ind w:left="720"/>
      </w:pPr>
      <w:r/>
      <w:hyperlink r:id="rId10">
        <w:r>
          <w:rPr>
            <w:color w:val="0000EE"/>
            <w:u w:val="single"/>
          </w:rPr>
          <w:t>https://www.itvoice.in/hp-launches-stories-of-india-campaign-to-revive-indias-folklore-this-diwali</w:t>
        </w:r>
      </w:hyperlink>
      <w:r>
        <w:t xml:space="preserve"> - This URL details the story of Sharad, a retired storyteller, and his use of HP’s AI tools to transform old-world narratives into modern animations.</w:t>
      </w:r>
      <w:r/>
    </w:p>
    <w:p>
      <w:pPr>
        <w:pStyle w:val="ListNumber"/>
        <w:spacing w:line="240" w:lineRule="auto"/>
        <w:ind w:left="720"/>
      </w:pPr>
      <w:r/>
      <w:hyperlink r:id="rId11">
        <w:r>
          <w:rPr>
            <w:color w:val="0000EE"/>
            <w:u w:val="single"/>
          </w:rPr>
          <w:t>https://indiantelevision.com/mam/media-and-advertising/ad-campaigns/hp-launches-%E2%80%98stories-of-india%E2%80%99-campaign-to-preserve-folklore-through-ai-241105</w:t>
        </w:r>
      </w:hyperlink>
      <w:r>
        <w:t xml:space="preserve"> - This URL quotes Ipsita Dasgupta on the campaign's launch and the role of technology in preserving cultural heritage.</w:t>
      </w:r>
      <w:r/>
    </w:p>
    <w:p>
      <w:pPr>
        <w:pStyle w:val="ListNumber"/>
        <w:spacing w:line="240" w:lineRule="auto"/>
        <w:ind w:left="720"/>
      </w:pPr>
      <w:r/>
      <w:hyperlink r:id="rId12">
        <w:r>
          <w:rPr>
            <w:color w:val="0000EE"/>
            <w:u w:val="single"/>
          </w:rPr>
          <w:t>https://www.exchange4media.com/marketing-news/hp-celebrates-the-richness-of-indian-cultural-stories-138439.html</w:t>
        </w:r>
      </w:hyperlink>
      <w:r>
        <w:t xml:space="preserve"> - This URL mentions the campaign film's success, having amassed over 26 million views and eliciting a warm response from viewers.</w:t>
      </w:r>
      <w:r/>
    </w:p>
    <w:p>
      <w:pPr>
        <w:pStyle w:val="ListNumber"/>
        <w:spacing w:line="240" w:lineRule="auto"/>
        <w:ind w:left="720"/>
      </w:pPr>
      <w:r/>
      <w:hyperlink r:id="rId10">
        <w:r>
          <w:rPr>
            <w:color w:val="0000EE"/>
            <w:u w:val="single"/>
          </w:rPr>
          <w:t>https://www.itvoice.in/hp-launches-stories-of-india-campaign-to-revive-indias-folklore-this-diwali</w:t>
        </w:r>
      </w:hyperlink>
      <w:r>
        <w:t xml:space="preserve"> - This URL highlights HP's dedication to empowering creators and the older generation through this campaign.</w:t>
      </w:r>
      <w:r/>
    </w:p>
    <w:p>
      <w:pPr>
        <w:pStyle w:val="ListNumber"/>
        <w:spacing w:line="240" w:lineRule="auto"/>
        <w:ind w:left="720"/>
      </w:pPr>
      <w:r/>
      <w:hyperlink r:id="rId11">
        <w:r>
          <w:rPr>
            <w:color w:val="0000EE"/>
            <w:u w:val="single"/>
          </w:rPr>
          <w:t>https://indiantelevision.com/mam/media-and-advertising/ad-campaigns/hp-launches-%E2%80%98stories-of-india%E2%80%99-campaign-to-preserve-folklore-through-ai-241105</w:t>
        </w:r>
      </w:hyperlink>
      <w:r>
        <w:t xml:space="preserve"> - This URL discusses the campaign's focus on the potential of AI in aiding the preservation of cultural narratives.</w:t>
      </w:r>
      <w:r/>
    </w:p>
    <w:p>
      <w:pPr>
        <w:pStyle w:val="ListNumber"/>
        <w:spacing w:line="240" w:lineRule="auto"/>
        <w:ind w:left="720"/>
      </w:pPr>
      <w:r/>
      <w:hyperlink r:id="rId12">
        <w:r>
          <w:rPr>
            <w:color w:val="0000EE"/>
            <w:u w:val="single"/>
          </w:rPr>
          <w:t>https://www.exchange4media.com/marketing-news/hp-celebrates-the-richness-of-indian-cultural-stories-138439.html</w:t>
        </w:r>
      </w:hyperlink>
      <w:r>
        <w:t xml:space="preserve"> - This URL explains how the campaign fosters a deeper connection between the past and the present for audiences of all ages.</w:t>
      </w:r>
      <w:r/>
    </w:p>
    <w:p>
      <w:pPr>
        <w:pStyle w:val="ListNumber"/>
        <w:spacing w:line="240" w:lineRule="auto"/>
        <w:ind w:left="720"/>
      </w:pPr>
      <w:r/>
      <w:hyperlink r:id="rId13">
        <w:r>
          <w:rPr>
            <w:color w:val="0000EE"/>
            <w:u w:val="single"/>
          </w:rPr>
          <w:t>https://www.reddit.com/r/pctabletin/comments/1gk4ahn/hp_indias_diwali_campaign_a_heartwarming_tale_of/</w:t>
        </w:r>
      </w:hyperlink>
      <w:r>
        <w:t xml:space="preserve"> - This URL provides additional context on the campaign's narrative and its impact on bridging the generational divide.</w:t>
      </w:r>
      <w:r/>
    </w:p>
    <w:p>
      <w:pPr>
        <w:pStyle w:val="ListNumber"/>
        <w:spacing w:line="240" w:lineRule="auto"/>
        <w:ind w:left="720"/>
      </w:pPr>
      <w:r/>
      <w:hyperlink r:id="rId14">
        <w:r>
          <w:rPr>
            <w:color w:val="0000EE"/>
            <w:u w:val="single"/>
          </w:rPr>
          <w:t>https://www.passionateinmarketing.com/hp-launches-stories-of-india-campaign-to-revive-indias-folklore-this-diwali/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voice.in/hp-launches-stories-of-india-campaign-to-revive-indias-folklore-this-diwali" TargetMode="External"/><Relationship Id="rId11" Type="http://schemas.openxmlformats.org/officeDocument/2006/relationships/hyperlink" Target="https://indiantelevision.com/mam/media-and-advertising/ad-campaigns/hp-launches-%E2%80%98stories-of-india%E2%80%99-campaign-to-preserve-folklore-through-ai-241105" TargetMode="External"/><Relationship Id="rId12" Type="http://schemas.openxmlformats.org/officeDocument/2006/relationships/hyperlink" Target="https://www.exchange4media.com/marketing-news/hp-celebrates-the-richness-of-indian-cultural-stories-138439.html" TargetMode="External"/><Relationship Id="rId13" Type="http://schemas.openxmlformats.org/officeDocument/2006/relationships/hyperlink" Target="https://www.reddit.com/r/pctabletin/comments/1gk4ahn/hp_indias_diwali_campaign_a_heartwarming_tale_of/" TargetMode="External"/><Relationship Id="rId14" Type="http://schemas.openxmlformats.org/officeDocument/2006/relationships/hyperlink" Target="https://www.passionateinmarketing.com/hp-launches-stories-of-india-campaign-to-revive-indias-folklore-this-diwal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