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AI-powered PDF editor offers lifetime access for a one-time fee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AI-Powered PDF Editor Offers Lifetime Access for a One-Time Fee</w:t>
      </w:r>
      <w:r/>
    </w:p>
    <w:p>
      <w:r/>
      <w:r>
        <w:t>Afirstsoft PDF, a cutting-edge AI-driven PDF editor, is revolutionising how users interact with their documents. The software, compatible with both Mac and PC, integrates artificial intelligence to streamline PDF management tasks. Available for a one-time fee of $49.99, a significant reduction from its regular price of $179, Afirstsoft PDF offers lifetime access to its expansive features.</w:t>
      </w:r>
      <w:r/>
    </w:p>
    <w:p>
      <w:r/>
      <w:r>
        <w:t>The primary appeal of Afirstsoft PDF lies in its ability to simplify the process of working with lengthy and information-dense PDFs. The editor uses AI to intelligently extract and summarise data, thus facilitating quicker access to essential information. This feature is particularly beneficial for professionals dealing with technical data or extensive research documents, as it eliminates the need to manually sift through pages to find specific content.</w:t>
      </w:r>
      <w:r/>
    </w:p>
    <w:p>
      <w:r/>
      <w:r>
        <w:t>Users can not only read but also interact with their PDFs using a distinct 'chat' feature. This conversational interface allows users to request information from their documents, such as contract specifics or report details, and receive precise answers. This innovative approach to searching document content offers a new level of convenience for those who need quick answers or need to confirm information efficiently.</w:t>
      </w:r>
      <w:r/>
    </w:p>
    <w:p>
      <w:r/>
      <w:r>
        <w:t>Beyond reading, Afirstsoft PDF provides comprehensive tools for editing, annotating, organising, and converting PDFs. The software incorporates advanced optical character recognition, making it highly effective for scanning and digitising documents. Collaboration on PDFs is simplified, enabling teams to work together seamlessly, a boon for business users and project teams.</w:t>
      </w:r>
      <w:r/>
    </w:p>
    <w:p>
      <w:r/>
      <w:r>
        <w:t>One of the notable additions to Afirstsoft PDF’s suite of tools is its secured 20GB document storage. This feature allows users to save their PDFs in a single, easily accessible location, enhancing document management without requiring additional apps or complex storage solutions.</w:t>
      </w:r>
      <w:r/>
    </w:p>
    <w:p>
      <w:r/>
      <w:r>
        <w:t>Afirstsoft PDF is versatile, offering support across various platforms, including iOS, Mac, Android, and Windows. For those interested in this enhanced PDF solution, compatibility details can be found on the product's webpage.</w:t>
      </w:r>
      <w:r/>
    </w:p>
    <w:p>
      <w:r/>
      <w:r>
        <w:t>The lifetime subscription model offered by Afirstsoft avoids the pitfalls of ongoing subscription fees, providing users with a cost-effective tool for long-term document management. This opportunity is available through Cult of Mac Deals, with sales managed by their partner, StackSocial.</w:t>
      </w:r>
      <w:r/>
    </w:p>
    <w:p>
      <w:r/>
      <w:r>
        <w:t>As prices may vary, customers are advised to remain informed, and for further support, they can reach out to StackSocial directly. This innovative PDF editor and its lifetime access offering present a valuable resource for anyone who regularly works with complex PDF documents.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https://financialpost.com/personal-finance/business-essentials/afirstsoft-pdf-editor</w:t>
        </w:r>
      </w:hyperlink>
      <w:r>
        <w:t xml:space="preserve"> - Corroborates the use of AI to streamline PDF management, extract and summarize key information, and the interactive 'chat' feature.</w:t>
      </w:r>
      <w:r/>
    </w:p>
    <w:p>
      <w:pPr>
        <w:pStyle w:val="ListNumber"/>
        <w:spacing w:line="240" w:lineRule="auto"/>
        <w:ind w:left="720"/>
      </w:pPr>
      <w:r/>
      <w:hyperlink r:id="rId11">
        <w:r>
          <w:rPr>
            <w:color w:val="0000EE"/>
            <w:u w:val="single"/>
          </w:rPr>
          <w:t>https://www.youtube.com/watch?v=qTTcWcRbR2g</w:t>
        </w:r>
      </w:hyperlink>
      <w:r>
        <w:t xml:space="preserve"> - Supports the features of Afirstsoft PDF Editor, including AI tools, OCR, and cross-platform support.</w:t>
      </w:r>
      <w:r/>
    </w:p>
    <w:p>
      <w:pPr>
        <w:pStyle w:val="ListNumber"/>
        <w:spacing w:line="240" w:lineRule="auto"/>
        <w:ind w:left="720"/>
      </w:pPr>
      <w:r/>
      <w:hyperlink r:id="rId12">
        <w:r>
          <w:rPr>
            <w:color w:val="0000EE"/>
            <w:u w:val="single"/>
          </w:rPr>
          <w:t>https://www.dealify.com/afirstsoft-pdf/</w:t>
        </w:r>
      </w:hyperlink>
      <w:r>
        <w:t xml:space="preserve"> - Details the comprehensive features of Afirstsoft PDF, including editing, annotating, organizing, and converting PDFs, as well as cloud storage.</w:t>
      </w:r>
      <w:r/>
    </w:p>
    <w:p>
      <w:pPr>
        <w:pStyle w:val="ListNumber"/>
        <w:spacing w:line="240" w:lineRule="auto"/>
        <w:ind w:left="720"/>
      </w:pPr>
      <w:r/>
      <w:hyperlink r:id="rId13">
        <w:r>
          <w:rPr>
            <w:color w:val="0000EE"/>
            <w:u w:val="single"/>
          </w:rPr>
          <w:t>https://www.pcworld.com/article/2462121/make-your-pdfs-work-for-you-with-afirstsofts-ai-magic-2.html</w:t>
        </w:r>
      </w:hyperlink>
      <w:r>
        <w:t xml:space="preserve"> - Confirms the AI-driven information extraction, interactive PDF 'chat' feature, and 20GB of secure storage.</w:t>
      </w:r>
      <w:r/>
    </w:p>
    <w:p>
      <w:pPr>
        <w:pStyle w:val="ListNumber"/>
        <w:spacing w:line="240" w:lineRule="auto"/>
        <w:ind w:left="720"/>
      </w:pPr>
      <w:r/>
      <w:hyperlink r:id="rId14">
        <w:r>
          <w:rPr>
            <w:color w:val="0000EE"/>
            <w:u w:val="single"/>
          </w:rPr>
          <w:t>https://mashable.com/deals/sept-16-afirstsoft-pdf-editor</w:t>
        </w:r>
      </w:hyperlink>
      <w:r>
        <w:t xml:space="preserve"> - Highlights the AI extraction capabilities, interactive tools, and secure storage, as well as the lifetime subscription offer.</w:t>
      </w:r>
      <w:r/>
    </w:p>
    <w:p>
      <w:pPr>
        <w:pStyle w:val="ListNumber"/>
        <w:spacing w:line="240" w:lineRule="auto"/>
        <w:ind w:left="720"/>
      </w:pPr>
      <w:r/>
      <w:hyperlink r:id="rId10">
        <w:r>
          <w:rPr>
            <w:color w:val="0000EE"/>
            <w:u w:val="single"/>
          </w:rPr>
          <w:t>https://financialpost.com/personal-finance/business-essentials/afirstsoft-pdf-editor</w:t>
        </w:r>
      </w:hyperlink>
      <w:r>
        <w:t xml:space="preserve"> - Mentions the compatibility with Mac and PC, and the lifetime subscription model avoiding ongoing subscription fees.</w:t>
      </w:r>
      <w:r/>
    </w:p>
    <w:p>
      <w:pPr>
        <w:pStyle w:val="ListNumber"/>
        <w:spacing w:line="240" w:lineRule="auto"/>
        <w:ind w:left="720"/>
      </w:pPr>
      <w:r/>
      <w:hyperlink r:id="rId12">
        <w:r>
          <w:rPr>
            <w:color w:val="0000EE"/>
            <w:u w:val="single"/>
          </w:rPr>
          <w:t>https://www.dealify.com/afirstsoft-pdf/</w:t>
        </w:r>
      </w:hyperlink>
      <w:r>
        <w:t xml:space="preserve"> - Provides details on the support across various platforms including iOS, Mac, Android, and Windows.</w:t>
      </w:r>
      <w:r/>
    </w:p>
    <w:p>
      <w:pPr>
        <w:pStyle w:val="ListNumber"/>
        <w:spacing w:line="240" w:lineRule="auto"/>
        <w:ind w:left="720"/>
      </w:pPr>
      <w:r/>
      <w:hyperlink r:id="rId13">
        <w:r>
          <w:rPr>
            <w:color w:val="0000EE"/>
            <w:u w:val="single"/>
          </w:rPr>
          <w:t>https://www.pcworld.com/article/2462121/make-your-pdfs-work-for-you-with-afirstsofts-ai-magic-2.html</w:t>
        </w:r>
      </w:hyperlink>
      <w:r>
        <w:t xml:space="preserve"> - Corroborates the one-time fee of $49.99 and the significant reduction from the regular price of $179.</w:t>
      </w:r>
      <w:r/>
    </w:p>
    <w:p>
      <w:pPr>
        <w:pStyle w:val="ListNumber"/>
        <w:spacing w:line="240" w:lineRule="auto"/>
        <w:ind w:left="720"/>
      </w:pPr>
      <w:r/>
      <w:hyperlink r:id="rId14">
        <w:r>
          <w:rPr>
            <w:color w:val="0000EE"/>
            <w:u w:val="single"/>
          </w:rPr>
          <w:t>https://mashable.com/deals/sept-16-afirstsoft-pdf-editor</w:t>
        </w:r>
      </w:hyperlink>
      <w:r>
        <w:t xml:space="preserve"> - Supports the benefit of the software for professionals dealing with technical data or extensive research documents.</w:t>
      </w:r>
      <w:r/>
    </w:p>
    <w:p>
      <w:pPr>
        <w:pStyle w:val="ListNumber"/>
        <w:spacing w:line="240" w:lineRule="auto"/>
        <w:ind w:left="720"/>
      </w:pPr>
      <w:r/>
      <w:hyperlink r:id="rId12">
        <w:r>
          <w:rPr>
            <w:color w:val="0000EE"/>
            <w:u w:val="single"/>
          </w:rPr>
          <w:t>https://www.dealify.com/afirstsoft-pdf/</w:t>
        </w:r>
      </w:hyperlink>
      <w:r>
        <w:t xml:space="preserve"> - Details the advanced optical character recognition (OCR) feature and the ability to scan and digitize documents.</w:t>
      </w:r>
      <w:r/>
    </w:p>
    <w:p>
      <w:pPr>
        <w:pStyle w:val="ListNumber"/>
        <w:spacing w:line="240" w:lineRule="auto"/>
        <w:ind w:left="720"/>
      </w:pPr>
      <w:r/>
      <w:hyperlink r:id="rId10">
        <w:r>
          <w:rPr>
            <w:color w:val="0000EE"/>
            <w:u w:val="single"/>
          </w:rPr>
          <w:t>https://financialpost.com/personal-finance/business-essentials/afirstsoft-pdf-editor</w:t>
        </w:r>
      </w:hyperlink>
      <w:r>
        <w:t xml:space="preserve"> - Mentions the collaboration features and the ease of working together on PDFs for business users and project teams.</w:t>
      </w:r>
      <w:r/>
    </w:p>
    <w:p>
      <w:pPr>
        <w:pStyle w:val="ListNumber"/>
        <w:spacing w:line="240" w:lineRule="auto"/>
        <w:ind w:left="720"/>
      </w:pPr>
      <w:r/>
      <w:hyperlink r:id="rId15">
        <w:r>
          <w:rPr>
            <w:color w:val="0000EE"/>
            <w:u w:val="single"/>
          </w:rPr>
          <w:t>https://www.cultofmac.com/daily-deals/afirstsoft-pdf-ai-pdf-editor-discount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ialpost.com/personal-finance/business-essentials/afirstsoft-pdf-editor" TargetMode="External"/><Relationship Id="rId11" Type="http://schemas.openxmlformats.org/officeDocument/2006/relationships/hyperlink" Target="https://www.youtube.com/watch?v=qTTcWcRbR2g" TargetMode="External"/><Relationship Id="rId12" Type="http://schemas.openxmlformats.org/officeDocument/2006/relationships/hyperlink" Target="https://www.dealify.com/afirstsoft-pdf/" TargetMode="External"/><Relationship Id="rId13" Type="http://schemas.openxmlformats.org/officeDocument/2006/relationships/hyperlink" Target="https://www.pcworld.com/article/2462121/make-your-pdfs-work-for-you-with-afirstsofts-ai-magic-2.html" TargetMode="External"/><Relationship Id="rId14" Type="http://schemas.openxmlformats.org/officeDocument/2006/relationships/hyperlink" Target="https://mashable.com/deals/sept-16-afirstsoft-pdf-editor" TargetMode="External"/><Relationship Id="rId15" Type="http://schemas.openxmlformats.org/officeDocument/2006/relationships/hyperlink" Target="https://www.cultofmac.com/daily-deals/afirstsoft-pdf-ai-pdf-editor-discou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