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Insta360 launches advanced webcams to enhance virtual meetings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Insta360, a company renowned for its innovative camera solutions, has unveiled two new professional webcams, the Insta360 Link 2 and the Link 2C, designed to enhance virtual meeting experiences with advanced AI technology. The launch comes amidst growing discussions around meeting equity, which emphasises the importance of inclusivity for remote workers during videoconferencing sessions.</w:t>
      </w:r>
      <w:r/>
    </w:p>
    <w:p>
      <w:r/>
      <w:r>
        <w:t>The Insta360 Link 2 is the higher-end model in the new lineup, featuring a two-axis gimbal that allows for a wide range of motion and flexibility. This mini pan-tilt-zoom (PTZ) webcam boasts a substantial 1/2-inch image sensor, offering a 4x digital zoom capability and supporting a range of resolutions, including 4K30, 1080p, 720p, and 360p, which is ideal for users with limited bandwidth. The device also includes AI tracking to keep individuals and groups in focus, whiteboard recognition for clearer presentations, and a noise-cancelling microphone for improved audio quality.</w:t>
      </w:r>
      <w:r/>
    </w:p>
    <w:p>
      <w:r/>
      <w:r>
        <w:t>For those seeking a more conventional design, the Insta360 Link 2C provides similar technical specifications minus the gimbal. It presents a compact structure, measuring 2.5 inches wide and 1.2 inches high, compared to the Link 2's slightly larger dimensions of 2.8 inches in width and 2.3 inches in height. Despite the absence of a gimbal, the Link 2C is seen as a competent tool for employees who require a dependable webcam for platforms like Microsoft Teams.</w:t>
      </w:r>
      <w:r/>
    </w:p>
    <w:p>
      <w:r/>
      <w:r>
        <w:t>Both models include a circular indicator light next to the camera lens, signalling different operational states. The light turns green when the camera is operational, flashes with adjustments, indicates privacy mode in yellow, and shows blue during firmware updates. Notably, a red light suggests a critical hardware issue.</w:t>
      </w:r>
      <w:r/>
    </w:p>
    <w:p>
      <w:r/>
      <w:r>
        <w:t>Accompanying the hardware is the Insta360 Link controller software. This program enables users to fine-tune the PTZ settings, make image adjustments, manage audio settings, and perform firmware updates. It also allows for the use of 'Desk View', which tilts the camera to show documents or materials on the desk. While the Link 2 can operate without the software, doing so limits its full potential.</w:t>
      </w:r>
      <w:r/>
    </w:p>
    <w:p>
      <w:r/>
      <w:r>
        <w:t>Connectivity is streamlined with a single USB-C cable, and the package comes with a USB-C-to-USB-A adapter to ensure compatibility with various devices. Insta360 advises using a computer or USB port with an independent power source to maintain optimal performance.</w:t>
      </w:r>
      <w:r/>
    </w:p>
    <w:p>
      <w:r/>
      <w:r>
        <w:t>The placement of the Link 2 is facilitated by its magnetic base and wide clip, suitable for curved monitors. Alternatively, a 1/4-inch screw hole allows for tripod use. The camera's capability to shoot in portrait mode enables users to create content for social media.</w:t>
      </w:r>
      <w:r/>
    </w:p>
    <w:p>
      <w:r/>
      <w:r>
        <w:t>Gesture control is a standout feature of the Link 2, with three specific gestures: raising a hand to activate or deactivate AI tracking, forming an 'L' with thumb and forefinger to control zoom, and a peace sign to toggle Whiteboard Mode. This AI tracking feature is noted for its accuracy, with options to adjust tracking speeds and smart composition settings.</w:t>
      </w:r>
      <w:r/>
    </w:p>
    <w:p>
      <w:r/>
      <w:r>
        <w:t>In real-world testing, the Insta360 Link 2 delivered excellent image quality, with fast focus and accurate skin tones under various lighting conditions. The built-in microphone is satisfactory, though it doesn’t rival high-end standalone microphones.</w:t>
      </w:r>
      <w:r/>
    </w:p>
    <w:p>
      <w:r/>
      <w:r>
        <w:t>The pricing difference between the models is marginal, with the Link 2C retailing for approximately $150, and the Link 2 available around $200. The choice between the two boils down to individual needs; the Link 2C suits users who need a basic meeting setup, while the Link 2 offers mobility and additional features for more dynamic engagements.</w:t>
      </w:r>
      <w:r/>
    </w:p>
    <w:p>
      <w:r/>
      <w:r>
        <w:t>Insta360's new offerings aim to close the gap in meeting equity by providing high-quality, lifelike video and audio capabilities. This advancement caters to the demand for technology that brings remote workers closer to experiencing meetings on-par with in-person interactions, reflecting a step forward in virtual conferencing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https://www.tomsguide.com/computing/peripherals/insta360-link-2-webcam-review</w:t>
        </w:r>
      </w:hyperlink>
      <w:r>
        <w:t xml:space="preserve"> - Corroborates the features of the Insta360 Link 2, including its 4K video, AI noise canceling mics, AI tracking capabilities, and various modes like portrait, whiteboard, and privacy modes.</w:t>
      </w:r>
      <w:r/>
    </w:p>
    <w:p>
      <w:pPr>
        <w:pStyle w:val="ListNumber"/>
        <w:spacing w:line="240" w:lineRule="auto"/>
        <w:ind w:left="720"/>
      </w:pPr>
      <w:r/>
      <w:hyperlink r:id="rId11">
        <w:r>
          <w:rPr>
            <w:color w:val="0000EE"/>
            <w:u w:val="single"/>
          </w:rPr>
          <w:t>https://www.insta360.com/blog/news/insta360-announces-new-link-2-and-2c.html</w:t>
        </w:r>
      </w:hyperlink>
      <w:r>
        <w:t xml:space="preserve"> - Provides details on the launch of Insta360 Link 2 and Link 2C, their AI-powered features, and the different profiles for audio settings such as Voice Focus, Voice Suppression, and Music Balance.</w:t>
      </w:r>
      <w:r/>
    </w:p>
    <w:p>
      <w:pPr>
        <w:pStyle w:val="ListNumber"/>
        <w:spacing w:line="240" w:lineRule="auto"/>
        <w:ind w:left="720"/>
      </w:pPr>
      <w:r/>
      <w:hyperlink r:id="rId11">
        <w:r>
          <w:rPr>
            <w:color w:val="0000EE"/>
            <w:u w:val="single"/>
          </w:rPr>
          <w:t>https://www.insta360.com/blog/news/insta360-announces-new-link-2-and-2c.html</w:t>
        </w:r>
      </w:hyperlink>
      <w:r>
        <w:t xml:space="preserve"> - Explains the technical specifications and features of the Insta360 Link 2, including the 2-axis gimbal, AI tracking, and smart whiteboard mode.</w:t>
      </w:r>
      <w:r/>
    </w:p>
    <w:p>
      <w:pPr>
        <w:pStyle w:val="ListNumber"/>
        <w:spacing w:line="240" w:lineRule="auto"/>
        <w:ind w:left="720"/>
      </w:pPr>
      <w:r/>
      <w:hyperlink r:id="rId12">
        <w:r>
          <w:rPr>
            <w:color w:val="0000EE"/>
            <w:u w:val="single"/>
          </w:rPr>
          <w:t>https://www.9to5mac.com/2024/09/24/hands-on-insta360-link-2-4k-webcam/</w:t>
        </w:r>
      </w:hyperlink>
      <w:r>
        <w:t xml:space="preserve"> - Details the specifications of the Insta360 Link 2, such as the 1/2” sensor, 4K resolution at 30 fps with HDR, and the built-in gimbal for smooth tracking.</w:t>
      </w:r>
      <w:r/>
    </w:p>
    <w:p>
      <w:pPr>
        <w:pStyle w:val="ListNumber"/>
        <w:spacing w:line="240" w:lineRule="auto"/>
        <w:ind w:left="720"/>
      </w:pPr>
      <w:r/>
      <w:hyperlink r:id="rId12">
        <w:r>
          <w:rPr>
            <w:color w:val="0000EE"/>
            <w:u w:val="single"/>
          </w:rPr>
          <w:t>https://www.9to5mac.com/2024/09/24/hands-on-insta360-link-2-4k-webcam/</w:t>
        </w:r>
      </w:hyperlink>
      <w:r>
        <w:t xml:space="preserve"> - Compares the image quality of the Insta360 Link 2 with other webcams, highlighting its superior dynamic range and low-light performance.</w:t>
      </w:r>
      <w:r/>
    </w:p>
    <w:p>
      <w:pPr>
        <w:pStyle w:val="ListNumber"/>
        <w:spacing w:line="240" w:lineRule="auto"/>
        <w:ind w:left="720"/>
      </w:pPr>
      <w:r/>
      <w:hyperlink r:id="rId13">
        <w:r>
          <w:rPr>
            <w:color w:val="0000EE"/>
            <w:u w:val="single"/>
          </w:rPr>
          <w:t>https://www.amazon.com/Insta360-Link-Tracking-Noise-Canceling-Streaming/dp/B0DDTH3HX8</w:t>
        </w:r>
      </w:hyperlink>
      <w:r>
        <w:t xml:space="preserve"> - Lists the features of the Insta360 Link 2, including AI tracking, noise-canceling microphone, gesture control, and the ability to shoot in portrait mode.</w:t>
      </w:r>
      <w:r/>
    </w:p>
    <w:p>
      <w:pPr>
        <w:pStyle w:val="ListNumber"/>
        <w:spacing w:line="240" w:lineRule="auto"/>
        <w:ind w:left="720"/>
      </w:pPr>
      <w:r/>
      <w:hyperlink r:id="rId11">
        <w:r>
          <w:rPr>
            <w:color w:val="0000EE"/>
            <w:u w:val="single"/>
          </w:rPr>
          <w:t>https://www.insta360.com/blog/news/insta360-announces-new-link-2-and-2c.html</w:t>
        </w:r>
      </w:hyperlink>
      <w:r>
        <w:t xml:space="preserve"> - Describes the Insta360 Link controller software and its capabilities, such as adjusting PTZ settings, image adjustments, and managing audio settings.</w:t>
      </w:r>
      <w:r/>
    </w:p>
    <w:p>
      <w:pPr>
        <w:pStyle w:val="ListNumber"/>
        <w:spacing w:line="240" w:lineRule="auto"/>
        <w:ind w:left="720"/>
      </w:pPr>
      <w:r/>
      <w:hyperlink r:id="rId10">
        <w:r>
          <w:rPr>
            <w:color w:val="0000EE"/>
            <w:u w:val="single"/>
          </w:rPr>
          <w:t>https://www.tomsguide.com/computing/peripherals/insta360-link-2-webcam-review</w:t>
        </w:r>
      </w:hyperlink>
      <w:r>
        <w:t xml:space="preserve"> - Explains the gesture control features of the Insta360 Link 2, including activating AI tracking and controlling zoom with specific hand gestures.</w:t>
      </w:r>
      <w:r/>
    </w:p>
    <w:p>
      <w:pPr>
        <w:pStyle w:val="ListNumber"/>
        <w:spacing w:line="240" w:lineRule="auto"/>
        <w:ind w:left="720"/>
      </w:pPr>
      <w:r/>
      <w:hyperlink r:id="rId12">
        <w:r>
          <w:rPr>
            <w:color w:val="0000EE"/>
            <w:u w:val="single"/>
          </w:rPr>
          <w:t>https://www.9to5mac.com/2024/09/24/hands-on-insta360-link-2-4k-webcam/</w:t>
        </w:r>
      </w:hyperlink>
      <w:r>
        <w:t xml:space="preserve"> - Details the connectivity options of the Insta360 Link 2, including the use of a USB-C cable and a USB-C-to-USB-A adapter.</w:t>
      </w:r>
      <w:r/>
    </w:p>
    <w:p>
      <w:pPr>
        <w:pStyle w:val="ListNumber"/>
        <w:spacing w:line="240" w:lineRule="auto"/>
        <w:ind w:left="720"/>
      </w:pPr>
      <w:r/>
      <w:hyperlink r:id="rId11">
        <w:r>
          <w:rPr>
            <w:color w:val="0000EE"/>
            <w:u w:val="single"/>
          </w:rPr>
          <w:t>https://www.insta360.com/blog/news/insta360-announces-new-link-2-and-2c.html</w:t>
        </w:r>
      </w:hyperlink>
      <w:r>
        <w:t xml:space="preserve"> - Mentions the pricing and target user groups for the Insta360 Link 2 and Link 2C, highlighting their suitability for different types of users.</w:t>
      </w:r>
      <w:r/>
    </w:p>
    <w:p>
      <w:pPr>
        <w:pStyle w:val="ListNumber"/>
        <w:spacing w:line="240" w:lineRule="auto"/>
        <w:ind w:left="720"/>
      </w:pPr>
      <w:r/>
      <w:hyperlink r:id="rId10">
        <w:r>
          <w:rPr>
            <w:color w:val="0000EE"/>
            <w:u w:val="single"/>
          </w:rPr>
          <w:t>https://www.tomsguide.com/computing/peripherals/insta360-link-2-webcam-review</w:t>
        </w:r>
      </w:hyperlink>
      <w:r>
        <w:t xml:space="preserve"> - Discusses the real-world testing results of the Insta360 Link 2, including its excellent image quality, fast focus, and satisfactory built-in microphone.</w:t>
      </w:r>
      <w:r/>
    </w:p>
    <w:p>
      <w:pPr>
        <w:pStyle w:val="ListNumber"/>
        <w:spacing w:line="240" w:lineRule="auto"/>
        <w:ind w:left="720"/>
      </w:pPr>
      <w:r/>
      <w:hyperlink r:id="rId14">
        <w:r>
          <w:rPr>
            <w:color w:val="0000EE"/>
            <w:u w:val="single"/>
          </w:rPr>
          <w:t>https://www.avnetwork.com/news/scn-hybrid-world-review-insta360-is-following-the-action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computing/peripherals/insta360-link-2-webcam-review" TargetMode="External"/><Relationship Id="rId11" Type="http://schemas.openxmlformats.org/officeDocument/2006/relationships/hyperlink" Target="https://www.insta360.com/blog/news/insta360-announces-new-link-2-and-2c.html" TargetMode="External"/><Relationship Id="rId12" Type="http://schemas.openxmlformats.org/officeDocument/2006/relationships/hyperlink" Target="https://www.9to5mac.com/2024/09/24/hands-on-insta360-link-2-4k-webcam/" TargetMode="External"/><Relationship Id="rId13" Type="http://schemas.openxmlformats.org/officeDocument/2006/relationships/hyperlink" Target="https://www.amazon.com/Insta360-Link-Tracking-Noise-Canceling-Streaming/dp/B0DDTH3HX8" TargetMode="External"/><Relationship Id="rId14" Type="http://schemas.openxmlformats.org/officeDocument/2006/relationships/hyperlink" Target="https://www.avnetwork.com/news/scn-hybrid-world-review-insta360-is-following-the-a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