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Introducing the Omnie Box: The future of community safety and crime reporting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Intreface, a pioneering technology company, has introduced the Omnie Box, a state-of-the-art AI-driven device designed to facilitate crime reporting and enhance community safety. Commonly referred to as 'Bobby Bot', this innovative technology is set to revolutionise the way public safety is managed and reported on streets across the UK.</w:t>
      </w:r>
      <w:r/>
    </w:p>
    <w:p>
      <w:r/>
      <w:r>
        <w:t>The Omnie Box is engineered to empower communities by providing an accessible platform for individuals to report crimes seamlessly. Engaging with the device is straightforward—users can communicate in any preferred language by merely pressing a button. The system is capable of understanding and responding in a natural, human-like tone, significantly easing the process for users who may find conventional reporting intimidating or cumbersome.</w:t>
      </w:r>
      <w:r/>
    </w:p>
    <w:p>
      <w:r/>
      <w:r>
        <w:t>This advanced technology aims to bolster public confidence and reduce anxiety linked to crime by enabling immediate access to information and assistance. Citizens can report incidents or seek help, all via this easily deployable system. Additionally, the conversations facilitated through Omnie Box are transcribed and securely stored in real-time within a web-based control panel. This information is promptly relayed to police control rooms through Wi-Fi or cellular networks, ensuring that law enforcement receives detailed reports instantly, which could expedite their response and investigation.</w:t>
      </w:r>
      <w:r/>
    </w:p>
    <w:p>
      <w:r/>
      <w:r>
        <w:t>The utility of this device gains further emphasis in light of recent findings from a Neighbourhood Watch survey, which highlighted that 28% of crimes remain unreported, primarily because individuals are unsure of the reporting process. The introduction of Bobby Bot aims to address this gap by offering a user-friendly solution that simplifies crime reporting and enhances communication between the public and police.</w:t>
      </w:r>
      <w:r/>
    </w:p>
    <w:p>
      <w:r/>
      <w:r>
        <w:t>Damian Edwards, Managing Director of Intreface, remarked on the significance of this development, stating, “Omnie Box is the future of community safety. A revolutionary solution designed to enhance public engagement, improve safety, and reduce crime." Edwards also emphasized the device’s evolution from earlier technology, noting that 20 years ago, Intreface developed poster cases with sensory-triggered messages, and now Omnie Box allows for interactive, two-way communication.</w:t>
      </w:r>
      <w:r/>
    </w:p>
    <w:p>
      <w:r/>
      <w:r>
        <w:t>In terms of functionality, Omnie Box demonstrates remarkable versatility. It features a built-in rechargeable battery suitable for short-term use, along with an optional solar module to ensure long-term, maintenance-free operations. These features make it adaptable for various applications beyond crime reporting, including providing visitor information and improving general public safety.</w:t>
      </w:r>
      <w:r/>
    </w:p>
    <w:p>
      <w:r/>
      <w:r>
        <w:t>As communities anticipate the rollout of Omnie Box, there is considerable potential for this technology to transform community-policing dynamics, offering an advanced method for crime reporting and public interaction that aligns with modern technological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https://emergencyservicestimes.com/2024/11/07/ai-powered-bobby-on-the-beat-will-help-free-up-community-police-time/</w:t>
        </w:r>
      </w:hyperlink>
      <w:r>
        <w:t xml:space="preserve"> - Corroborates the introduction of Omnie Box as an AI-powered device for reporting incidents and accessing vital information.</w:t>
      </w:r>
      <w:r/>
    </w:p>
    <w:p>
      <w:pPr>
        <w:pStyle w:val="ListNumber"/>
        <w:spacing w:line="240" w:lineRule="auto"/>
        <w:ind w:left="720"/>
      </w:pPr>
      <w:r/>
      <w:hyperlink r:id="rId11">
        <w:r>
          <w:rPr>
            <w:color w:val="0000EE"/>
            <w:u w:val="single"/>
          </w:rPr>
          <w:t>https://www.yorkshirepost.co.uk/business/omnie-ai-puts-a-new-bobby-on-the-beat-4846185</w:t>
        </w:r>
      </w:hyperlink>
      <w:r>
        <w:t xml:space="preserve"> - Supports the functionality of Omnie Box in enabling the public to report incidents and request assistance.</w:t>
      </w:r>
      <w:r/>
    </w:p>
    <w:p>
      <w:pPr>
        <w:pStyle w:val="ListNumber"/>
        <w:spacing w:line="240" w:lineRule="auto"/>
        <w:ind w:left="720"/>
      </w:pPr>
      <w:r/>
      <w:hyperlink r:id="rId12">
        <w:r>
          <w:rPr>
            <w:color w:val="0000EE"/>
            <w:u w:val="single"/>
          </w:rPr>
          <w:t>https://omnie.ai/box</w:t>
        </w:r>
      </w:hyperlink>
      <w:r>
        <w:t xml:space="preserve"> - Provides details on Omnie Box as an automated, AI-powered street bot for community engagement and various scenarios.</w:t>
      </w:r>
      <w:r/>
    </w:p>
    <w:p>
      <w:pPr>
        <w:pStyle w:val="ListNumber"/>
        <w:spacing w:line="240" w:lineRule="auto"/>
        <w:ind w:left="720"/>
      </w:pPr>
      <w:r/>
      <w:hyperlink r:id="rId10">
        <w:r>
          <w:rPr>
            <w:color w:val="0000EE"/>
            <w:u w:val="single"/>
          </w:rPr>
          <w:t>https://emergencyservicestimes.com/2024/11/07/ai-powered-bobby-on-the-beat-will-help-free-up-community-police-time/</w:t>
        </w:r>
      </w:hyperlink>
      <w:r>
        <w:t xml:space="preserve"> - Explains how Omnie Box helps in improving community safety and reducing the workload of community police.</w:t>
      </w:r>
      <w:r/>
    </w:p>
    <w:p>
      <w:pPr>
        <w:pStyle w:val="ListNumber"/>
        <w:spacing w:line="240" w:lineRule="auto"/>
        <w:ind w:left="720"/>
      </w:pPr>
      <w:r/>
      <w:hyperlink r:id="rId11">
        <w:r>
          <w:rPr>
            <w:color w:val="0000EE"/>
            <w:u w:val="single"/>
          </w:rPr>
          <w:t>https://www.yorkshirepost.co.uk/business/omnie-ai-puts-a-new-bobby-on-the-beat-4846185</w:t>
        </w:r>
      </w:hyperlink>
      <w:r>
        <w:t xml:space="preserve"> - Highlights the user-friendly nature of Omnie Box, allowing users to communicate in any preferred language.</w:t>
      </w:r>
      <w:r/>
    </w:p>
    <w:p>
      <w:pPr>
        <w:pStyle w:val="ListNumber"/>
        <w:spacing w:line="240" w:lineRule="auto"/>
        <w:ind w:left="720"/>
      </w:pPr>
      <w:r/>
      <w:hyperlink r:id="rId12">
        <w:r>
          <w:rPr>
            <w:color w:val="0000EE"/>
            <w:u w:val="single"/>
          </w:rPr>
          <w:t>https://omnie.ai/box</w:t>
        </w:r>
      </w:hyperlink>
      <w:r>
        <w:t xml:space="preserve"> - Details the capabilities of Omnie Box, including its ability to provide visitor information and enhance general public safety.</w:t>
      </w:r>
      <w:r/>
    </w:p>
    <w:p>
      <w:pPr>
        <w:pStyle w:val="ListNumber"/>
        <w:spacing w:line="240" w:lineRule="auto"/>
        <w:ind w:left="720"/>
      </w:pPr>
      <w:r/>
      <w:hyperlink r:id="rId10">
        <w:r>
          <w:rPr>
            <w:color w:val="0000EE"/>
            <w:u w:val="single"/>
          </w:rPr>
          <w:t>https://emergencyservicestimes.com/2024/11/07/ai-powered-bobby-on-the-beat-will-help-free-up-community-police-time/</w:t>
        </w:r>
      </w:hyperlink>
      <w:r>
        <w:t xml:space="preserve"> - Mentions the real-time transcription and secure storage of conversations facilitated through Omnie Box.</w:t>
      </w:r>
      <w:r/>
    </w:p>
    <w:p>
      <w:pPr>
        <w:pStyle w:val="ListNumber"/>
        <w:spacing w:line="240" w:lineRule="auto"/>
        <w:ind w:left="720"/>
      </w:pPr>
      <w:r/>
      <w:hyperlink r:id="rId11">
        <w:r>
          <w:rPr>
            <w:color w:val="0000EE"/>
            <w:u w:val="single"/>
          </w:rPr>
          <w:t>https://www.yorkshirepost.co.uk/business/omnie-ai-puts-a-new-bobby-on-the-beat-4846185</w:t>
        </w:r>
      </w:hyperlink>
      <w:r>
        <w:t xml:space="preserve"> - Supports the idea that Omnie Box can expedite law enforcement response and investigation by relaying detailed reports instantly.</w:t>
      </w:r>
      <w:r/>
    </w:p>
    <w:p>
      <w:pPr>
        <w:pStyle w:val="ListNumber"/>
        <w:spacing w:line="240" w:lineRule="auto"/>
        <w:ind w:left="720"/>
      </w:pPr>
      <w:r/>
      <w:hyperlink r:id="rId12">
        <w:r>
          <w:rPr>
            <w:color w:val="0000EE"/>
            <w:u w:val="single"/>
          </w:rPr>
          <w:t>https://omnie.ai/box</w:t>
        </w:r>
      </w:hyperlink>
      <w:r>
        <w:t xml:space="preserve"> - Describes the adaptability of Omnie Box, including its built-in rechargeable battery and optional solar module for long-term operations.</w:t>
      </w:r>
      <w:r/>
    </w:p>
    <w:p>
      <w:pPr>
        <w:pStyle w:val="ListNumber"/>
        <w:spacing w:line="240" w:lineRule="auto"/>
        <w:ind w:left="720"/>
      </w:pPr>
      <w:r/>
      <w:hyperlink r:id="rId10">
        <w:r>
          <w:rPr>
            <w:color w:val="0000EE"/>
            <w:u w:val="single"/>
          </w:rPr>
          <w:t>https://emergencyservicestimes.com/2024/11/07/ai-powered-bobby-on-the-beat-will-help-free-up-community-police-time/</w:t>
        </w:r>
      </w:hyperlink>
      <w:r>
        <w:t xml:space="preserve"> - Quotes Damian Edwards on the significance of Omnie Box in enhancing public engagement, improving safety, and reducing crime.</w:t>
      </w:r>
      <w:r/>
    </w:p>
    <w:p>
      <w:pPr>
        <w:pStyle w:val="ListNumber"/>
        <w:spacing w:line="240" w:lineRule="auto"/>
        <w:ind w:left="720"/>
      </w:pPr>
      <w:r/>
      <w:hyperlink r:id="rId13">
        <w:r>
          <w:rPr>
            <w:color w:val="0000EE"/>
            <w:u w:val="single"/>
          </w:rPr>
          <w:t>https://emergencyservicestimes.com/2024/11/07/ai-powered-bobby-on-the-beat-will-help-free-up-community-police-time/?utm_source=rss&amp;utm_medium=rss&amp;utm_campaign=ai-powered-bobby-on-the-beat-will-help-free-up-community-police-time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ergencyservicestimes.com/2024/11/07/ai-powered-bobby-on-the-beat-will-help-free-up-community-police-time/" TargetMode="External"/><Relationship Id="rId11" Type="http://schemas.openxmlformats.org/officeDocument/2006/relationships/hyperlink" Target="https://www.yorkshirepost.co.uk/business/omnie-ai-puts-a-new-bobby-on-the-beat-4846185" TargetMode="External"/><Relationship Id="rId12" Type="http://schemas.openxmlformats.org/officeDocument/2006/relationships/hyperlink" Target="https://omnie.ai/box" TargetMode="External"/><Relationship Id="rId13" Type="http://schemas.openxmlformats.org/officeDocument/2006/relationships/hyperlink" Target="https://emergencyservicestimes.com/2024/11/07/ai-powered-bobby-on-the-beat-will-help-free-up-community-police-time/?utm_source=rss&amp;utm_medium=rss&amp;utm_campaign=ai-powered-bobby-on-the-beat-will-help-free-up-community-police-t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