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Klarna launches AI shopping assistant to enhance online shopping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Klarna Introduces AI Shopping Assistant to Revolutionise the Consumer Shopping Experience</w:t>
      </w:r>
      <w:r/>
    </w:p>
    <w:p>
      <w:r/>
      <w:r>
        <w:t>In the latest advancement in retail technology, Klarna, the renowned "buy now, pay later" service, unveiled a new Artificial Intelligence (AI) shopping assistant designed to enhance online shopping experiences by providing comprehensive product comparison, pricing insights, and reviews. The AI shopping assistant, leveraging technology powered by OpenAI, the creators behind ChatGPT and Dall-E, aims to assist consumers in navigating the often overwhelming process of finding the best deals on high-quality items.</w:t>
      </w:r>
      <w:r/>
    </w:p>
    <w:p>
      <w:r/>
      <w:r>
        <w:t>Launched last month, the AI shopping assistant is seamlessly integrated into the Klarna application, accessible for free use by anyone who downloads the app and creates an account. Existing Klarna users can immediately engage the assistant via the chat feature, marked by an icon in the top right corner of the app.</w:t>
      </w:r>
      <w:r/>
    </w:p>
    <w:p>
      <w:r/>
      <w:r>
        <w:t>The introduction of this tool aligns with Klarna's mission to prioritise quality shopping experiences, especially for consumers who favour investing in quality apparel and accessories. The AI assistant is capable of addressing specific user queries related to product types and style comparisons, such as popular footwear brands or the best coffee machines available, by providing tailored suggestions.</w:t>
      </w:r>
      <w:r/>
    </w:p>
    <w:p>
      <w:r/>
      <w:r>
        <w:t>Klarna, founded in 2005, has rapidly ascended to become a significant player in the financial technology sector, processing over two million daily transactions. The company's foray into AI-driven shopping advice is seen as an extension of their existing services, designed to complement their financing capabilities.</w:t>
      </w:r>
      <w:r/>
    </w:p>
    <w:p>
      <w:r/>
      <w:r>
        <w:t>One user recounted their interaction with the AI assistant while searching for a comfortable yet stylish black backpack to replace a cumbersome handbag. The AI assistant successfully offered alternatives that combined fashion with functionality, all within the specified budget constraints. This included the recommendation of a Michael Kors leather backpack, significantly discounted and aptly meeting the user's criteria.</w:t>
      </w:r>
      <w:r/>
    </w:p>
    <w:p>
      <w:r/>
      <w:r>
        <w:t>However, the AI assistant is not without its early-stage hiccups. Users noted certain frustrations, such as being directed to out-of-stock items. Nevertheless, the potential for the AI assistant to act as a supplementary tool in the shopping process, providing additional layers of information regarding pricing trends and customer reviews, was highlighted as a notable benefit.</w:t>
      </w:r>
      <w:r/>
    </w:p>
    <w:p>
      <w:r/>
      <w:r>
        <w:t>Another advantage is the assistant's capacity to generate visual aids such as graphs to clarify pricing metrics, offering a straightforward analysis of whether a product's price is competitive. This is particularly useful for discerning shoppers aiming to make informed decisions without relying solely on traditional search methods.</w:t>
      </w:r>
      <w:r/>
    </w:p>
    <w:p>
      <w:r/>
      <w:r>
        <w:t>The AI tool represents a novel approach in an era where consumers increasingly seek streamlined and efficient shopping processes. Although it may not yet supplant conventional methods entirely, Klarna's AI shopping assistant offers a glimpse into the future of e-commerce, where interactive, dialogue-based shopping could become the norm.</w:t>
      </w:r>
      <w:r/>
    </w:p>
    <w:p>
      <w:r/>
      <w:r>
        <w:t>In summary, the AI shopping assistant by Klarna has made its mark as a promising development in the fusion of artificial intelligence and consumer retail, showing potential to evolve and address current limitations while endorsing a more interactive consumer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https://www.cnet.com/tech/services-and-software/i-tried-klarnas-ai-shopping-assistant-it-helped-me-save-229/</w:t>
        </w:r>
      </w:hyperlink>
      <w:r>
        <w:t xml:space="preserve"> - Corroborates the launch of Klarna's AI shopping assistant, its integration into the Klarna app, and the user experience of using the AI to find a black backpack.</w:t>
      </w:r>
      <w:r/>
    </w:p>
    <w:p>
      <w:pPr>
        <w:pStyle w:val="ListNumber"/>
        <w:spacing w:line="240" w:lineRule="auto"/>
        <w:ind w:left="720"/>
      </w:pPr>
      <w:r/>
      <w:hyperlink r:id="rId11">
        <w:r>
          <w:rPr>
            <w:color w:val="0000EE"/>
            <w:u w:val="single"/>
          </w:rPr>
          <w:t>https://openai.com/index/klarna/</w:t>
        </w:r>
      </w:hyperlink>
      <w:r>
        <w:t xml:space="preserve"> - Supports the use of OpenAI technology by Klarna, the AI assistant's capabilities, and its impact on customer service and employee productivity.</w:t>
      </w:r>
      <w:r/>
    </w:p>
    <w:p>
      <w:pPr>
        <w:pStyle w:val="ListNumber"/>
        <w:spacing w:line="240" w:lineRule="auto"/>
        <w:ind w:left="720"/>
      </w:pPr>
      <w:r/>
      <w:hyperlink r:id="rId12">
        <w:r>
          <w:rPr>
            <w:color w:val="0000EE"/>
            <w:u w:val="single"/>
          </w:rPr>
          <w:t>https://www.homepagenews.com/retail-articles/klarna-enhances-ai-supported-shopping-tool/</w:t>
        </w:r>
      </w:hyperlink>
      <w:r>
        <w:t xml:space="preserve"> - Details the new features of Klarna's AI shopping assistant, including product recommendations, category and brand comparisons, and price checks.</w:t>
      </w:r>
      <w:r/>
    </w:p>
    <w:p>
      <w:pPr>
        <w:pStyle w:val="ListNumber"/>
        <w:spacing w:line="240" w:lineRule="auto"/>
        <w:ind w:left="720"/>
      </w:pPr>
      <w:r/>
      <w:hyperlink r:id="rId13">
        <w:r>
          <w:rPr>
            <w:color w:val="0000EE"/>
            <w:u w:val="single"/>
          </w:rPr>
          <w:t>https://www.pymnts.com/artificial-intelligence-2/2024/klarnas-ai-assistant-now-offers-chat-based-shopping-experience/</w:t>
        </w:r>
      </w:hyperlink>
      <w:r>
        <w:t xml:space="preserve"> - Provides information on the chat-based shopping experience offered by Klarna's AI assistant and its ability to search for specific products and compare prices.</w:t>
      </w:r>
      <w:r/>
    </w:p>
    <w:p>
      <w:pPr>
        <w:pStyle w:val="ListNumber"/>
        <w:spacing w:line="240" w:lineRule="auto"/>
        <w:ind w:left="720"/>
      </w:pPr>
      <w:r/>
      <w:hyperlink r:id="rId14">
        <w:r>
          <w:rPr>
            <w:color w:val="0000EE"/>
            <w:u w:val="single"/>
          </w:rPr>
          <w:t>https://www.forbes.com/sites/quickerbettertech/2024/03/13/klarnas-new-ai-tool-does-the-work-of-700-customer-service-reps/</w:t>
        </w:r>
      </w:hyperlink>
      <w:r>
        <w:t xml:space="preserve"> - Highlights the AI assistant's role in customer service, handling queries, and its efficiency in resolving issues compared to human agents.</w:t>
      </w:r>
      <w:r/>
    </w:p>
    <w:p>
      <w:pPr>
        <w:pStyle w:val="ListNumber"/>
        <w:spacing w:line="240" w:lineRule="auto"/>
        <w:ind w:left="720"/>
      </w:pPr>
      <w:r/>
      <w:hyperlink r:id="rId10">
        <w:r>
          <w:rPr>
            <w:color w:val="0000EE"/>
            <w:u w:val="single"/>
          </w:rPr>
          <w:t>https://www.cnet.com/tech/services-and-software/i-tried-klarnas-ai-shopping-assistant-it-helped-me-save-229/</w:t>
        </w:r>
      </w:hyperlink>
      <w:r>
        <w:t xml:space="preserve"> - Mentions Klarna's founding in 2005 and its significant transaction volume, supporting its position in the financial technology sector.</w:t>
      </w:r>
      <w:r/>
    </w:p>
    <w:p>
      <w:pPr>
        <w:pStyle w:val="ListNumber"/>
        <w:spacing w:line="240" w:lineRule="auto"/>
        <w:ind w:left="720"/>
      </w:pPr>
      <w:r/>
      <w:hyperlink r:id="rId11">
        <w:r>
          <w:rPr>
            <w:color w:val="0000EE"/>
            <w:u w:val="single"/>
          </w:rPr>
          <w:t>https://openai.com/index/klarna/</w:t>
        </w:r>
      </w:hyperlink>
      <w:r>
        <w:t xml:space="preserve"> - Discusses Klarna's mission to enhance the shopping experience and its use of AI to complement its financing capabilities.</w:t>
      </w:r>
      <w:r/>
    </w:p>
    <w:p>
      <w:pPr>
        <w:pStyle w:val="ListNumber"/>
        <w:spacing w:line="240" w:lineRule="auto"/>
        <w:ind w:left="720"/>
      </w:pPr>
      <w:r/>
      <w:hyperlink r:id="rId12">
        <w:r>
          <w:rPr>
            <w:color w:val="0000EE"/>
            <w:u w:val="single"/>
          </w:rPr>
          <w:t>https://www.homepagenews.com/retail-articles/klarna-enhances-ai-supported-shopping-tool/</w:t>
        </w:r>
      </w:hyperlink>
      <w:r>
        <w:t xml:space="preserve"> - Explains the AI assistant's ability to provide visual aids like graphs for pricing metrics and its benefits for discerning shoppers.</w:t>
      </w:r>
      <w:r/>
    </w:p>
    <w:p>
      <w:pPr>
        <w:pStyle w:val="ListNumber"/>
        <w:spacing w:line="240" w:lineRule="auto"/>
        <w:ind w:left="720"/>
      </w:pPr>
      <w:r/>
      <w:hyperlink r:id="rId13">
        <w:r>
          <w:rPr>
            <w:color w:val="0000EE"/>
            <w:u w:val="single"/>
          </w:rPr>
          <w:t>https://www.pymnts.com/artificial-intelligence-2/2024/klarnas-ai-assistant-now-offers-chat-based-shopping-experience/</w:t>
        </w:r>
      </w:hyperlink>
      <w:r>
        <w:t xml:space="preserve"> - Supports the AI assistant's capacity to address specific user queries related to product types and style comparisons.</w:t>
      </w:r>
      <w:r/>
    </w:p>
    <w:p>
      <w:pPr>
        <w:pStyle w:val="ListNumber"/>
        <w:spacing w:line="240" w:lineRule="auto"/>
        <w:ind w:left="720"/>
      </w:pPr>
      <w:r/>
      <w:hyperlink r:id="rId14">
        <w:r>
          <w:rPr>
            <w:color w:val="0000EE"/>
            <w:u w:val="single"/>
          </w:rPr>
          <w:t>https://www.forbes.com/sites/quickerbettertech/2024/03/13/klarnas-new-ai-tool-does-the-work-of-700-customer-service-reps/</w:t>
        </w:r>
      </w:hyperlink>
      <w:r>
        <w:t xml:space="preserve"> - Details the early-stage hiccups of the AI assistant, such as directing users to out-of-stock items, and its overall potential as a supplementary shopping tool.</w:t>
      </w:r>
      <w:r/>
    </w:p>
    <w:p>
      <w:pPr>
        <w:pStyle w:val="ListNumber"/>
        <w:spacing w:line="240" w:lineRule="auto"/>
        <w:ind w:left="720"/>
      </w:pPr>
      <w:r/>
      <w:hyperlink r:id="rId11">
        <w:r>
          <w:rPr>
            <w:color w:val="0000EE"/>
            <w:u w:val="single"/>
          </w:rPr>
          <w:t>https://openai.com/index/klarna/</w:t>
        </w:r>
      </w:hyperlink>
      <w:r>
        <w:t xml:space="preserve"> - Highlights the future of e-commerce with interactive, dialogue-based shopping and the potential evolution of Klarna's AI shopping assistant.</w:t>
      </w:r>
      <w:r/>
    </w:p>
    <w:p>
      <w:pPr>
        <w:pStyle w:val="ListNumber"/>
        <w:spacing w:line="240" w:lineRule="auto"/>
        <w:ind w:left="720"/>
      </w:pPr>
      <w:r/>
      <w:hyperlink r:id="rId15">
        <w:r>
          <w:rPr>
            <w:color w:val="0000EE"/>
            <w:u w:val="single"/>
          </w:rPr>
          <w:t>https://www.cnet.com/tech/services-and-software/i-tried-klarnas-ai-shopping-assistant-it-helped-me-save-229/#ftag=CADf328eec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services-and-software/i-tried-klarnas-ai-shopping-assistant-it-helped-me-save-229/" TargetMode="External"/><Relationship Id="rId11" Type="http://schemas.openxmlformats.org/officeDocument/2006/relationships/hyperlink" Target="https://openai.com/index/klarna/" TargetMode="External"/><Relationship Id="rId12" Type="http://schemas.openxmlformats.org/officeDocument/2006/relationships/hyperlink" Target="https://www.homepagenews.com/retail-articles/klarna-enhances-ai-supported-shopping-tool/" TargetMode="External"/><Relationship Id="rId13" Type="http://schemas.openxmlformats.org/officeDocument/2006/relationships/hyperlink" Target="https://www.pymnts.com/artificial-intelligence-2/2024/klarnas-ai-assistant-now-offers-chat-based-shopping-experience/" TargetMode="External"/><Relationship Id="rId14" Type="http://schemas.openxmlformats.org/officeDocument/2006/relationships/hyperlink" Target="https://www.forbes.com/sites/quickerbettertech/2024/03/13/klarnas-new-ai-tool-does-the-work-of-700-customer-service-reps/" TargetMode="External"/><Relationship Id="rId15" Type="http://schemas.openxmlformats.org/officeDocument/2006/relationships/hyperlink" Target="https://www.cnet.com/tech/services-and-software/i-tried-klarnas-ai-shopping-assistant-it-helped-me-save-229/#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