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MAXHUB launches Microsoft Teams certified UC P30 Dual-Eye Tracking Camera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MAXHUB, a renowned producer of meeting room technologies, has recently received Microsoft Teams certification for its latest product, the UC P30 Dual-Eye Tracking Camera. This innovative camera seeks to enhance business communications by providing accurate and high-quality video solutions in medium-to-large meeting spaces.</w:t>
      </w:r>
      <w:r/>
    </w:p>
    <w:p>
      <w:r/>
      <w:r>
        <w:t>The UC P30 is designed to deliver precise 4K video streaming, enabling clear and high-definition visuals during meetings. With an 8.42-megapixel dual-eye camera configuration, the device boasts a panoramic camera for detecting room movements and a PTZ (pan, tilt, zoom) camera to ensure comprehensive coverage of meeting participants. This setup is further enhanced by a 12x optical zoom and a secondary camera with a 90-degree Field of View, ensuring detailed capture even when zooming in on specific attendees.</w:t>
      </w:r>
      <w:r/>
    </w:p>
    <w:p>
      <w:r/>
      <w:r>
        <w:t>Sam Malik, Vice President of Sales and Marketing for MAXHUB's North American operations, highlighted the device's features, noting, "The combination of the two cameras and the system’s AI capabilities creates an environment that makes meetings easier and more engaging for everyone involved." He also emphasized the camera's extensive connectivity options, including USB 2.0 and 3.0 ports, HDMI, RJ45, and RS232 connectivity, which allow the device to integrate smoothly into sophisticated meeting room setups.</w:t>
      </w:r>
      <w:r/>
    </w:p>
    <w:p>
      <w:r/>
      <w:r>
        <w:t>The UC P30 promises user-friendly operation with its Plug-and-Play capability. It supports Power-over-Ethernet (PoE) technology, allowing it to be powered via a simple Cat5e cable. Additionally, the camera includes an integrated mounting kit for versatile installation options, whether placed on a table, stand, or ceiling.</w:t>
      </w:r>
      <w:r/>
    </w:p>
    <w:p>
      <w:r/>
      <w:r>
        <w:t>The camera also incorporates AI-driven features aimed at enhancing the meeting experience. These include Auto Framing, which automatically adjusts the frame to include all participants; Speaker Tracking, which focuses on the active speaker; and Presenter Tracking, which keeps track of designated presenters as they move around. Such technology aims to provide a more life-like and engaging experience for remote participants, fostering a sense of presence regardless of physical location.</w:t>
      </w:r>
      <w:r/>
    </w:p>
    <w:p>
      <w:r/>
      <w:r>
        <w:t>With this sophisticated technology, the UC P30 Dual-Eye Tracking Camera is positioned to significantly improve virtual meeting dynamics, ensuring all involved have a high-quality, engaging experience. This new Microsoft Teams certification underscores the camera's credibility and readiness for professional use, likely to be welcomed by businesses seeking state-of-the-art video conferencing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https://www.svconline.com/the-wire/maxhub-uc-p30-4k-dual-eye-tracking-camera-is-now-microsoft-teams-certified</w:t>
        </w:r>
      </w:hyperlink>
      <w:r>
        <w:t xml:space="preserve"> - Corroborates the Microsoft Teams certification of the MAXHUB UC P30 Dual-Eye Tracking Camera and its features.</w:t>
      </w:r>
      <w:r/>
    </w:p>
    <w:p>
      <w:pPr>
        <w:pStyle w:val="ListNumber"/>
        <w:spacing w:line="240" w:lineRule="auto"/>
        <w:ind w:left="720"/>
      </w:pPr>
      <w:r/>
      <w:hyperlink r:id="rId10">
        <w:r>
          <w:rPr>
            <w:color w:val="0000EE"/>
            <w:u w:val="single"/>
          </w:rPr>
          <w:t>https://www.svconline.com/the-wire/maxhub-uc-p30-4k-dual-eye-tracking-camera-is-now-microsoft-teams-certified</w:t>
        </w:r>
      </w:hyperlink>
      <w:r>
        <w:t xml:space="preserve"> - Details the 4K video streaming capability and the dual-eye camera configuration of the UC P30.</w:t>
      </w:r>
      <w:r/>
    </w:p>
    <w:p>
      <w:pPr>
        <w:pStyle w:val="ListNumber"/>
        <w:spacing w:line="240" w:lineRule="auto"/>
        <w:ind w:left="720"/>
      </w:pPr>
      <w:r/>
      <w:hyperlink r:id="rId11">
        <w:r>
          <w:rPr>
            <w:color w:val="0000EE"/>
            <w:u w:val="single"/>
          </w:rPr>
          <w:t>https://www.maxhub.com/us/uc-p30/</w:t>
        </w:r>
      </w:hyperlink>
      <w:r>
        <w:t xml:space="preserve"> - Explains the panoramic and PTZ camera setup, along with the 12x optical zoom and 90-degree Field of View.</w:t>
      </w:r>
      <w:r/>
    </w:p>
    <w:p>
      <w:pPr>
        <w:pStyle w:val="ListNumber"/>
        <w:spacing w:line="240" w:lineRule="auto"/>
        <w:ind w:left="720"/>
      </w:pPr>
      <w:r/>
      <w:hyperlink r:id="rId10">
        <w:r>
          <w:rPr>
            <w:color w:val="0000EE"/>
            <w:u w:val="single"/>
          </w:rPr>
          <w:t>https://www.svconline.com/the-wire/maxhub-uc-p30-4k-dual-eye-tracking-camera-is-now-microsoft-teams-certified</w:t>
        </w:r>
      </w:hyperlink>
      <w:r>
        <w:t xml:space="preserve"> - Quotes Sam Malik on the device's features and AI capabilities, and mentions the extensive connectivity options.</w:t>
      </w:r>
      <w:r/>
    </w:p>
    <w:p>
      <w:pPr>
        <w:pStyle w:val="ListNumber"/>
        <w:spacing w:line="240" w:lineRule="auto"/>
        <w:ind w:left="720"/>
      </w:pPr>
      <w:r/>
      <w:hyperlink r:id="rId11">
        <w:r>
          <w:rPr>
            <w:color w:val="0000EE"/>
            <w:u w:val="single"/>
          </w:rPr>
          <w:t>https://www.maxhub.com/us/uc-p30/</w:t>
        </w:r>
      </w:hyperlink>
      <w:r>
        <w:t xml:space="preserve"> - Describes the Plug-and-Play capability and Power-over-Ethernet (PoE) technology of the UC P30.</w:t>
      </w:r>
      <w:r/>
    </w:p>
    <w:p>
      <w:pPr>
        <w:pStyle w:val="ListNumber"/>
        <w:spacing w:line="240" w:lineRule="auto"/>
        <w:ind w:left="720"/>
      </w:pPr>
      <w:r/>
      <w:hyperlink r:id="rId10">
        <w:r>
          <w:rPr>
            <w:color w:val="0000EE"/>
            <w:u w:val="single"/>
          </w:rPr>
          <w:t>https://www.svconline.com/the-wire/maxhub-uc-p30-4k-dual-eye-tracking-camera-is-now-microsoft-teams-certified</w:t>
        </w:r>
      </w:hyperlink>
      <w:r>
        <w:t xml:space="preserve"> - Details the integrated mounting kit and versatile installation options for the UC P30.</w:t>
      </w:r>
      <w:r/>
    </w:p>
    <w:p>
      <w:pPr>
        <w:pStyle w:val="ListNumber"/>
        <w:spacing w:line="240" w:lineRule="auto"/>
        <w:ind w:left="720"/>
      </w:pPr>
      <w:r/>
      <w:hyperlink r:id="rId11">
        <w:r>
          <w:rPr>
            <w:color w:val="0000EE"/>
            <w:u w:val="single"/>
          </w:rPr>
          <w:t>https://www.maxhub.com/us/uc-p30/</w:t>
        </w:r>
      </w:hyperlink>
      <w:r>
        <w:t xml:space="preserve"> - Explains the AI-driven features including Auto Framing, Speaker Tracking, and Presenter Tracking.</w:t>
      </w:r>
      <w:r/>
    </w:p>
    <w:p>
      <w:pPr>
        <w:pStyle w:val="ListNumber"/>
        <w:spacing w:line="240" w:lineRule="auto"/>
        <w:ind w:left="720"/>
      </w:pPr>
      <w:r/>
      <w:hyperlink r:id="rId10">
        <w:r>
          <w:rPr>
            <w:color w:val="0000EE"/>
            <w:u w:val="single"/>
          </w:rPr>
          <w:t>https://www.svconline.com/the-wire/maxhub-uc-p30-4k-dual-eye-tracking-camera-is-now-microsoft-teams-certified</w:t>
        </w:r>
      </w:hyperlink>
      <w:r>
        <w:t xml:space="preserve"> - Highlights how the AI features enhance the meeting experience and provide a more lifelike engagement for remote participants.</w:t>
      </w:r>
      <w:r/>
    </w:p>
    <w:p>
      <w:pPr>
        <w:pStyle w:val="ListNumber"/>
        <w:spacing w:line="240" w:lineRule="auto"/>
        <w:ind w:left="720"/>
      </w:pPr>
      <w:r/>
      <w:hyperlink r:id="rId12">
        <w:r>
          <w:rPr>
            <w:color w:val="0000EE"/>
            <w:u w:val="single"/>
          </w:rPr>
          <w:t>https://www.microsoft.com/en-my/teams-devices/product/maxhub-maxhub-p30/81499</w:t>
        </w:r>
      </w:hyperlink>
      <w:r>
        <w:t xml:space="preserve"> - Confirms the Microsoft Teams certification and the camera's readiness for professional use.</w:t>
      </w:r>
      <w:r/>
    </w:p>
    <w:p>
      <w:pPr>
        <w:pStyle w:val="ListNumber"/>
        <w:spacing w:line="240" w:lineRule="auto"/>
        <w:ind w:left="720"/>
      </w:pPr>
      <w:r/>
      <w:hyperlink r:id="rId11">
        <w:r>
          <w:rPr>
            <w:color w:val="0000EE"/>
            <w:u w:val="single"/>
          </w:rPr>
          <w:t>https://www.maxhub.com/us/uc-p30/</w:t>
        </w:r>
      </w:hyperlink>
      <w:r>
        <w:t xml:space="preserve"> - Provides detailed product specifications, including video outputs, optical zoom, and other mechanical specifications.</w:t>
      </w:r>
      <w:r/>
    </w:p>
    <w:p>
      <w:pPr>
        <w:pStyle w:val="ListNumber"/>
        <w:spacing w:line="240" w:lineRule="auto"/>
        <w:ind w:left="720"/>
      </w:pPr>
      <w:r/>
      <w:hyperlink r:id="rId13">
        <w:r>
          <w:rPr>
            <w:color w:val="0000EE"/>
            <w:u w:val="single"/>
          </w:rPr>
          <w:t>https://www.avnetwork.com/news/maxhubs-new-camera-is-microsoft-teams-certified-heres-what-to-know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vconline.com/the-wire/maxhub-uc-p30-4k-dual-eye-tracking-camera-is-now-microsoft-teams-certified" TargetMode="External"/><Relationship Id="rId11" Type="http://schemas.openxmlformats.org/officeDocument/2006/relationships/hyperlink" Target="https://www.maxhub.com/us/uc-p30/" TargetMode="External"/><Relationship Id="rId12" Type="http://schemas.openxmlformats.org/officeDocument/2006/relationships/hyperlink" Target="https://www.microsoft.com/en-my/teams-devices/product/maxhub-maxhub-p30/81499" TargetMode="External"/><Relationship Id="rId13" Type="http://schemas.openxmlformats.org/officeDocument/2006/relationships/hyperlink" Target="https://www.avnetwork.com/news/maxhubs-new-camera-is-microsoft-teams-certified-heres-what-to-k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