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MEET48 sponsors Bangkok World AI + WEB3 Expo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exciting development for technology enthusiasts, the AI UGC social metaverse platform MEET48 has been announced as a sponsor for the forthcoming "W2140 Bangkok World AI + WEB3 Expo." The event, organised in collaboration with the SNH48 Group and W2140 EXPO, is set to be held from November 12 to 14, 2024, at the Bangkok International Trade and Exhibition Centre in Thailand.</w:t>
      </w:r>
      <w:r/>
    </w:p>
    <w:p>
      <w:r/>
      <w:r>
        <w:t>The Expo promises to be a comprehensive showcase of pioneering projects across various sectors including the metaverse, AI technology, state-of-the-art blockchain technology, and the burgeoning WEB3 ecosystem. These fields represent some of the most cutting-edge areas of innovation currently captivating the global tech sphere.</w:t>
      </w:r>
      <w:r/>
    </w:p>
    <w:p>
      <w:r/>
      <w:r>
        <w:t>A key feature of the event will be a brand presentation by MEET48's Chief Operating Officer, Kai Xu, scheduled for November 12. Kai Xu is expected to unveil insights into the merger of idol entertainment with the cryptocurrency market. This presentation is slated to occur between 15:20 and 15:40 on the opening day of the Expo.</w:t>
      </w:r>
      <w:r/>
    </w:p>
    <w:p>
      <w:r/>
      <w:r>
        <w:t>In a move sure to excite fans, nine prominent members of the SNH48 Group—Wang Yi, Zhou Shiyu, Zheng Danni, Bai Xinyu, Zhu Yixin, Yang Bingyi, Liu Zengyan, Zhou Xiang, and Hu Xiaohui—are scheduled to perform on the main stage on the first day of the event shortly after the brand presentation. Their performance is expected to take place from 15:40 to 16:20. Further interaction with fans is planned, with a dedicated fan meeting to be held in Zone D Venue on November 13, running from 9:00 to 13:00.</w:t>
      </w:r>
      <w:r/>
    </w:p>
    <w:p>
      <w:r/>
      <w:r>
        <w:t>Beyond the Expo, MEET48 is launching the ‘MEET48 Best7’ event from November 15 to January 14. This initiative will engage participants in voter-driven contests, free NFT minting, and staking platforms, offering them the opportunity to earn points. These activities are designed to identify and promote outstanding songs and groups within MEET48, providing a springboard for both established idols and newcomers to the Web3 realm.</w:t>
      </w:r>
      <w:r/>
    </w:p>
    <w:p>
      <w:r/>
      <w:r>
        <w:t>As part of its expansion, MEET48 is also set to debut MEET48.ai this coming December. This new platform utilises the Paro multi-modal AI big data model, facilitating the creation of virtual music and dance content. Through the AIShowBox creation tool, users can easily generate and publish a variety of digital content, such as short videos, music videos, and live streams. By disseminating this content via MEET48.ai, users will have the opportunity to build their own virtual idol social networks, earning additional rewards and enjoying airdrop benefits.</w:t>
      </w:r>
      <w:r/>
    </w:p>
    <w:p>
      <w:r/>
      <w:r>
        <w:t>MEET48 is recognized as one of the foremost Web3 application project teams worldwide, supported by a substantial technical and research and development team comprising 500 members. The project has a robust regional operations network encompassing Singapore, Hong Kong, Taipei, Tokyo, Seoul, and Dubai. MEET48 is committed to fostering widespread Web3 adoption through its AI UGC content ecosystem, tailored to resonate with Gen Z entertainment trends in Animation, IDOL, Game, and Comics, all within an immersive graphical and intelligent metaverse social framework.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https://markets.businessinsider.com/news/currencies/meet48-sponsors-w2140-bangkok-ai-web3-expo-9-snh48-idols-to-perform-host-fan-meet-nov-12-13-1033959678</w:t>
        </w:r>
      </w:hyperlink>
      <w:r>
        <w:t xml:space="preserve"> - Corroborates MEET48's sponsorship of the W2140 Bangkok World AI + WEB3 Expo, the event dates, and the involvement of SNH48 Group and W2140 EXPO.</w:t>
      </w:r>
      <w:r/>
    </w:p>
    <w:p>
      <w:pPr>
        <w:pStyle w:val="ListNumber"/>
        <w:spacing w:line="240" w:lineRule="auto"/>
        <w:ind w:left="720"/>
      </w:pPr>
      <w:r/>
      <w:hyperlink r:id="rId11">
        <w:r>
          <w:rPr>
            <w:color w:val="0000EE"/>
            <w:u w:val="single"/>
          </w:rPr>
          <w:t>https://cryptoslate.com/press-releases/meet48-sponsors-w2140-bangkok-ai-web3-expo-9-snh48-idols-to-perform-host-fan-meet-nov-12-13/</w:t>
        </w:r>
      </w:hyperlink>
      <w:r>
        <w:t xml:space="preserve"> - Confirms the event details, including the venue, dates, and the showcase of projects in metaverse, AI, blockchain, and WEB3.</w:t>
      </w:r>
      <w:r/>
    </w:p>
    <w:p>
      <w:pPr>
        <w:pStyle w:val="ListNumber"/>
        <w:spacing w:line="240" w:lineRule="auto"/>
        <w:ind w:left="720"/>
      </w:pPr>
      <w:r/>
      <w:hyperlink r:id="rId12">
        <w:r>
          <w:rPr>
            <w:color w:val="0000EE"/>
            <w:u w:val="single"/>
          </w:rPr>
          <w:t>https://coinpaper.com/5952/meet-48-sponsors-w2140-bangkok-ai-web-3-expo-9-snh-48-idols-to-perform-and-host-fan-meet-nov-12-13</w:t>
        </w:r>
      </w:hyperlink>
      <w:r>
        <w:t xml:space="preserve"> - Supports the announcement of MEET48's sponsorship and the performance and fan meeting by SNH48 idols.</w:t>
      </w:r>
      <w:r/>
    </w:p>
    <w:p>
      <w:pPr>
        <w:pStyle w:val="ListNumber"/>
        <w:spacing w:line="240" w:lineRule="auto"/>
        <w:ind w:left="720"/>
      </w:pPr>
      <w:r/>
      <w:hyperlink r:id="rId10">
        <w:r>
          <w:rPr>
            <w:color w:val="0000EE"/>
            <w:u w:val="single"/>
          </w:rPr>
          <w:t>https://markets.businessinsider.com/news/currencies/meet48-sponsors-w2140-bangkok-ai-web3-expo-9-snh48-idols-to-perform-host-fan-meet-nov-12-13-1033959678</w:t>
        </w:r>
      </w:hyperlink>
      <w:r>
        <w:t xml:space="preserve"> - Details Kai Xu's brand presentation on the integration of idol entertainment and the crypto industry.</w:t>
      </w:r>
      <w:r/>
    </w:p>
    <w:p>
      <w:pPr>
        <w:pStyle w:val="ListNumber"/>
        <w:spacing w:line="240" w:lineRule="auto"/>
        <w:ind w:left="720"/>
      </w:pPr>
      <w:r/>
      <w:hyperlink r:id="rId11">
        <w:r>
          <w:rPr>
            <w:color w:val="0000EE"/>
            <w:u w:val="single"/>
          </w:rPr>
          <w:t>https://cryptoslate.com/press-releases/meet48-sponsors-w2140-bangkok-ai-web3-expo-9-snh48-idols-to-perform-host-fan-meet-nov-12-13/</w:t>
        </w:r>
      </w:hyperlink>
      <w:r>
        <w:t xml:space="preserve"> - Lists the nine SNH48 members scheduled to perform and their fan meeting details.</w:t>
      </w:r>
      <w:r/>
    </w:p>
    <w:p>
      <w:pPr>
        <w:pStyle w:val="ListNumber"/>
        <w:spacing w:line="240" w:lineRule="auto"/>
        <w:ind w:left="720"/>
      </w:pPr>
      <w:r/>
      <w:hyperlink r:id="rId12">
        <w:r>
          <w:rPr>
            <w:color w:val="0000EE"/>
            <w:u w:val="single"/>
          </w:rPr>
          <w:t>https://coinpaper.com/5952/meet-48-sponsors-w2140-bangkok-ai-web-3-expo-9-snh-48-idols-to-perform-and-host-fan-meet-nov-12-13</w:t>
        </w:r>
      </w:hyperlink>
      <w:r>
        <w:t xml:space="preserve"> - Confirms the fan meeting schedule and venue for the SNH48 idols.</w:t>
      </w:r>
      <w:r/>
    </w:p>
    <w:p>
      <w:pPr>
        <w:pStyle w:val="ListNumber"/>
        <w:spacing w:line="240" w:lineRule="auto"/>
        <w:ind w:left="720"/>
      </w:pPr>
      <w:r/>
      <w:hyperlink r:id="rId10">
        <w:r>
          <w:rPr>
            <w:color w:val="0000EE"/>
            <w:u w:val="single"/>
          </w:rPr>
          <w:t>https://markets.businessinsider.com/news/currencies/meet48-sponsors-w2140-bangkok-ai-web3-expo-9-snh48-idols-to-perform-host-fan-meet-nov-12-13-1033959678</w:t>
        </w:r>
      </w:hyperlink>
      <w:r>
        <w:t xml:space="preserve"> - Describes the ‘MEET48 Best7’ event, including voter-driven contests, free NFT minting, and staking.</w:t>
      </w:r>
      <w:r/>
    </w:p>
    <w:p>
      <w:pPr>
        <w:pStyle w:val="ListNumber"/>
        <w:spacing w:line="240" w:lineRule="auto"/>
        <w:ind w:left="720"/>
      </w:pPr>
      <w:r/>
      <w:hyperlink r:id="rId11">
        <w:r>
          <w:rPr>
            <w:color w:val="0000EE"/>
            <w:u w:val="single"/>
          </w:rPr>
          <w:t>https://cryptoslate.com/press-releases/meet48-sponsors-w2140-bangkok-ai-web3-expo-9-snh48-idols-to-perform-host-fan-meet-nov-12-13/</w:t>
        </w:r>
      </w:hyperlink>
      <w:r>
        <w:t xml:space="preserve"> - Details the launch of MEET48.ai and its features using the Paro multi-modal AI big data model.</w:t>
      </w:r>
      <w:r/>
    </w:p>
    <w:p>
      <w:pPr>
        <w:pStyle w:val="ListNumber"/>
        <w:spacing w:line="240" w:lineRule="auto"/>
        <w:ind w:left="720"/>
      </w:pPr>
      <w:r/>
      <w:hyperlink r:id="rId10">
        <w:r>
          <w:rPr>
            <w:color w:val="0000EE"/>
            <w:u w:val="single"/>
          </w:rPr>
          <w:t>https://markets.businessinsider.com/news/currencies/meet48-sponsors-w2140-bangkok-ai-web3-expo-9-snh48-idols-to-perform-host-fan-meet-nov-12-13-1033959678</w:t>
        </w:r>
      </w:hyperlink>
      <w:r>
        <w:t xml:space="preserve"> - Explains the AIShowBox creation tool and its role in creating virtual music and dance content.</w:t>
      </w:r>
      <w:r/>
    </w:p>
    <w:p>
      <w:pPr>
        <w:pStyle w:val="ListNumber"/>
        <w:spacing w:line="240" w:lineRule="auto"/>
        <w:ind w:left="720"/>
      </w:pPr>
      <w:r/>
      <w:hyperlink r:id="rId11">
        <w:r>
          <w:rPr>
            <w:color w:val="0000EE"/>
            <w:u w:val="single"/>
          </w:rPr>
          <w:t>https://cryptoslate.com/press-releases/meet48-sponsors-w2140-bangkok-ai-web3-expo-9-snh48-idols-to-perform-host-fan-meet-nov-12-13/</w:t>
        </w:r>
      </w:hyperlink>
      <w:r>
        <w:t xml:space="preserve"> - Provides information about MEET48's technical and R&amp;D team, regional operations network, and commitment to Web3 adoption.</w:t>
      </w:r>
      <w:r/>
    </w:p>
    <w:p>
      <w:pPr>
        <w:pStyle w:val="ListNumber"/>
        <w:spacing w:line="240" w:lineRule="auto"/>
        <w:ind w:left="720"/>
      </w:pPr>
      <w:r/>
      <w:hyperlink r:id="rId10">
        <w:r>
          <w:rPr>
            <w:color w:val="0000EE"/>
            <w:u w:val="single"/>
          </w:rPr>
          <w:t>https://markets.businessinsider.com/news/currencies/meet48-sponsors-w2140-bangkok-ai-web3-expo-9-snh48-idols-to-perform-host-fan-meet-nov-12-13-1033959678</w:t>
        </w:r>
      </w:hyperlink>
      <w:r>
        <w:t xml:space="preserve"> - Details MEET48's focus on Gen Z entertainment trends and its immersive graphical and intelligent metaverse social framework.</w:t>
      </w:r>
      <w:r/>
    </w:p>
    <w:p>
      <w:pPr>
        <w:pStyle w:val="ListNumber"/>
        <w:spacing w:line="240" w:lineRule="auto"/>
        <w:ind w:left="720"/>
      </w:pPr>
      <w:r/>
      <w:hyperlink r:id="rId13">
        <w:r>
          <w:rPr>
            <w:color w:val="0000EE"/>
            <w:u w:val="single"/>
          </w:rPr>
          <w:t>https://www.crypto-news.net/meet48-sponsors-w2140-bangkok-ai-web3-expo-9-snh48-idols-to-perform-host-fan-meet-nov-12-13/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s.businessinsider.com/news/currencies/meet48-sponsors-w2140-bangkok-ai-web3-expo-9-snh48-idols-to-perform-host-fan-meet-nov-12-13-1033959678" TargetMode="External"/><Relationship Id="rId11" Type="http://schemas.openxmlformats.org/officeDocument/2006/relationships/hyperlink" Target="https://cryptoslate.com/press-releases/meet48-sponsors-w2140-bangkok-ai-web3-expo-9-snh48-idols-to-perform-host-fan-meet-nov-12-13/" TargetMode="External"/><Relationship Id="rId12" Type="http://schemas.openxmlformats.org/officeDocument/2006/relationships/hyperlink" Target="https://coinpaper.com/5952/meet-48-sponsors-w2140-bangkok-ai-web-3-expo-9-snh-48-idols-to-perform-and-host-fan-meet-nov-12-13" TargetMode="External"/><Relationship Id="rId13" Type="http://schemas.openxmlformats.org/officeDocument/2006/relationships/hyperlink" Target="https://www.crypto-news.net/meet48-sponsors-w2140-bangkok-ai-web3-expo-9-snh48-idols-to-perform-host-fan-meet-nov-12-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