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implements AI technology to identify underage users on Instagram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Implements AI Technology to Identify Underage Users on Instagram</w:t>
      </w:r>
      <w:r/>
    </w:p>
    <w:p>
      <w:r/>
      <w:r>
        <w:t>Meta, the parent company of Instagram, is introducing an AI-based system designed to accurately predict the ages of its users, targeting those under 18. This step is part of the company’s efforts to ensure that teenagers are directed towards ‘teen accounts’ that offer enhanced safety features specifically tailored to this age group.</w:t>
      </w:r>
      <w:r/>
    </w:p>
    <w:p>
      <w:r/>
      <w:r>
        <w:t>The initiative follows the implementation of teen accounts on Instagram, launched in September, which aim to protect users aged between 13 and 17 by offering a controlled environment. These accounts automatically set stricter privacy settings, limiting communication from unknown users and filtering potentially harmful content. However, the effectiveness of these measures depends heavily on the honest disclosure of age by the users themselves.</w:t>
      </w:r>
      <w:r/>
    </w:p>
    <w:p>
      <w:r/>
      <w:r>
        <w:t>In response to the challenge of users misreporting their ages, Meta has developed an AI tool known as the ‘adult classifier’. Expected to be rolled out next year, this software is designed to analyse various user data points—such as profile interactions, content consumption, and social connections—to estimate a user's age. A seemingly innocuous detail, like the nature of birthday messages, might be employed by the AI to ascertain a user's true age bracket.</w:t>
      </w:r>
      <w:r/>
    </w:p>
    <w:p>
      <w:r/>
      <w:r>
        <w:t>Meta's decision to integrate this technology emerges against a backdrop of scrutiny and critique regarding the impact of social media on adolescent mental health. Back in 2021, a report by the Wall Street Journal brought to light internal findings that have long been available to Meta, which highlighted the adverse effects of Instagram on teenage users, particularly concerning mental health. The report cited insights, including from 2019, indicating Instagram exacerbated body image concerns for a significant portion of teenage girls.</w:t>
      </w:r>
      <w:r/>
    </w:p>
    <w:p>
      <w:r/>
      <w:r>
        <w:t>As it stands, there remains a considerable number of teenage users operating regular adult accounts due to the voluntary nature of age classification on the platform. By initiating automatic transitions to teen accounts for users whose reported ages align with their policies, and deploying AI for those who may misrepresent their age, Meta hopes to mitigate some of these challenges.</w:t>
      </w:r>
      <w:r/>
    </w:p>
    <w:p>
      <w:r/>
      <w:r>
        <w:t>Allison Hartnet, Meta’s director of product management for youth and social impact, underscores the importance of enforcing appropriate account settings to safeguard young users. Although the complete impact of this AI intervention remains to be seen, it marks another chapter in Meta's ongoing adjustments aimed at better accommodating the digital safety and well-being of its youngest users.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https://www.medianama.com/2024/11/223-instagram-to-use-ai-to-detect-underage-users/</w:t>
        </w:r>
      </w:hyperlink>
      <w:r>
        <w:t xml:space="preserve"> - Corroborates the introduction of the 'adult classifier' AI tool to detect underage users and the implementation of teen accounts with stricter privacy settings.</w:t>
      </w:r>
      <w:r/>
    </w:p>
    <w:p>
      <w:pPr>
        <w:pStyle w:val="ListNumber"/>
        <w:spacing w:line="240" w:lineRule="auto"/>
        <w:ind w:left="720"/>
      </w:pPr>
      <w:r/>
      <w:hyperlink r:id="rId11">
        <w:r>
          <w:rPr>
            <w:color w:val="0000EE"/>
            <w:u w:val="single"/>
          </w:rPr>
          <w:t>https://www.storyboard18.com/digital/instagram-to-use-ai-tools-to-identify-underage-users-age-misrepresentation-46781.htm</w:t>
        </w:r>
      </w:hyperlink>
      <w:r>
        <w:t xml:space="preserve"> - Details the 'adult classifier' AI tool's functionality and the various age-verification measures, including ID verification and social vouching.</w:t>
      </w:r>
      <w:r/>
    </w:p>
    <w:p>
      <w:pPr>
        <w:pStyle w:val="ListNumber"/>
        <w:spacing w:line="240" w:lineRule="auto"/>
        <w:ind w:left="720"/>
      </w:pPr>
      <w:r/>
      <w:hyperlink r:id="rId12">
        <w:r>
          <w:rPr>
            <w:color w:val="0000EE"/>
            <w:u w:val="single"/>
          </w:rPr>
          <w:t>https://www.newsbytesapp.com/news/science/meta-to-launch-ai-tool-for-age-verification-on-instagram/story</w:t>
        </w:r>
      </w:hyperlink>
      <w:r>
        <w:t xml:space="preserve"> - Explains how the 'adult classifier' works, analyzing user profiles, follower lists, and content interactions to estimate age, and the automatic transition to teen accounts.</w:t>
      </w:r>
      <w:r/>
    </w:p>
    <w:p>
      <w:pPr>
        <w:pStyle w:val="ListNumber"/>
        <w:spacing w:line="240" w:lineRule="auto"/>
        <w:ind w:left="720"/>
      </w:pPr>
      <w:r/>
      <w:hyperlink r:id="rId13">
        <w:r>
          <w:rPr>
            <w:color w:val="0000EE"/>
            <w:u w:val="single"/>
          </w:rPr>
          <w:t>https://www.wdio.com/good-morning-northland/tech-bytes-instagram-using-ai-to-detect-users-age/</w:t>
        </w:r>
      </w:hyperlink>
      <w:r>
        <w:t xml:space="preserve"> - Mentions the upcoming launch of the 'adult classifier' tool and its role in switching users under 18 to restricted accounts.</w:t>
      </w:r>
      <w:r/>
    </w:p>
    <w:p>
      <w:pPr>
        <w:pStyle w:val="ListNumber"/>
        <w:spacing w:line="240" w:lineRule="auto"/>
        <w:ind w:left="720"/>
      </w:pPr>
      <w:r/>
      <w:hyperlink r:id="rId14">
        <w:r>
          <w:rPr>
            <w:color w:val="0000EE"/>
            <w:u w:val="single"/>
          </w:rPr>
          <w:t>https://www.indiatoday.in/technology/news/story/instagram-will-now-take-help-of-ai-to-check-if-kids-are-lying-about-their-age-on-app-2628464-2024-11-05</w:t>
        </w:r>
      </w:hyperlink>
      <w:r>
        <w:t xml:space="preserve"> - Describes the AI tool's use in detecting age misrepresentation and the subsequent transition to teen accounts with stricter privacy settings.</w:t>
      </w:r>
      <w:r/>
    </w:p>
    <w:p>
      <w:pPr>
        <w:pStyle w:val="ListNumber"/>
        <w:spacing w:line="240" w:lineRule="auto"/>
        <w:ind w:left="720"/>
      </w:pPr>
      <w:r/>
      <w:hyperlink r:id="rId10">
        <w:r>
          <w:rPr>
            <w:color w:val="0000EE"/>
            <w:u w:val="single"/>
          </w:rPr>
          <w:t>https://www.medianama.com/2024/11/223-instagram-to-use-ai-to-detect-underage-users/</w:t>
        </w:r>
      </w:hyperlink>
      <w:r>
        <w:t xml:space="preserve"> - Provides context on the regulatory and media pressure on Meta regarding the impact of its platforms on teen users and the introduction of teen accounts.</w:t>
      </w:r>
      <w:r/>
    </w:p>
    <w:p>
      <w:pPr>
        <w:pStyle w:val="ListNumber"/>
        <w:spacing w:line="240" w:lineRule="auto"/>
        <w:ind w:left="720"/>
      </w:pPr>
      <w:r/>
      <w:hyperlink r:id="rId11">
        <w:r>
          <w:rPr>
            <w:color w:val="0000EE"/>
            <w:u w:val="single"/>
          </w:rPr>
          <w:t>https://www.storyboard18.com/digital/instagram-to-use-ai-tools-to-identify-underage-users-age-misrepresentation-46781.htm</w:t>
        </w:r>
      </w:hyperlink>
      <w:r>
        <w:t xml:space="preserve"> - Highlights the legal challenges faced by Meta, including lawsuits from US states and allegations of non-compliance with COPPA.</w:t>
      </w:r>
      <w:r/>
    </w:p>
    <w:p>
      <w:pPr>
        <w:pStyle w:val="ListNumber"/>
        <w:spacing w:line="240" w:lineRule="auto"/>
        <w:ind w:left="720"/>
      </w:pPr>
      <w:r/>
      <w:hyperlink r:id="rId12">
        <w:r>
          <w:rPr>
            <w:color w:val="0000EE"/>
            <w:u w:val="single"/>
          </w:rPr>
          <w:t>https://www.newsbytesapp.com/news/science/meta-to-launch-ai-tool-for-age-verification-on-instagram/story</w:t>
        </w:r>
      </w:hyperlink>
      <w:r>
        <w:t xml:space="preserve"> - Discusses the broader context of Meta's efforts to protect young users, including the collaboration with Yoti for video selfie age verification.</w:t>
      </w:r>
      <w:r/>
    </w:p>
    <w:p>
      <w:pPr>
        <w:pStyle w:val="ListNumber"/>
        <w:spacing w:line="240" w:lineRule="auto"/>
        <w:ind w:left="720"/>
      </w:pPr>
      <w:r/>
      <w:hyperlink r:id="rId14">
        <w:r>
          <w:rPr>
            <w:color w:val="0000EE"/>
            <w:u w:val="single"/>
          </w:rPr>
          <w:t>https://www.indiatoday.in/technology/news/story/instagram-will-now-take-help-of-ai-to-check-if-kids-are-lying-about-their-age-on-app-2628464-2024-11-05</w:t>
        </w:r>
      </w:hyperlink>
      <w:r>
        <w:t xml:space="preserve"> - Mentions the historical context of Instagram's impact on teenage mental health, including the 2021 Wall Street Journal report.</w:t>
      </w:r>
      <w:r/>
    </w:p>
    <w:p>
      <w:pPr>
        <w:pStyle w:val="ListNumber"/>
        <w:spacing w:line="240" w:lineRule="auto"/>
        <w:ind w:left="720"/>
      </w:pPr>
      <w:r/>
      <w:hyperlink r:id="rId10">
        <w:r>
          <w:rPr>
            <w:color w:val="0000EE"/>
            <w:u w:val="single"/>
          </w:rPr>
          <w:t>https://www.medianama.com/2024/11/223-instagram-to-use-ai-to-detect-underage-users/</w:t>
        </w:r>
      </w:hyperlink>
      <w:r>
        <w:t xml:space="preserve"> - Details the additional age-verification measures such as ID verification and social vouching to ensure compliance with age restrictions.</w:t>
      </w:r>
      <w:r/>
    </w:p>
    <w:p>
      <w:pPr>
        <w:pStyle w:val="ListNumber"/>
        <w:spacing w:line="240" w:lineRule="auto"/>
        <w:ind w:left="720"/>
      </w:pPr>
      <w:r/>
      <w:hyperlink r:id="rId12">
        <w:r>
          <w:rPr>
            <w:color w:val="0000EE"/>
            <w:u w:val="single"/>
          </w:rPr>
          <w:t>https://www.newsbytesapp.com/news/science/meta-to-launch-ai-tool-for-age-verification-on-instagram/story</w:t>
        </w:r>
      </w:hyperlink>
      <w:r>
        <w:t xml:space="preserve"> - Quotes Allison Hartnet on the importance of enforcing appropriate account settings to safeguard young users.</w:t>
      </w:r>
      <w:r/>
    </w:p>
    <w:p>
      <w:pPr>
        <w:pStyle w:val="ListNumber"/>
        <w:spacing w:line="240" w:lineRule="auto"/>
        <w:ind w:left="720"/>
      </w:pPr>
      <w:r/>
      <w:hyperlink r:id="rId15">
        <w:r>
          <w:rPr>
            <w:color w:val="0000EE"/>
            <w:u w:val="single"/>
          </w:rPr>
          <w:t>https://www.techradar.com/computing/artificial-intelligence/instagram-to-use-ai-to-catch-teens-lying-about-their-age-and-automatically-move-them-to-restricted-accounts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edianama.com/2024/11/223-instagram-to-use-ai-to-detect-underage-users/" TargetMode="External"/><Relationship Id="rId11" Type="http://schemas.openxmlformats.org/officeDocument/2006/relationships/hyperlink" Target="https://www.storyboard18.com/digital/instagram-to-use-ai-tools-to-identify-underage-users-age-misrepresentation-46781.htm" TargetMode="External"/><Relationship Id="rId12" Type="http://schemas.openxmlformats.org/officeDocument/2006/relationships/hyperlink" Target="https://www.newsbytesapp.com/news/science/meta-to-launch-ai-tool-for-age-verification-on-instagram/story" TargetMode="External"/><Relationship Id="rId13" Type="http://schemas.openxmlformats.org/officeDocument/2006/relationships/hyperlink" Target="https://www.wdio.com/good-morning-northland/tech-bytes-instagram-using-ai-to-detect-users-age/" TargetMode="External"/><Relationship Id="rId14" Type="http://schemas.openxmlformats.org/officeDocument/2006/relationships/hyperlink" Target="https://www.indiatoday.in/technology/news/story/instagram-will-now-take-help-of-ai-to-check-if-kids-are-lying-about-their-age-on-app-2628464-2024-11-05" TargetMode="External"/><Relationship Id="rId15" Type="http://schemas.openxmlformats.org/officeDocument/2006/relationships/hyperlink" Target="https://www.techradar.com/computing/artificial-intelligence/instagram-to-use-ai-to-catch-teens-lying-about-their-age-and-automatically-move-them-to-restricted-accou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