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integrates AI-powered text editing into Notepad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Integrates AI-Powered Text Editing into Notepad</w:t>
      </w:r>
      <w:r/>
    </w:p>
    <w:p>
      <w:r/>
      <w:r>
        <w:t>In an innovative leap for one of its most enduring applications, Microsoft is introducing AI-powered text editing capabilities to Notepad, the basic text editor that has been a staple of Windows systems since 1983. This new feature, known as "Rewrite," is currently being rolled out in preview for Windows Insiders, providing users with a suite of text modification options.</w:t>
      </w:r>
      <w:r/>
    </w:p>
    <w:p>
      <w:r/>
      <w:r>
        <w:t xml:space="preserve">The Rewrite functionality allows users to easily rephrase sentences, adjust the tone of their text, and modify content length directly within Notepad. For individuals participating in the Windows Insider programme who have access to this early preview, the process is straightforward: by highlighting a section of text within Notepad, right-clicking, and selecting the Rewrite option, users can instantly access a dialogue box. This interface will facilitate changes such as altering a sentence to make it longer or more concise. The tool then offers three rewritten variations for users to choose from. </w:t>
      </w:r>
      <w:r/>
    </w:p>
    <w:p>
      <w:r/>
      <w:r>
        <w:t>However, to take advantage of the Rewrite feature, users must be signed into their Microsoft account. This requirement is due to the integration of a cloud-based AI service that necessitates authentication and authorisation. The feature is initially available on Windows 11 and is being tested in several countries, including the United States, France, the UK, Canada, Italy, and Germany. This rollout comes on the heels of a recent upgrade to Notepad in July, which saw the introduction of spell check and autocorrect functionalities.</w:t>
      </w:r>
      <w:r/>
    </w:p>
    <w:p>
      <w:r/>
      <w:r>
        <w:t>In addition to the enhancements in Notepad, Microsoft is also expanding AI capabilities to another classic application — Paint. The newly introduced AI image editing tools, which were previewed last month, are now available to Insiders. These tools include Generative Fill, which can insert an image based on a user prompt, and Generative Erase, which can remove parts of an image while seamlessly blending the resulting empty space.</w:t>
      </w:r>
      <w:r/>
    </w:p>
    <w:p>
      <w:r/>
      <w:r>
        <w:t>These updates represent Microsoft's ongoing commitment to enriching their legacy applications with modern functionalities powered by artificial intelligence, thereby maintaining their relevance and utility in an increasingly digital world. These developments not only modernise functionally simple programmes like Notepad and Paint but also showcase Microsoft's strategic adoption of AI to enhance user experience across their software ecosystem. As these features undergo testing and refinement, users globally anticipate their eventual full-scale release.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https://www.newsbytesapp.com/news/science/microsoft-notepad-text-editor-gets-ai-powered-feature-rewrite/story</w:t>
        </w:r>
      </w:hyperlink>
      <w:r>
        <w:t xml:space="preserve"> - Corroborates the introduction of the AI-powered 'Rewrite' feature in Notepad, allowing users to rephrase sentences, adjust tone, and modify content length.</w:t>
      </w:r>
      <w:r/>
    </w:p>
    <w:p>
      <w:pPr>
        <w:pStyle w:val="ListNumber"/>
        <w:spacing w:line="240" w:lineRule="auto"/>
        <w:ind w:left="720"/>
      </w:pPr>
      <w:r/>
      <w:hyperlink r:id="rId11">
        <w:r>
          <w:rPr>
            <w:color w:val="0000EE"/>
            <w:u w:val="single"/>
          </w:rPr>
          <w:t>https://cionews.co.in/microsoft-starts-testing-ai-powered-notepad/</w:t>
        </w:r>
      </w:hyperlink>
      <w:r>
        <w:t xml:space="preserve"> - Confirms the availability of the Rewrite feature in preview for Windows 11 Insiders and the requirement for a Microsoft account sign-in.</w:t>
      </w:r>
      <w:r/>
    </w:p>
    <w:p>
      <w:pPr>
        <w:pStyle w:val="ListNumber"/>
        <w:spacing w:line="240" w:lineRule="auto"/>
        <w:ind w:left="720"/>
      </w:pPr>
      <w:r/>
      <w:hyperlink r:id="rId12">
        <w:r>
          <w:rPr>
            <w:color w:val="0000EE"/>
            <w:u w:val="single"/>
          </w:rPr>
          <w:t>https://www.business-standard.com/technology/tech-news/microsoft-adds-ai-powered-rewrite-tool-in-notepad-for-windows-how-to-use-124110700943_1.html</w:t>
        </w:r>
      </w:hyperlink>
      <w:r>
        <w:t xml:space="preserve"> - Details the process of using the Rewrite feature, including highlighting text, right-clicking, and selecting the Rewrite option, as well as the availability in select regions.</w:t>
      </w:r>
      <w:r/>
    </w:p>
    <w:p>
      <w:pPr>
        <w:pStyle w:val="ListNumber"/>
        <w:spacing w:line="240" w:lineRule="auto"/>
        <w:ind w:left="720"/>
      </w:pPr>
      <w:r/>
      <w:hyperlink r:id="rId13">
        <w:r>
          <w:rPr>
            <w:color w:val="0000EE"/>
            <w:u w:val="single"/>
          </w:rPr>
          <w:t>https://www.bleepingcomputer.com/news/microsoft/microsoft-notepad-to-get-ai-powered-rewriting-tool-on-windows-11/</w:t>
        </w:r>
      </w:hyperlink>
      <w:r>
        <w:t xml:space="preserve"> - Explains the integration of AI-powered text editing in Notepad, the need for a Microsoft account, and the feature's availability in several countries.</w:t>
      </w:r>
      <w:r/>
    </w:p>
    <w:p>
      <w:pPr>
        <w:pStyle w:val="ListNumber"/>
        <w:spacing w:line="240" w:lineRule="auto"/>
        <w:ind w:left="720"/>
      </w:pPr>
      <w:r/>
      <w:hyperlink r:id="rId10">
        <w:r>
          <w:rPr>
            <w:color w:val="0000EE"/>
            <w:u w:val="single"/>
          </w:rPr>
          <w:t>https://www.newsbytesapp.com/news/science/microsoft-notepad-text-editor-gets-ai-powered-feature-rewrite/story</w:t>
        </w:r>
      </w:hyperlink>
      <w:r>
        <w:t xml:space="preserve"> - Mentions the recent upgrade to Notepad in July that introduced spell check and autocorrect functionalities.</w:t>
      </w:r>
      <w:r/>
    </w:p>
    <w:p>
      <w:pPr>
        <w:pStyle w:val="ListNumber"/>
        <w:spacing w:line="240" w:lineRule="auto"/>
        <w:ind w:left="720"/>
      </w:pPr>
      <w:r/>
      <w:hyperlink r:id="rId11">
        <w:r>
          <w:rPr>
            <w:color w:val="0000EE"/>
            <w:u w:val="single"/>
          </w:rPr>
          <w:t>https://cionews.co.in/microsoft-starts-testing-ai-powered-notepad/</w:t>
        </w:r>
      </w:hyperlink>
      <w:r>
        <w:t xml:space="preserve"> - Describes the new AI image editing tools in Paint, including Generative Fill and Generative Erase.</w:t>
      </w:r>
      <w:r/>
    </w:p>
    <w:p>
      <w:pPr>
        <w:pStyle w:val="ListNumber"/>
        <w:spacing w:line="240" w:lineRule="auto"/>
        <w:ind w:left="720"/>
      </w:pPr>
      <w:r/>
      <w:hyperlink r:id="rId12">
        <w:r>
          <w:rPr>
            <w:color w:val="0000EE"/>
            <w:u w:val="single"/>
          </w:rPr>
          <w:t>https://www.business-standard.com/technology/tech-news/microsoft-adds-ai-powered-rewrite-tool-in-notepad-for-windows-how-to-use-124110700943_1.html</w:t>
        </w:r>
      </w:hyperlink>
      <w:r>
        <w:t xml:space="preserve"> - Provides details on the Generative Fill and Generative Erase tools in Paint and their functionality.</w:t>
      </w:r>
      <w:r/>
    </w:p>
    <w:p>
      <w:pPr>
        <w:pStyle w:val="ListNumber"/>
        <w:spacing w:line="240" w:lineRule="auto"/>
        <w:ind w:left="720"/>
      </w:pPr>
      <w:r/>
      <w:hyperlink r:id="rId13">
        <w:r>
          <w:rPr>
            <w:color w:val="0000EE"/>
            <w:u w:val="single"/>
          </w:rPr>
          <w:t>https://www.bleepingcomputer.com/news/microsoft/microsoft-notepad-to-get-ai-powered-rewriting-tool-on-windows-11/</w:t>
        </w:r>
      </w:hyperlink>
      <w:r>
        <w:t xml:space="preserve"> - Explains the background remover tool in Windows 11 Insider builds and its purpose.</w:t>
      </w:r>
      <w:r/>
    </w:p>
    <w:p>
      <w:pPr>
        <w:pStyle w:val="ListNumber"/>
        <w:spacing w:line="240" w:lineRule="auto"/>
        <w:ind w:left="720"/>
      </w:pPr>
      <w:r/>
      <w:hyperlink r:id="rId11">
        <w:r>
          <w:rPr>
            <w:color w:val="0000EE"/>
            <w:u w:val="single"/>
          </w:rPr>
          <w:t>https://cionews.co.in/microsoft-starts-testing-ai-powered-notepad/</w:t>
        </w:r>
      </w:hyperlink>
      <w:r>
        <w:t xml:space="preserve"> - Highlights Microsoft's ongoing commitment to enriching legacy applications with modern AI-powered functionalities.</w:t>
      </w:r>
      <w:r/>
    </w:p>
    <w:p>
      <w:pPr>
        <w:pStyle w:val="ListNumber"/>
        <w:spacing w:line="240" w:lineRule="auto"/>
        <w:ind w:left="720"/>
      </w:pPr>
      <w:r/>
      <w:hyperlink r:id="rId12">
        <w:r>
          <w:rPr>
            <w:color w:val="0000EE"/>
            <w:u w:val="single"/>
          </w:rPr>
          <w:t>https://www.business-standard.com/technology/tech-news/microsoft-adds-ai-powered-rewrite-tool-in-notepad-for-windows-how-to-use-124110700943_1.html</w:t>
        </w:r>
      </w:hyperlink>
      <w:r>
        <w:t xml:space="preserve"> - Mentions the broader push to include AI-powered features in Paint and Notepad to maintain their relevance.</w:t>
      </w:r>
      <w:r/>
    </w:p>
    <w:p>
      <w:pPr>
        <w:pStyle w:val="ListNumber"/>
        <w:spacing w:line="240" w:lineRule="auto"/>
        <w:ind w:left="720"/>
      </w:pPr>
      <w:r/>
      <w:hyperlink r:id="rId13">
        <w:r>
          <w:rPr>
            <w:color w:val="0000EE"/>
            <w:u w:val="single"/>
          </w:rPr>
          <w:t>https://www.bleepingcomputer.com/news/microsoft/microsoft-notepad-to-get-ai-powered-rewriting-tool-on-windows-11/</w:t>
        </w:r>
      </w:hyperlink>
      <w:r>
        <w:t xml:space="preserve"> - Details the testing and refinement process of these AI features for eventual full-scale release.</w:t>
      </w:r>
      <w:r/>
    </w:p>
    <w:p>
      <w:pPr>
        <w:pStyle w:val="ListNumber"/>
        <w:spacing w:line="240" w:lineRule="auto"/>
        <w:ind w:left="720"/>
      </w:pPr>
      <w:r/>
      <w:hyperlink r:id="rId14">
        <w:r>
          <w:rPr>
            <w:color w:val="0000EE"/>
            <w:u w:val="single"/>
          </w:rPr>
          <w:t>https://www.theverge.com/2024/11/6/24289707/microsoft-notepad-ai-text-editing-rewrite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ytesapp.com/news/science/microsoft-notepad-text-editor-gets-ai-powered-feature-rewrite/story" TargetMode="External"/><Relationship Id="rId11" Type="http://schemas.openxmlformats.org/officeDocument/2006/relationships/hyperlink" Target="https://cionews.co.in/microsoft-starts-testing-ai-powered-notepad/" TargetMode="External"/><Relationship Id="rId12" Type="http://schemas.openxmlformats.org/officeDocument/2006/relationships/hyperlink" Target="https://www.business-standard.com/technology/tech-news/microsoft-adds-ai-powered-rewrite-tool-in-notepad-for-windows-how-to-use-124110700943_1.html" TargetMode="External"/><Relationship Id="rId13" Type="http://schemas.openxmlformats.org/officeDocument/2006/relationships/hyperlink" Target="https://www.bleepingcomputer.com/news/microsoft/microsoft-notepad-to-get-ai-powered-rewriting-tool-on-windows-11/" TargetMode="External"/><Relationship Id="rId14" Type="http://schemas.openxmlformats.org/officeDocument/2006/relationships/hyperlink" Target="https://www.theverge.com/2024/11/6/24289707/microsoft-notepad-ai-text-editing-rewr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