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offers new method to use ChatGPT on Windows without subscription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In an innovative step forward for Microsoft and artificial intelligence enthusiasts, a new workaround has surfaced to utilise OpenAI's ChatGPT on Windows without subscribing to a premium plan. This development comes on the heels of OpenAI's recent launch of a dedicated Windows app for their popular ChatGPT service, which initially only catered to paid users. </w:t>
      </w:r>
      <w:r/>
    </w:p>
    <w:p>
      <w:r/>
      <w:r>
        <w:t>ChatGPT, the AI chatbot developed by OpenAI, has become increasingly popular thanks to its expansive capabilities in generating human-like text based on user prompts. Since its inception, it has largely been run in browser tabs on personal computers. The introduction of a Windows app marked a significant leap, but with the limitation of gating the software behind a paywall for premium users, many were unable to take advantage of it immediately.</w:t>
      </w:r>
      <w:r/>
    </w:p>
    <w:p>
      <w:r/>
      <w:r>
        <w:t>However, there is a new method for keen users who wish to bypass the premium restrictions, involving the use of the Windows Terminal Canary. This is a nightly version of the Windows Terminal, a tool provided by Microsoft that offers a modern alternative to the traditional Command Prompt. Unlike PowerShell, which caters to more advanced users, Windows Terminal offers a balanced mix of power and accessibility, making it appealing for a wider audience.</w:t>
      </w:r>
      <w:r/>
    </w:p>
    <w:p>
      <w:r/>
      <w:r>
        <w:t xml:space="preserve">The Windows Terminal is typically available for free through the Microsoft Store, but users seeking the Canary build must visit the project’s official page on GitHub. The nightly build delivers new features ahead of the regular releases, including support for both ChatGPT and GitHub Copilot. </w:t>
      </w:r>
      <w:r/>
    </w:p>
    <w:p>
      <w:r/>
      <w:r>
        <w:t>To access this functionality, users need to download the Windows Terminal Canary by navigating to the "Installing Windows Terminal Canary" section and selecting the appropriate download. There are two versions: an App Installer version that updates automatically and supports only Windows 11, and a Portable ZIP version that, while not updating automatically, is compatible with both Windows 10 and later versions.</w:t>
      </w:r>
      <w:r/>
    </w:p>
    <w:p>
      <w:r/>
      <w:r>
        <w:t xml:space="preserve">Once installed, users must enable the "Terminal Chat" feature through the menu. Furthermore, an API key from OpenAI, GitHub, or Azure is necessary to fully unlock ChatGPT's capabilities within the Terminal environment. </w:t>
      </w:r>
      <w:r/>
    </w:p>
    <w:p>
      <w:r/>
      <w:r>
        <w:t>Utilising ChatGPT through Windows Terminal Canary allows users to get comprehensive answers to a variety of queries, such as commands in PowerShell, or obtaining sample code for project use. This effectively turns the command line tool into a highly interactive and instructive assistant, enhancing productivity and learning opportunities for developers and enthusiasts.</w:t>
      </w:r>
      <w:r/>
    </w:p>
    <w:p>
      <w:r/>
      <w:r>
        <w:t>This development provides a glimpse into the possibilities of integrating AI more seamlessly into everyday computing activities, further bridging the gap between complex programming tasks and user-friendly interfaces. As AI continues to evolve, such innovations are likely to become increasingly prevalent, offering a myriad of solutions for both casual users and industry professionals.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https://www.geeksforgeeks.org/microsoft-is-giving-you-chatgpt-plus-for-free/</w:t>
        </w:r>
      </w:hyperlink>
      <w:r>
        <w:t xml:space="preserve"> - This article explains how Microsoft is offering ChatGPT Plus for free, which is relevant to accessing advanced AI features without a premium subscription.</w:t>
      </w:r>
      <w:r/>
    </w:p>
    <w:p>
      <w:pPr>
        <w:pStyle w:val="ListNumber"/>
        <w:spacing w:line="240" w:lineRule="auto"/>
        <w:ind w:left="720"/>
      </w:pPr>
      <w:r/>
      <w:hyperlink r:id="rId11">
        <w:r>
          <w:rPr>
            <w:color w:val="0000EE"/>
            <w:u w:val="single"/>
          </w:rPr>
          <w:t>https://www.geeksforgeeks.org/how-to-use-chatgpt-4-for-free/</w:t>
        </w:r>
      </w:hyperlink>
      <w:r>
        <w:t xml:space="preserve"> - This article provides methods to use ChatGPT 4 for free, including through Microsoft Edge and Bing Chat integration, which aligns with finding workarounds to premium plans.</w:t>
      </w:r>
      <w:r/>
    </w:p>
    <w:p>
      <w:pPr>
        <w:pStyle w:val="ListNumber"/>
        <w:spacing w:line="240" w:lineRule="auto"/>
        <w:ind w:left="720"/>
      </w:pPr>
      <w:r/>
      <w:hyperlink r:id="rId12">
        <w:r>
          <w:rPr>
            <w:color w:val="0000EE"/>
            <w:u w:val="single"/>
          </w:rPr>
          <w:t>https://www.youtube.com/watch?v=T4CutxTr_Wo</w:t>
        </w:r>
      </w:hyperlink>
      <w:r>
        <w:t xml:space="preserve"> - This video discusses how to use OpenAI Playground as an alternative to ChatGPT Plus, highlighting features and cost-effective options.</w:t>
      </w:r>
      <w:r/>
    </w:p>
    <w:p>
      <w:pPr>
        <w:pStyle w:val="ListNumber"/>
        <w:spacing w:line="240" w:lineRule="auto"/>
        <w:ind w:left="720"/>
      </w:pPr>
      <w:r/>
      <w:hyperlink r:id="rId13">
        <w:r>
          <w:rPr>
            <w:color w:val="0000EE"/>
            <w:u w:val="single"/>
          </w:rPr>
          <w:t>https://www.reddit.com/r/ChatGPTPro/comments/1bwmb3d/psa_for_the_chatgpt_plus_subscriber_who_may_not/</w:t>
        </w:r>
      </w:hyperlink>
      <w:r>
        <w:t xml:space="preserve"> - This thread discusses using API access and other AI engines as alternatives to the ChatGPT Plus subscription, which is relevant to bypassing premium restrictions.</w:t>
      </w:r>
      <w:r/>
    </w:p>
    <w:p>
      <w:pPr>
        <w:pStyle w:val="ListNumber"/>
        <w:spacing w:line="240" w:lineRule="auto"/>
        <w:ind w:left="720"/>
      </w:pPr>
      <w:r/>
      <w:hyperlink r:id="rId14">
        <w:r>
          <w:rPr>
            <w:color w:val="0000EE"/>
            <w:u w:val="single"/>
          </w:rPr>
          <w:t>https://www.youtube.com/watch?v=XIIrxOQI01g</w:t>
        </w:r>
      </w:hyperlink>
      <w:r>
        <w:t xml:space="preserve"> - This video talks about the free plan of ChatGPT offering access to GPT-4o and other tools, which is pertinent to using ChatGPT without a premium plan.</w:t>
      </w:r>
      <w:r/>
    </w:p>
    <w:p>
      <w:pPr>
        <w:pStyle w:val="ListNumber"/>
        <w:spacing w:line="240" w:lineRule="auto"/>
        <w:ind w:left="720"/>
      </w:pPr>
      <w:r/>
      <w:hyperlink r:id="rId15">
        <w:r>
          <w:rPr>
            <w:color w:val="0000EE"/>
            <w:u w:val="single"/>
          </w:rPr>
          <w:t>https://github.com/microsoft/terminal</w:t>
        </w:r>
      </w:hyperlink>
      <w:r>
        <w:t xml:space="preserve"> - This is the official GitHub page for Windows Terminal, where users can find the Canary build and installation instructions.</w:t>
      </w:r>
      <w:r/>
    </w:p>
    <w:p>
      <w:pPr>
        <w:pStyle w:val="ListNumber"/>
        <w:spacing w:line="240" w:lineRule="auto"/>
        <w:ind w:left="720"/>
      </w:pPr>
      <w:r/>
      <w:hyperlink r:id="rId16">
        <w:r>
          <w:rPr>
            <w:color w:val="0000EE"/>
            <w:u w:val="single"/>
          </w:rPr>
          <w:t>https://docs.microsoft.com/en-us/windows/terminal/installation</w:t>
        </w:r>
      </w:hyperlink>
      <w:r>
        <w:t xml:space="preserve"> - This Microsoft documentation provides detailed instructions on installing Windows Terminal, including the Canary build.</w:t>
      </w:r>
      <w:r/>
    </w:p>
    <w:p>
      <w:pPr>
        <w:pStyle w:val="ListNumber"/>
        <w:spacing w:line="240" w:lineRule="auto"/>
        <w:ind w:left="720"/>
      </w:pPr>
      <w:r/>
      <w:hyperlink r:id="rId17">
        <w:r>
          <w:rPr>
            <w:color w:val="0000EE"/>
            <w:u w:val="single"/>
          </w:rPr>
          <w:t>https://openai.com/api/</w:t>
        </w:r>
      </w:hyperlink>
      <w:r>
        <w:t xml:space="preserve"> - This link explains how to obtain an API key from OpenAI, necessary for unlocking ChatGPT's capabilities in the Terminal environment.</w:t>
      </w:r>
      <w:r/>
    </w:p>
    <w:p>
      <w:pPr>
        <w:pStyle w:val="ListNumber"/>
        <w:spacing w:line="240" w:lineRule="auto"/>
        <w:ind w:left="720"/>
      </w:pPr>
      <w:r/>
      <w:hyperlink r:id="rId18">
        <w:r>
          <w:rPr>
            <w:color w:val="0000EE"/>
            <w:u w:val="single"/>
          </w:rPr>
          <w:t>https://github.com/github/copilot-docs</w:t>
        </w:r>
      </w:hyperlink>
      <w:r>
        <w:t xml:space="preserve"> - This GitHub page provides information on GitHub Copilot, which can be integrated with Windows Terminal Canary for enhanced functionality.</w:t>
      </w:r>
      <w:r/>
    </w:p>
    <w:p>
      <w:pPr>
        <w:pStyle w:val="ListNumber"/>
        <w:spacing w:line="240" w:lineRule="auto"/>
        <w:ind w:left="720"/>
      </w:pPr>
      <w:r/>
      <w:hyperlink r:id="rId19">
        <w:r>
          <w:rPr>
            <w:color w:val="0000EE"/>
            <w:u w:val="single"/>
          </w:rPr>
          <w:t>https://azure.microsoft.com/en-us/services/cognitive-services/</w:t>
        </w:r>
      </w:hyperlink>
      <w:r>
        <w:t xml:space="preserve"> - This Azure page details the cognitive services, including how to obtain an API key from Azure to use with ChatGPT in the Terminal.</w:t>
      </w:r>
      <w:r/>
    </w:p>
    <w:p>
      <w:pPr>
        <w:pStyle w:val="ListNumber"/>
        <w:spacing w:line="240" w:lineRule="auto"/>
        <w:ind w:left="720"/>
      </w:pPr>
      <w:r/>
      <w:hyperlink r:id="rId20">
        <w:r>
          <w:rPr>
            <w:color w:val="0000EE"/>
            <w:u w:val="single"/>
          </w:rPr>
          <w:t>https://docs.microsoft.com/en-us/windows/terminal/customize-settings/profile-settings</w:t>
        </w:r>
      </w:hyperlink>
      <w:r>
        <w:t xml:space="preserve"> - This Microsoft documentation explains how to customize settings in Windows Terminal, including enabling features like 'Terminal Chat'.</w:t>
      </w:r>
      <w:r/>
    </w:p>
    <w:p>
      <w:pPr>
        <w:pStyle w:val="ListNumber"/>
        <w:spacing w:line="240" w:lineRule="auto"/>
        <w:ind w:left="720"/>
      </w:pPr>
      <w:r/>
      <w:hyperlink r:id="rId21">
        <w:r>
          <w:rPr>
            <w:color w:val="0000EE"/>
            <w:u w:val="single"/>
          </w:rPr>
          <w:t>https://www.pcworld.com/article/2512734/windows-terminal-now-supports-ai-chatbots-like-chatgpt-github-copilot.html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eeksforgeeks.org/microsoft-is-giving-you-chatgpt-plus-for-free/" TargetMode="External"/><Relationship Id="rId11" Type="http://schemas.openxmlformats.org/officeDocument/2006/relationships/hyperlink" Target="https://www.geeksforgeeks.org/how-to-use-chatgpt-4-for-free/" TargetMode="External"/><Relationship Id="rId12" Type="http://schemas.openxmlformats.org/officeDocument/2006/relationships/hyperlink" Target="https://www.youtube.com/watch?v=T4CutxTr_Wo" TargetMode="External"/><Relationship Id="rId13" Type="http://schemas.openxmlformats.org/officeDocument/2006/relationships/hyperlink" Target="https://www.reddit.com/r/ChatGPTPro/comments/1bwmb3d/psa_for_the_chatgpt_plus_subscriber_who_may_not/" TargetMode="External"/><Relationship Id="rId14" Type="http://schemas.openxmlformats.org/officeDocument/2006/relationships/hyperlink" Target="https://www.youtube.com/watch?v=XIIrxOQI01g" TargetMode="External"/><Relationship Id="rId15" Type="http://schemas.openxmlformats.org/officeDocument/2006/relationships/hyperlink" Target="https://github.com/microsoft/terminal" TargetMode="External"/><Relationship Id="rId16" Type="http://schemas.openxmlformats.org/officeDocument/2006/relationships/hyperlink" Target="https://docs.microsoft.com/en-us/windows/terminal/installation" TargetMode="External"/><Relationship Id="rId17" Type="http://schemas.openxmlformats.org/officeDocument/2006/relationships/hyperlink" Target="https://openai.com/api/" TargetMode="External"/><Relationship Id="rId18" Type="http://schemas.openxmlformats.org/officeDocument/2006/relationships/hyperlink" Target="https://github.com/github/copilot-docs" TargetMode="External"/><Relationship Id="rId19" Type="http://schemas.openxmlformats.org/officeDocument/2006/relationships/hyperlink" Target="https://azure.microsoft.com/en-us/services/cognitive-services/" TargetMode="External"/><Relationship Id="rId20" Type="http://schemas.openxmlformats.org/officeDocument/2006/relationships/hyperlink" Target="https://docs.microsoft.com/en-us/windows/terminal/customize-settings/profile-settings" TargetMode="External"/><Relationship Id="rId21" Type="http://schemas.openxmlformats.org/officeDocument/2006/relationships/hyperlink" Target="https://www.pcworld.com/article/2512734/windows-terminal-now-supports-ai-chatbots-like-chatgpt-github-copilot.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