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Misleading video falsely attributes comments to Kamala Harris about Donald Trump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misleading video circulating on social media has falsely depicted U.S. Vice President Kamala Harris making controversial statements about former President Donald Trump on "The Joe Rogan Experience" podcast. The video, which has been flagged for spreading misinformation, incorrectly suggests that Harris labelled Trump as "literally Adolf Hitler" during an appearance on the popular podcast.</w:t>
      </w:r>
      <w:r/>
    </w:p>
    <w:p>
      <w:r/>
      <w:r>
        <w:t>The reality, however, is that Harris has not participated in "The Joe Rogan Experience." Both Vice President Harris' team and Rogan himself have confirmed that there are currently no plans for such an interview. A spokesperson for Harris, Ian Sams, noted that scheduling issues had prevented any appearance, while Rogan stated via X (formerly Twitter) that although there was an inquiry for an hour-long interview requiring him to travel, he had declined but remained open to future discussions.</w:t>
      </w:r>
      <w:r/>
    </w:p>
    <w:p>
      <w:r/>
      <w:r>
        <w:t>The erroneous video in question was originally created as a satirical piece by comedian Danny Polishchuk. Released on October 26, the video utilized artificial intelligence to superimpose fake audio over footage, creating the illusion of a genuine interview. As a piece of satire, the video concludes with a fictional endorsement by Trump, encouraging viewers to follow Polishchuk’s content. Polishchuk has confirmed the video's comedic intent and its artificial nature.</w:t>
      </w:r>
      <w:r/>
    </w:p>
    <w:p>
      <w:r/>
      <w:r>
        <w:t>This fabrication gained traction after a subsequent social media post on October 27 misrepresented the satirical video as authentic, sparking widespread dissemination before being flagged for misinformation by Meta's content verification processes. Ascertaining the truth behind the video, fact-checking platform PolitiFact rated the claim as "Pants on Fire!"</w:t>
      </w:r>
      <w:r/>
    </w:p>
    <w:p>
      <w:r/>
      <w:r>
        <w:t xml:space="preserve">In reality, the remarks affiliated with Harris arose from comments by John Kelly, Trump's former chief of staff, who alleged in interviews that Trump spoke favourably about Adolf Hitler. This assertion prompted responses from Harris, highlighting her view that such statements, attributed to Trump, illustrate his unsuitability for the presidency. Trump, for his part, has denied making the positive remarks about Hitler attributed to him by Kelly. </w:t>
      </w:r>
      <w:r/>
    </w:p>
    <w:p>
      <w:r/>
      <w:r>
        <w:t>The situation underscores the ongoing challenges posed by digital misinformation and the ease with which satirical content can be misconstrued and spread as genuine, potentially influencing public perception and discourse.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https://fortune.com/2024/10/30/joe-rogan-kamala-harris-donald-trump-jre-podcast/</w:t>
        </w:r>
      </w:hyperlink>
      <w:r>
        <w:t xml:space="preserve"> - Confirms that Kamala Harris has not appeared on 'The Joe Rogan Experience' and details the scheduling issues and conditions that prevented the interview.</w:t>
      </w:r>
      <w:r/>
    </w:p>
    <w:p>
      <w:pPr>
        <w:pStyle w:val="ListNumber"/>
        <w:spacing w:line="240" w:lineRule="auto"/>
        <w:ind w:left="720"/>
      </w:pPr>
      <w:r/>
      <w:hyperlink r:id="rId11">
        <w:r>
          <w:rPr>
            <w:color w:val="0000EE"/>
            <w:u w:val="single"/>
          </w:rPr>
          <w:t>https://variety.com/2024/digital/news/joe-rogan-rejected-kamala-harris-podcast-interview-1236193567/</w:t>
        </w:r>
      </w:hyperlink>
      <w:r>
        <w:t xml:space="preserve"> - Supports the information that Joe Rogan was open to hosting Kamala Harris on his podcast only if she agreed to record the interview at his Austin studio.</w:t>
      </w:r>
      <w:r/>
    </w:p>
    <w:p>
      <w:pPr>
        <w:pStyle w:val="ListNumber"/>
        <w:spacing w:line="240" w:lineRule="auto"/>
        <w:ind w:left="720"/>
      </w:pPr>
      <w:r/>
      <w:hyperlink r:id="rId12">
        <w:r>
          <w:rPr>
            <w:color w:val="0000EE"/>
            <w:u w:val="single"/>
          </w:rPr>
          <w:t>https://www.thewrap.com/joe-rogan-endorses-donald-trump/</w:t>
        </w:r>
      </w:hyperlink>
      <w:r>
        <w:t xml:space="preserve"> - Provides context on Joe Rogan's endorsement of Donald Trump and his postponement of the planned interview with Kamala Harris due to scheduling constraints.</w:t>
      </w:r>
      <w:r/>
    </w:p>
    <w:p>
      <w:pPr>
        <w:pStyle w:val="ListNumber"/>
        <w:spacing w:line="240" w:lineRule="auto"/>
        <w:ind w:left="720"/>
      </w:pPr>
      <w:r/>
      <w:hyperlink r:id="rId10">
        <w:r>
          <w:rPr>
            <w:color w:val="0000EE"/>
            <w:u w:val="single"/>
          </w:rPr>
          <w:t>https://fortune.com/2024/10/30/joe-rogan-kamala-harris-donald-trump-jre-podcast/</w:t>
        </w:r>
      </w:hyperlink>
      <w:r>
        <w:t xml:space="preserve"> - Mentions that Joe Rogan expressed his preference for conducting the interview in his studio in Austin, rather than traveling to meet Harris.</w:t>
      </w:r>
      <w:r/>
    </w:p>
    <w:p>
      <w:pPr>
        <w:pStyle w:val="ListNumber"/>
        <w:spacing w:line="240" w:lineRule="auto"/>
        <w:ind w:left="720"/>
      </w:pPr>
      <w:r/>
      <w:hyperlink r:id="rId12">
        <w:r>
          <w:rPr>
            <w:color w:val="0000EE"/>
            <w:u w:val="single"/>
          </w:rPr>
          <w:t>https://www.thewrap.com/joe-rogan-endorses-donald-trump/</w:t>
        </w:r>
      </w:hyperlink>
      <w:r>
        <w:t xml:space="preserve"> - Details Joe Rogan's endorsement of Donald Trump and his interaction with Elon Musk, which influenced his decision.</w:t>
      </w:r>
      <w:r/>
    </w:p>
    <w:p>
      <w:pPr>
        <w:pStyle w:val="ListNumber"/>
        <w:spacing w:line="240" w:lineRule="auto"/>
        <w:ind w:left="720"/>
      </w:pPr>
      <w:r/>
      <w:hyperlink r:id="rId13">
        <w:r>
          <w:rPr>
            <w:color w:val="0000EE"/>
            <w:u w:val="single"/>
          </w:rPr>
          <w:t>https://www.newsweek.com/joe-rogan-reacts-donald-trump-win-kamala-harris-presidential-election-1981132</w:t>
        </w:r>
      </w:hyperlink>
      <w:r>
        <w:t xml:space="preserve"> - Discusses Joe Rogan's reaction to Donald Trump's anticipated electoral victory and his previous comments on Kamala Harris' performance in debates.</w:t>
      </w:r>
      <w:r/>
    </w:p>
    <w:p>
      <w:pPr>
        <w:pStyle w:val="ListNumber"/>
        <w:spacing w:line="240" w:lineRule="auto"/>
        <w:ind w:left="720"/>
      </w:pPr>
      <w:r/>
      <w:hyperlink r:id="rId14">
        <w:r>
          <w:rPr>
            <w:color w:val="0000EE"/>
            <w:u w:val="single"/>
          </w:rPr>
          <w:t>https://www.youtube.com/watch?v=wSGYjUHHGO8</w:t>
        </w:r>
      </w:hyperlink>
      <w:r>
        <w:t xml:space="preserve"> - Shows Donald Trump mocking Kamala Harris for not doing an interview with Joe Rogan, highlighting the public discourse around the issue.</w:t>
      </w:r>
      <w:r/>
    </w:p>
    <w:p>
      <w:pPr>
        <w:pStyle w:val="ListNumber"/>
        <w:spacing w:line="240" w:lineRule="auto"/>
        <w:ind w:left="720"/>
      </w:pPr>
      <w:r/>
      <w:hyperlink r:id="rId10">
        <w:r>
          <w:rPr>
            <w:color w:val="0000EE"/>
            <w:u w:val="single"/>
          </w:rPr>
          <w:t>https://fortune.com/2024/10/30/joe-rogan-kamala-harris-donald-trump-jre-podcast/</w:t>
        </w:r>
      </w:hyperlink>
      <w:r>
        <w:t xml:space="preserve"> - Mentions the backlash faced by Joe Rogan and other podcast hosts for having politicians on their shows, including the controversy surrounding Trump's appearance.</w:t>
      </w:r>
      <w:r/>
    </w:p>
    <w:p>
      <w:pPr>
        <w:pStyle w:val="ListNumber"/>
        <w:spacing w:line="240" w:lineRule="auto"/>
        <w:ind w:left="720"/>
      </w:pPr>
      <w:r/>
      <w:hyperlink r:id="rId12">
        <w:r>
          <w:rPr>
            <w:color w:val="0000EE"/>
            <w:u w:val="single"/>
          </w:rPr>
          <w:t>https://www.thewrap.com/joe-rogan-endorses-donald-trump/</w:t>
        </w:r>
      </w:hyperlink>
      <w:r>
        <w:t xml:space="preserve"> - Clarifies that the satirical video was not based on any real interview between Kamala Harris and Joe Rogan, aligning with the fact that no such interview occurred.</w:t>
      </w:r>
      <w:r/>
    </w:p>
    <w:p>
      <w:pPr>
        <w:pStyle w:val="ListNumber"/>
        <w:spacing w:line="240" w:lineRule="auto"/>
        <w:ind w:left="720"/>
      </w:pPr>
      <w:r/>
      <w:hyperlink r:id="rId13">
        <w:r>
          <w:rPr>
            <w:color w:val="0000EE"/>
            <w:u w:val="single"/>
          </w:rPr>
          <w:t>https://www.newsweek.com/joe-rogan-reacts-donald-trump-win-kamala-harris-presidential-election-1981132</w:t>
        </w:r>
      </w:hyperlink>
      <w:r>
        <w:t xml:space="preserve"> - Provides context on the broader political landscape, including Trump's denial of making positive remarks about Adolf Hitler, which was a point of contention.</w:t>
      </w:r>
      <w:r/>
    </w:p>
    <w:p>
      <w:pPr>
        <w:pStyle w:val="ListNumber"/>
        <w:spacing w:line="240" w:lineRule="auto"/>
        <w:ind w:left="720"/>
      </w:pPr>
      <w:r/>
      <w:hyperlink r:id="rId15">
        <w:r>
          <w:rPr>
            <w:color w:val="0000EE"/>
            <w:u w:val="single"/>
          </w:rPr>
          <w:t>https://www.politifact.com/factchecks/2024/oct/31/threads-posts/harris-hasnt-appeared-on-the-joe-rogan-experience/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30/joe-rogan-kamala-harris-donald-trump-jre-podcast/" TargetMode="External"/><Relationship Id="rId11" Type="http://schemas.openxmlformats.org/officeDocument/2006/relationships/hyperlink" Target="https://variety.com/2024/digital/news/joe-rogan-rejected-kamala-harris-podcast-interview-1236193567/" TargetMode="External"/><Relationship Id="rId12" Type="http://schemas.openxmlformats.org/officeDocument/2006/relationships/hyperlink" Target="https://www.thewrap.com/joe-rogan-endorses-donald-trump/" TargetMode="External"/><Relationship Id="rId13" Type="http://schemas.openxmlformats.org/officeDocument/2006/relationships/hyperlink" Target="https://www.newsweek.com/joe-rogan-reacts-donald-trump-win-kamala-harris-presidential-election-1981132" TargetMode="External"/><Relationship Id="rId14" Type="http://schemas.openxmlformats.org/officeDocument/2006/relationships/hyperlink" Target="https://www.youtube.com/watch?v=wSGYjUHHGO8" TargetMode="External"/><Relationship Id="rId15" Type="http://schemas.openxmlformats.org/officeDocument/2006/relationships/hyperlink" Target="https://www.politifact.com/factchecks/2024/oct/31/threads-posts/harris-hasnt-appeared-on-the-joe-rogan-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