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regains title of world's most valuable company, surpassing Apple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Nvidia, an influential American technology firm, has once again risen to the position of the world's most valuable company by market capitalization, surpassing tech behemoth Apple for the top spot. This shift occurred as Nvidia shares experienced a 2.5% increase during trading hours on Tuesday, enhancing its market valuation to approximately $3.44 trillion, slightly ahead of Apple's $3.37 trillion valuation.</w:t>
      </w:r>
      <w:r/>
    </w:p>
    <w:p>
      <w:r/>
      <w:r>
        <w:t>This year has seen a consistent contest over the "world's most valuable company" accolade among prominent tech entities including Nvidia, Microsoft, and Apple. Nvidia's impressive journey to the peak can be largely attributed to its substantial investments in chip technology that underpins Artificial Intelligence (AI) capabilities.</w:t>
      </w:r>
      <w:r/>
    </w:p>
    <w:p>
      <w:r/>
      <w:r>
        <w:t>The AI and machine learning sectors have witnessed an explosive 850% growth, significantly contributing to Nvidia's triumph. This growth has been mirrored in the performance of AI-centric digital coins such as Internet Computer, NEAR protocol, Bittensor, Injective, and the Artificial Superintelligence Alliance, all experiencing surges alongside Nvidia's success.</w:t>
      </w:r>
      <w:r/>
    </w:p>
    <w:p>
      <w:r/>
      <w:r>
        <w:t>The company's share prices have seen remarkable growth since September 6th, when they were priced at $102.83. The surge in demand for its AI chips, essential for powering cutting-edge language models, has been a critical factor behind this rise. Nvidia's stock has appreciated by over 850% since the beginning of 2022, largely due to its pivotal role in the burgeoning field of AI technology.</w:t>
      </w:r>
      <w:r/>
    </w:p>
    <w:p>
      <w:r/>
      <w:r>
        <w:t>Nvidia’s client base is a testament to its industry significance, with major tech companies such as Amazon, Alphabet, Meta, and Microsoft relying on its chips for their technological advancements. Industry analysts project that Nvidia's revenue will surpass its already ambitious forecasts, anticipating a 44% growth in the coming year.</w:t>
      </w:r>
      <w:r/>
    </w:p>
    <w:p>
      <w:r/>
      <w:r>
        <w:t>A notable aspect of Nvidia’s recent success is its connection to the surge in AI-related cryptocurrencies, which have also captured investor interest. The NEAR protocol, for instance, saw a 5.40% increase, reaching a price of $3.81 with a trading volume of $222 million over 24 hours. Similarly, the Internet Computer saw a 5% uptick, accompanied by a $57 million trade volume. Other AI coins, including Bittensor and Artificial Superintelligence, have shown substantial increases, aligning with the broader rally in AI-related financial instruments.</w:t>
      </w:r>
      <w:r/>
    </w:p>
    <w:p>
      <w:r/>
      <w:r>
        <w:t>The enthusiasm surrounding Nvidia and AI-focused ventures underlines AI’s rising prominence in the financial sector. Major Wall Street players, including Amazon, Microsoft, Meta, and Alphabet, are actively collaborating with Nvidia to enhance their AI capabilities, underscoring the technology's growing importance across industries.</w:t>
      </w:r>
      <w:r/>
    </w:p>
    <w:p>
      <w:r/>
      <w:r>
        <w:t>Market experts anticipate sustained momentum for Nvidia and associated AI coins at least in the short term, reflecting the current confidence in the technology’s economic prospects. Nvidia's market weight constitutes a significant 7% of the US S&amp;P 500 Index, further highlighting its influence. This year, AI stocks, with Nvidia being a prime example, have stood out as some of the best-performing assets, showcasing their potential for investors and their pivotal roles in driving technological advancement.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https://www.investopedia.com/nvidia-overtakes-apple-as-most-valuable-company-in-world-update-8731936</w:t>
        </w:r>
      </w:hyperlink>
      <w:r>
        <w:t xml:space="preserve"> - Corroborates Nvidia's rise to the top spot as the world's most valuable company by market capitalization, surpassing Apple.</w:t>
      </w:r>
      <w:r/>
    </w:p>
    <w:p>
      <w:pPr>
        <w:pStyle w:val="ListNumber"/>
        <w:spacing w:line="240" w:lineRule="auto"/>
        <w:ind w:left="720"/>
      </w:pPr>
      <w:r/>
      <w:hyperlink r:id="rId11">
        <w:r>
          <w:rPr>
            <w:color w:val="0000EE"/>
            <w:u w:val="single"/>
          </w:rPr>
          <w:t>https://finance.yahoo.com/video/nvidia-market-cap-overtakes-apple-215139915.html</w:t>
        </w:r>
      </w:hyperlink>
      <w:r>
        <w:t xml:space="preserve"> - Supports the information that Nvidia's market capitalization has surged to over $3.43 trillion, overtaking Apple.</w:t>
      </w:r>
      <w:r/>
    </w:p>
    <w:p>
      <w:pPr>
        <w:pStyle w:val="ListNumber"/>
        <w:spacing w:line="240" w:lineRule="auto"/>
        <w:ind w:left="720"/>
      </w:pPr>
      <w:r/>
      <w:hyperlink r:id="rId12">
        <w:r>
          <w:rPr>
            <w:color w:val="0000EE"/>
            <w:u w:val="single"/>
          </w:rPr>
          <w:t>https://companiesmarketcap.com/nvidia/marketcap/</w:t>
        </w:r>
      </w:hyperlink>
      <w:r>
        <w:t xml:space="preserve"> - Provides the current market capitalization of Nvidia, confirming it as the world's most valuable company.</w:t>
      </w:r>
      <w:r/>
    </w:p>
    <w:p>
      <w:pPr>
        <w:pStyle w:val="ListNumber"/>
        <w:spacing w:line="240" w:lineRule="auto"/>
        <w:ind w:left="720"/>
      </w:pPr>
      <w:r/>
      <w:hyperlink r:id="rId13">
        <w:r>
          <w:rPr>
            <w:color w:val="0000EE"/>
            <w:u w:val="single"/>
          </w:rPr>
          <w:t>https://www.tomshardware.com/tech-industry/nvidia-becomes-the-worlds-most-valuable-company-by-market-capitalization-chipmaker-dethrones-apple-for-the-second-time-this-year</w:t>
        </w:r>
      </w:hyperlink>
      <w:r>
        <w:t xml:space="preserve"> - Details Nvidia's market capitalization of $3.52 trillion and its role in AI, contributing to its valuation.</w:t>
      </w:r>
      <w:r/>
    </w:p>
    <w:p>
      <w:pPr>
        <w:pStyle w:val="ListNumber"/>
        <w:spacing w:line="240" w:lineRule="auto"/>
        <w:ind w:left="720"/>
      </w:pPr>
      <w:r/>
      <w:hyperlink r:id="rId14">
        <w:r>
          <w:rPr>
            <w:color w:val="0000EE"/>
            <w:u w:val="single"/>
          </w:rPr>
          <w:t>https://finance.yahoo.com/news/nvidia-overtakes-apple-become-worlds-150939371.html</w:t>
        </w:r>
      </w:hyperlink>
      <w:r>
        <w:t xml:space="preserve"> - Confirms the 2.4% increase in Nvidia's stock and its market valuation surpassing Apple's.</w:t>
      </w:r>
      <w:r/>
    </w:p>
    <w:p>
      <w:pPr>
        <w:pStyle w:val="ListNumber"/>
        <w:spacing w:line="240" w:lineRule="auto"/>
        <w:ind w:left="720"/>
      </w:pPr>
      <w:r/>
      <w:hyperlink r:id="rId10">
        <w:r>
          <w:rPr>
            <w:color w:val="0000EE"/>
            <w:u w:val="single"/>
          </w:rPr>
          <w:t>https://www.investopedia.com/nvidia-overtakes-apple-as-most-valuable-company-in-world-update-8731936</w:t>
        </w:r>
      </w:hyperlink>
      <w:r>
        <w:t xml:space="preserve"> - Explains the ongoing competition among Nvidia, Apple, and Microsoft for the title of the world's most valuable company.</w:t>
      </w:r>
      <w:r/>
    </w:p>
    <w:p>
      <w:pPr>
        <w:pStyle w:val="ListNumber"/>
        <w:spacing w:line="240" w:lineRule="auto"/>
        <w:ind w:left="720"/>
      </w:pPr>
      <w:r/>
      <w:hyperlink r:id="rId13">
        <w:r>
          <w:rPr>
            <w:color w:val="0000EE"/>
            <w:u w:val="single"/>
          </w:rPr>
          <w:t>https://www.tomshardware.com/tech-industry/nvidia-becomes-the-worlds-most-valuable-company-by-market-capitalization-chipmaker-dethrones-apple-for-the-second-time-this-year</w:t>
        </w:r>
      </w:hyperlink>
      <w:r>
        <w:t xml:space="preserve"> - Highlights the significant growth in Nvidia's market value due to its AI chip technology.</w:t>
      </w:r>
      <w:r/>
    </w:p>
    <w:p>
      <w:pPr>
        <w:pStyle w:val="ListNumber"/>
        <w:spacing w:line="240" w:lineRule="auto"/>
        <w:ind w:left="720"/>
      </w:pPr>
      <w:r/>
      <w:hyperlink r:id="rId14">
        <w:r>
          <w:rPr>
            <w:color w:val="0000EE"/>
            <w:u w:val="single"/>
          </w:rPr>
          <w:t>https://finance.yahoo.com/news/nvidia-overtakes-apple-become-worlds-150939371.html</w:t>
        </w:r>
      </w:hyperlink>
      <w:r>
        <w:t xml:space="preserve"> - Mentions the substantial investments in AI infrastructure by major tech companies like Meta and Alphabet, benefiting Nvidia.</w:t>
      </w:r>
      <w:r/>
    </w:p>
    <w:p>
      <w:pPr>
        <w:pStyle w:val="ListNumber"/>
        <w:spacing w:line="240" w:lineRule="auto"/>
        <w:ind w:left="720"/>
      </w:pPr>
      <w:r/>
      <w:hyperlink r:id="rId10">
        <w:r>
          <w:rPr>
            <w:color w:val="0000EE"/>
            <w:u w:val="single"/>
          </w:rPr>
          <w:t>https://www.investopedia.com/nvidia-overtakes-apple-as-most-valuable-company-in-world-update-8731936</w:t>
        </w:r>
      </w:hyperlink>
      <w:r>
        <w:t xml:space="preserve"> - Details Nvidia's client base, including Amazon, Alphabet, Meta, and Microsoft, and their reliance on Nvidia's chips.</w:t>
      </w:r>
      <w:r/>
    </w:p>
    <w:p>
      <w:pPr>
        <w:pStyle w:val="ListNumber"/>
        <w:spacing w:line="240" w:lineRule="auto"/>
        <w:ind w:left="720"/>
      </w:pPr>
      <w:r/>
      <w:hyperlink r:id="rId13">
        <w:r>
          <w:rPr>
            <w:color w:val="0000EE"/>
            <w:u w:val="single"/>
          </w:rPr>
          <w:t>https://www.tomshardware.com/tech-industry/nvidia-becomes-the-worlds-most-valuable-company-by-market-capitalization-chipmaker-dethrones-apple-for-the-second-time-this-year</w:t>
        </w:r>
      </w:hyperlink>
      <w:r>
        <w:t xml:space="preserve"> - Discusses the projected revenue growth for Nvidia and the importance of AI in its success.</w:t>
      </w:r>
      <w:r/>
    </w:p>
    <w:p>
      <w:pPr>
        <w:pStyle w:val="ListNumber"/>
        <w:spacing w:line="240" w:lineRule="auto"/>
        <w:ind w:left="720"/>
      </w:pPr>
      <w:r/>
      <w:hyperlink r:id="rId14">
        <w:r>
          <w:rPr>
            <w:color w:val="0000EE"/>
            <w:u w:val="single"/>
          </w:rPr>
          <w:t>https://finance.yahoo.com/news/nvidia-overtakes-apple-become-worlds-150939371.html</w:t>
        </w:r>
      </w:hyperlink>
      <w:r>
        <w:t xml:space="preserve"> - Highlights Nvidia's influence in the US S&amp;P 500 Index and its role in driving technological advancement.</w:t>
      </w:r>
      <w:r/>
    </w:p>
    <w:p>
      <w:pPr>
        <w:pStyle w:val="ListNumber"/>
        <w:spacing w:line="240" w:lineRule="auto"/>
        <w:ind w:left="720"/>
      </w:pPr>
      <w:r/>
      <w:hyperlink r:id="rId15">
        <w:r>
          <w:rPr>
            <w:color w:val="0000EE"/>
            <w:u w:val="single"/>
          </w:rPr>
          <w:t>https://www.bitcoininsider.org/article/263064/nvidia-outshines-apple-worlds-biggest-company-sparks-surge-ai-coins-details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vestopedia.com/nvidia-overtakes-apple-as-most-valuable-company-in-world-update-8731936" TargetMode="External"/><Relationship Id="rId11" Type="http://schemas.openxmlformats.org/officeDocument/2006/relationships/hyperlink" Target="https://finance.yahoo.com/video/nvidia-market-cap-overtakes-apple-215139915.html" TargetMode="External"/><Relationship Id="rId12" Type="http://schemas.openxmlformats.org/officeDocument/2006/relationships/hyperlink" Target="https://companiesmarketcap.com/nvidia/marketcap/" TargetMode="External"/><Relationship Id="rId13" Type="http://schemas.openxmlformats.org/officeDocument/2006/relationships/hyperlink" Target="https://www.tomshardware.com/tech-industry/nvidia-becomes-the-worlds-most-valuable-company-by-market-capitalization-chipmaker-dethrones-apple-for-the-second-time-this-year" TargetMode="External"/><Relationship Id="rId14" Type="http://schemas.openxmlformats.org/officeDocument/2006/relationships/hyperlink" Target="https://finance.yahoo.com/news/nvidia-overtakes-apple-become-worlds-150939371.html" TargetMode="External"/><Relationship Id="rId15" Type="http://schemas.openxmlformats.org/officeDocument/2006/relationships/hyperlink" Target="https://www.bitcoininsider.org/article/263064/nvidia-outshines-apple-worlds-biggest-company-sparks-surge-ai-coins-detai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