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Perplexity pledges reliable election data amid AI challenges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Perplexity, an artificial intelligence search engine known for its contentious approach of utilising news articles without explicit permissions, has recently pledged to deliver reliable real-time data on the US presidential election. This vow comes as part of Perplexity's initiative through its newly launched Election Information Hub, which claims to be a comprehensive resource for understanding critical issues, making informed voting decisions, and tracking election outcomes.</w:t>
      </w:r>
      <w:r/>
    </w:p>
    <w:p>
      <w:r/>
      <w:r>
        <w:t>Aravind Srinivas, the CEO of Perplexity, made a pointed remark on the social media platform X, asserting the platform’s unique capability in performing such tasks, a statement that seemed to indirectly challenge the publisher of The New York Times. Highlighting the context of a labour strike by Times Tech Guild workers amid ongoing contract negotiations, Srinivas offered assistance, which he later clarified was for infrastructure support rather than AI content generation.</w:t>
      </w:r>
      <w:r/>
    </w:p>
    <w:p>
      <w:r/>
      <w:r>
        <w:t>On the night of the election, Perplexity's tool successfully avoided major errors, delivering mostly accurate voting details and correctly keeping track of results as they emerged. According to reports, this success was attributed to the company reducing its reliance on AI-generated content, a strategic move given that AI models frequently create false information when uncertain. Perplexity's efforts also align with its impending financial boost, as it nears the conclusion of a funding round aimed at raising $500 million, an endeavour poised to elevate the company's valuation to $9 billion.</w:t>
      </w:r>
      <w:r/>
    </w:p>
    <w:p>
      <w:r/>
      <w:r>
        <w:t>The challenge with using extensive language models for web summaries lies in their propensity for generating inaccuracies when uncertain. To mitigate these risks, Perplexity has implemented stricter guidelines, opting to draw election-related data from credible sources such as Democracy Works, a nonprofit organisation dedicated to supplying factual voting information. Moreover, real-time election results are being streamed through a collaboration with the Associated Press, utilising their data via an API, supplemented with content from a meticulously selected set of reputable sources.</w:t>
      </w:r>
      <w:r/>
    </w:p>
    <w:p>
      <w:r/>
      <w:r>
        <w:t>Alon Yamin, the cofounder and CEO of Copyleaks, a plagiarism detection enterprise, commended Perplexity's decision to bolster the credibility and transparency of its election information by incorporating clear attributions. Nonetheless, Yamin cautioned that AI-generated summaries are inherently prone to inaccuracies and urged users to confirm the sources of such information. He reiterated that despite these advancements, issues such as misinformation and partial inaccuracies—commonly referred to as "AI hallucinations"—persist and must be attentively navigated.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https://www.perplexity.ai/hub/blog/introducing-the-election-information-hub</w:t>
        </w:r>
      </w:hyperlink>
      <w:r>
        <w:t xml:space="preserve"> - Corroborates the launch of Perplexity's Election Information Hub and its features for understanding key issues, making informed voting decisions, and tracking election outcomes.</w:t>
      </w:r>
      <w:r/>
    </w:p>
    <w:p>
      <w:pPr>
        <w:pStyle w:val="ListNumber"/>
        <w:spacing w:line="240" w:lineRule="auto"/>
        <w:ind w:left="720"/>
      </w:pPr>
      <w:r/>
      <w:hyperlink r:id="rId11">
        <w:r>
          <w:rPr>
            <w:color w:val="0000EE"/>
            <w:u w:val="single"/>
          </w:rPr>
          <w:t>https://www.theverge.com/2024/11/3/24287157/perplexity-ai-election-voting-information-tracking-hub-us-presidential-election-2024-trump-harris</w:t>
        </w:r>
      </w:hyperlink>
      <w:r>
        <w:t xml:space="preserve"> - Supports the information about Perplexity's Election Information Hub, including live updates from the Associated Press and partnerships with Democracy Works.</w:t>
      </w:r>
      <w:r/>
    </w:p>
    <w:p>
      <w:pPr>
        <w:pStyle w:val="ListNumber"/>
        <w:spacing w:line="240" w:lineRule="auto"/>
        <w:ind w:left="720"/>
      </w:pPr>
      <w:r/>
      <w:hyperlink r:id="rId12">
        <w:r>
          <w:rPr>
            <w:color w:val="0000EE"/>
            <w:u w:val="single"/>
          </w:rPr>
          <w:t>https://www.zdnet.com/article/perplexity-ai-offers-election-results-tracker-and-voter-resource-try-it-here/</w:t>
        </w:r>
      </w:hyperlink>
      <w:r>
        <w:t xml:space="preserve"> - Confirms the hub's ability to track election results, provide voting information, and source data from reputable sources like the Associated Press and Democracy Works.</w:t>
      </w:r>
      <w:r/>
    </w:p>
    <w:p>
      <w:pPr>
        <w:pStyle w:val="ListNumber"/>
        <w:spacing w:line="240" w:lineRule="auto"/>
        <w:ind w:left="720"/>
      </w:pPr>
      <w:r/>
      <w:hyperlink r:id="rId13">
        <w:r>
          <w:rPr>
            <w:color w:val="0000EE"/>
            <w:u w:val="single"/>
          </w:rPr>
          <w:t>https://www.wired.com/story/perplexity-election-tracking/</w:t>
        </w:r>
      </w:hyperlink>
      <w:r>
        <w:t xml:space="preserve"> - Mentions Perplexity's real-time election tracking and the use of AI to provide election-related information.</w:t>
      </w:r>
      <w:r/>
    </w:p>
    <w:p>
      <w:pPr>
        <w:pStyle w:val="ListNumber"/>
        <w:spacing w:line="240" w:lineRule="auto"/>
        <w:ind w:left="720"/>
      </w:pPr>
      <w:r/>
      <w:hyperlink r:id="rId14">
        <w:r>
          <w:rPr>
            <w:color w:val="0000EE"/>
            <w:u w:val="single"/>
          </w:rPr>
          <w:t>https://www.fortune.com/2024/11/05/search-ai-election-perplexity-openai-chatgpt-gamble-will-it-pay-off/</w:t>
        </w:r>
      </w:hyperlink>
      <w:r>
        <w:t xml:space="preserve"> - Details Perplexity's approach to using multiple sources for election-related queries and the challenges of avoiding AI-generated inaccuracies.</w:t>
      </w:r>
      <w:r/>
    </w:p>
    <w:p>
      <w:pPr>
        <w:pStyle w:val="ListNumber"/>
        <w:spacing w:line="240" w:lineRule="auto"/>
        <w:ind w:left="720"/>
      </w:pPr>
      <w:r/>
      <w:hyperlink r:id="rId10">
        <w:r>
          <w:rPr>
            <w:color w:val="0000EE"/>
            <w:u w:val="single"/>
          </w:rPr>
          <w:t>https://www.perplexity.ai/hub/blog/introducing-the-election-information-hub</w:t>
        </w:r>
      </w:hyperlink>
      <w:r>
        <w:t xml:space="preserve"> - Explains the integration of data from Democracy Works and the Associated Press to ensure credible and accurate election information.</w:t>
      </w:r>
      <w:r/>
    </w:p>
    <w:p>
      <w:pPr>
        <w:pStyle w:val="ListNumber"/>
        <w:spacing w:line="240" w:lineRule="auto"/>
        <w:ind w:left="720"/>
      </w:pPr>
      <w:r/>
      <w:hyperlink r:id="rId11">
        <w:r>
          <w:rPr>
            <w:color w:val="0000EE"/>
            <w:u w:val="single"/>
          </w:rPr>
          <w:t>https://www.theverge.com/2024/11/3/24287157/perplexity-ai-election-voting-information-tracking-hub-us-presidential-election-2024-trump-harris</w:t>
        </w:r>
      </w:hyperlink>
      <w:r>
        <w:t xml:space="preserve"> - Highlights the importance of clear source citations to verify the accuracy of the information provided by Perplexity.</w:t>
      </w:r>
      <w:r/>
    </w:p>
    <w:p>
      <w:pPr>
        <w:pStyle w:val="ListNumber"/>
        <w:spacing w:line="240" w:lineRule="auto"/>
        <w:ind w:left="720"/>
      </w:pPr>
      <w:r/>
      <w:hyperlink r:id="rId12">
        <w:r>
          <w:rPr>
            <w:color w:val="0000EE"/>
            <w:u w:val="single"/>
          </w:rPr>
          <w:t>https://www.zdnet.com/article/perplexity-ai-offers-election-results-tracker-and-voter-resource-try-it-here/</w:t>
        </w:r>
      </w:hyperlink>
      <w:r>
        <w:t xml:space="preserve"> - Discusses the potential for AI-generated inaccuracies and the need for users to verify information through multiple sources.</w:t>
      </w:r>
      <w:r/>
    </w:p>
    <w:p>
      <w:pPr>
        <w:pStyle w:val="ListNumber"/>
        <w:spacing w:line="240" w:lineRule="auto"/>
        <w:ind w:left="720"/>
      </w:pPr>
      <w:r/>
      <w:hyperlink r:id="rId14">
        <w:r>
          <w:rPr>
            <w:color w:val="0000EE"/>
            <w:u w:val="single"/>
          </w:rPr>
          <w:t>https://www.fortune.com/2024/11/05/search-ai-election-perplexity-openai-chatgpt-gamble-will-it-pay-off/</w:t>
        </w:r>
      </w:hyperlink>
      <w:r>
        <w:t xml:space="preserve"> - Mentions Alon Yamin's comments on the credibility and transparency of Perplexity's election information and the risks associated with AI-generated summaries.</w:t>
      </w:r>
      <w:r/>
    </w:p>
    <w:p>
      <w:pPr>
        <w:pStyle w:val="ListNumber"/>
        <w:spacing w:line="240" w:lineRule="auto"/>
        <w:ind w:left="720"/>
      </w:pPr>
      <w:r/>
      <w:hyperlink r:id="rId10">
        <w:r>
          <w:rPr>
            <w:color w:val="0000EE"/>
            <w:u w:val="single"/>
          </w:rPr>
          <w:t>https://www.perplexity.ai/hub/blog/introducing-the-election-information-hub</w:t>
        </w:r>
      </w:hyperlink>
      <w:r>
        <w:t xml:space="preserve"> - Supports the claim that Perplexity aims to make it simple for users to receive trusted and easy-to-understand information to inform their voting decisions.</w:t>
      </w:r>
      <w:r/>
    </w:p>
    <w:p>
      <w:pPr>
        <w:pStyle w:val="ListNumber"/>
        <w:spacing w:line="240" w:lineRule="auto"/>
        <w:ind w:left="720"/>
      </w:pPr>
      <w:r/>
      <w:hyperlink r:id="rId11">
        <w:r>
          <w:rPr>
            <w:color w:val="0000EE"/>
            <w:u w:val="single"/>
          </w:rPr>
          <w:t>https://www.theverge.com/2024/11/3/24287157/perplexity-ai-election-voting-information-tracking-hub-us-presidential-election-2024-trump-harris</w:t>
        </w:r>
      </w:hyperlink>
      <w:r>
        <w:t xml:space="preserve"> - Corroborates the challenges and risks associated with using extensive language models for web summaries, including the propensity for generating inaccuracies.</w:t>
      </w:r>
      <w:r/>
    </w:p>
    <w:p>
      <w:pPr>
        <w:pStyle w:val="ListNumber"/>
        <w:spacing w:line="240" w:lineRule="auto"/>
        <w:ind w:left="720"/>
      </w:pPr>
      <w:r/>
      <w:hyperlink r:id="rId13">
        <w:r>
          <w:rPr>
            <w:color w:val="0000EE"/>
            <w:u w:val="single"/>
          </w:rPr>
          <w:t>https://www.wired.com/story/perplexity-election-tracking/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erplexity.ai/hub/blog/introducing-the-election-information-hub" TargetMode="External"/><Relationship Id="rId11" Type="http://schemas.openxmlformats.org/officeDocument/2006/relationships/hyperlink" Target="https://www.theverge.com/2024/11/3/24287157/perplexity-ai-election-voting-information-tracking-hub-us-presidential-election-2024-trump-harris" TargetMode="External"/><Relationship Id="rId12" Type="http://schemas.openxmlformats.org/officeDocument/2006/relationships/hyperlink" Target="https://www.zdnet.com/article/perplexity-ai-offers-election-results-tracker-and-voter-resource-try-it-here/" TargetMode="External"/><Relationship Id="rId13" Type="http://schemas.openxmlformats.org/officeDocument/2006/relationships/hyperlink" Target="https://www.wired.com/story/perplexity-election-tracking/" TargetMode="External"/><Relationship Id="rId14" Type="http://schemas.openxmlformats.org/officeDocument/2006/relationships/hyperlink" Target="https://www.fortune.com/2024/11/05/search-ai-election-perplexity-openai-chatgpt-gamble-will-it-pay-of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