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Polish radio station faces backlash after replacing human hosts with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bold and controversial move, Polish state-funded radio station Off Radio Krakow recently attempted to rejuvenate its dwindling audience by replacing human presenters with artificial intelligence (AI) hosts. This experiment was targeted at appealing to a younger, technologically-savvy demographic, particularly Generation Z. The initiative temporarily increased the station's listener count from nearly zero to 8,000, driven by a mix of curiosity and controversy.</w:t>
      </w:r>
      <w:r/>
    </w:p>
    <w:p>
      <w:r/>
      <w:r>
        <w:t>The decision, however, sparked a significant backlash and wider debate on the potential for AI to displace human jobs. Mariusz Marcin Pulit, the editor-in-chief of Radio Krakow, found himself at the centre of this controversy. Critics accused him of "sacrificing humans on the altar of technology," a sentiment Pulit contends he never intended, despite the station's actions suggesting otherwise.</w:t>
      </w:r>
      <w:r/>
    </w:p>
    <w:p>
      <w:r/>
      <w:r>
        <w:t>The controversy deepened when Radio Krakow announced a "unique interview" with the revered Polish Nobel laureate Wislawa Szymborska. Given that Szymborska passed away in 2012, her appearance on the show was made possible through AI, including the creation of a virtual host to conduct the interview. The idea of substituting real interviews with AI-generated conversations was met with anger by former employees and listeners, including Lukasz Zaleski, a former host at the station who expressed dismay at the replacement of genuine dialogue with what he termed "something totally fake."</w:t>
      </w:r>
      <w:r/>
    </w:p>
    <w:p>
      <w:r/>
      <w:r>
        <w:t>Further controversy arose with the AI-generated personas. One such persona, Alex Szulc, characterised as a nonbinary progressive "full of social commitment," faced criticism. References to Szulc's gender identity were eventually removed following backlash from LGBTQ activists who felt the representation was inauthentic and unsatisfactory.</w:t>
      </w:r>
      <w:r/>
    </w:p>
    <w:p>
      <w:r/>
      <w:r>
        <w:t>The move by Radio Krakow drew criticism from various quarters, including technology advocates and government officials. Krzysztof Gawkowski, Poland's Minister of Digitalization, voiced his concerns via social media. He acknowledged his support for AI but cautioned that its widespread use should be for the benefit of people, rather than against them. The National Radio and Television Council, particularly its right-wing members, criticised Pulit, accusing him of "eliminating the human factor" in broadcasting.</w:t>
      </w:r>
      <w:r/>
    </w:p>
    <w:p>
      <w:r/>
      <w:r>
        <w:t>Faced with the mounting criticism, Pulit decided to terminate the AI-hosted programme. Despite the decision, he portrayed himself and his team as pioneers in the AI field, stating that "the fate of pioneers can be difficult," to employees during his announcement of the show's cancellation.</w:t>
      </w:r>
      <w:r/>
    </w:p>
    <w:p>
      <w:r/>
      <w:r>
        <w:t>This experiment at Off Radio Krakow highlights the complexities and potential repercussions of integrating AI into traditional roles within media and entertainment. The incident has ignited a discussion on the broader implications of AI in the workforce, reflecting concerns over job security and the authenticity of media content in the digital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https://www.polskieradio.pl/395/7791/artykul/3440361,polish-radio-station-ditches-ai-hosts-amid-controversy</w:t>
        </w:r>
      </w:hyperlink>
      <w:r>
        <w:t xml:space="preserve"> - Corroborates the decision to discontinue AI-generated programming due to controversy and the specific incident involving Wisława Szymborska.</w:t>
      </w:r>
      <w:r/>
    </w:p>
    <w:p>
      <w:pPr>
        <w:pStyle w:val="ListNumber"/>
        <w:spacing w:line="240" w:lineRule="auto"/>
        <w:ind w:left="720"/>
      </w:pPr>
      <w:r/>
      <w:hyperlink r:id="rId11">
        <w:r>
          <w:rPr>
            <w:color w:val="0000EE"/>
            <w:u w:val="single"/>
          </w:rPr>
          <w:t>https://notesfrompoland.com/2024/10/22/controversy-after-polish-radio-station-replaces-human-presenters-with-ai/</w:t>
        </w:r>
      </w:hyperlink>
      <w:r>
        <w:t xml:space="preserve"> - Details the replacement of human presenters with AI hosts, the backlash from former staff, and the controversy surrounding the AI experiment.</w:t>
      </w:r>
      <w:r/>
    </w:p>
    <w:p>
      <w:pPr>
        <w:pStyle w:val="ListNumber"/>
        <w:spacing w:line="240" w:lineRule="auto"/>
        <w:ind w:left="720"/>
      </w:pPr>
      <w:r/>
      <w:hyperlink r:id="rId12">
        <w:r>
          <w:rPr>
            <w:color w:val="0000EE"/>
            <w:u w:val="single"/>
          </w:rPr>
          <w:t>https://www.abc.net.au/news/2024-10-25/off-radio-krak%C3%B3w-polish-station-ai-hosts-explained/104516864</w:t>
        </w:r>
      </w:hyperlink>
      <w:r>
        <w:t xml:space="preserve"> - Explains the introduction of AI hosts, the controversy over the interview with Wisława Szymborska, and the reaction from former employees and the public.</w:t>
      </w:r>
      <w:r/>
    </w:p>
    <w:p>
      <w:pPr>
        <w:pStyle w:val="ListNumber"/>
        <w:spacing w:line="240" w:lineRule="auto"/>
        <w:ind w:left="720"/>
      </w:pPr>
      <w:r/>
      <w:hyperlink r:id="rId13">
        <w:r>
          <w:rPr>
            <w:color w:val="0000EE"/>
            <w:u w:val="single"/>
          </w:rPr>
          <w:t>https://tech.co/news/polish-radio-station-drops-ai-presenters</w:t>
        </w:r>
      </w:hyperlink>
      <w:r>
        <w:t xml:space="preserve"> - Provides information on the termination of the AI-hosted program, the backlash, and the comments from Marcin Pulit and other critics.</w:t>
      </w:r>
      <w:r/>
    </w:p>
    <w:p>
      <w:pPr>
        <w:pStyle w:val="ListNumber"/>
        <w:spacing w:line="240" w:lineRule="auto"/>
        <w:ind w:left="720"/>
      </w:pPr>
      <w:r/>
      <w:hyperlink r:id="rId14">
        <w:r>
          <w:rPr>
            <w:color w:val="0000EE"/>
            <w:u w:val="single"/>
          </w:rPr>
          <w:t>https://www.aa.com.tr/en/artificial-intelligence/ai-generated-radio-host-sparks-controversy-in-poland/3371877</w:t>
        </w:r>
      </w:hyperlink>
      <w:r>
        <w:t xml:space="preserve"> - Supports the criticism from former host Mateusz Demski and Poland's Minister of Digital Affairs Krzysztof Gawkowski regarding the use of AI hosts.</w:t>
      </w:r>
      <w:r/>
    </w:p>
    <w:p>
      <w:pPr>
        <w:pStyle w:val="ListNumber"/>
        <w:spacing w:line="240" w:lineRule="auto"/>
        <w:ind w:left="720"/>
      </w:pPr>
      <w:r/>
      <w:hyperlink r:id="rId11">
        <w:r>
          <w:rPr>
            <w:color w:val="0000EE"/>
            <w:u w:val="single"/>
          </w:rPr>
          <w:t>https://notesfrompoland.com/2024/10/22/controversy-after-polish-radio-station-replaces-human-presenters-with-ai/</w:t>
        </w:r>
      </w:hyperlink>
      <w:r>
        <w:t xml:space="preserve"> - Describes the AI-generated personas, including Alex Szulc, and the criticism they faced, particularly from LGBTQ activists.</w:t>
      </w:r>
      <w:r/>
    </w:p>
    <w:p>
      <w:pPr>
        <w:pStyle w:val="ListNumber"/>
        <w:spacing w:line="240" w:lineRule="auto"/>
        <w:ind w:left="720"/>
      </w:pPr>
      <w:r/>
      <w:hyperlink r:id="rId12">
        <w:r>
          <w:rPr>
            <w:color w:val="0000EE"/>
            <w:u w:val="single"/>
          </w:rPr>
          <w:t>https://www.abc.net.au/news/2024-10-25/off-radio-krak%C3%B3w-polish-station-ai-hosts-explained/104516864</w:t>
        </w:r>
      </w:hyperlink>
      <w:r>
        <w:t xml:space="preserve"> - Details the temporary increase in listener count due to the controversy and the overall impact on the station's audience.</w:t>
      </w:r>
      <w:r/>
    </w:p>
    <w:p>
      <w:pPr>
        <w:pStyle w:val="ListNumber"/>
        <w:spacing w:line="240" w:lineRule="auto"/>
        <w:ind w:left="720"/>
      </w:pPr>
      <w:r/>
      <w:hyperlink r:id="rId13">
        <w:r>
          <w:rPr>
            <w:color w:val="0000EE"/>
            <w:u w:val="single"/>
          </w:rPr>
          <w:t>https://tech.co/news/polish-radio-station-drops-ai-presenters</w:t>
        </w:r>
      </w:hyperlink>
      <w:r>
        <w:t xml:space="preserve"> - Corroborates the criticism from technology advocates and government officials, including Krzysztof Gawkowski's comments on AI use.</w:t>
      </w:r>
      <w:r/>
    </w:p>
    <w:p>
      <w:pPr>
        <w:pStyle w:val="ListNumber"/>
        <w:spacing w:line="240" w:lineRule="auto"/>
        <w:ind w:left="720"/>
      </w:pPr>
      <w:r/>
      <w:hyperlink r:id="rId10">
        <w:r>
          <w:rPr>
            <w:color w:val="0000EE"/>
            <w:u w:val="single"/>
          </w:rPr>
          <w:t>https://www.polskieradio.pl/395/7791/artykul/3440361,polish-radio-station-ditches-ai-hosts-amid-controversy</w:t>
        </w:r>
      </w:hyperlink>
      <w:r>
        <w:t xml:space="preserve"> - Supports the decision to terminate the AI-hosted program and Marcin Pulit's statement on the experiment's outcome.</w:t>
      </w:r>
      <w:r/>
    </w:p>
    <w:p>
      <w:pPr>
        <w:pStyle w:val="ListNumber"/>
        <w:spacing w:line="240" w:lineRule="auto"/>
        <w:ind w:left="720"/>
      </w:pPr>
      <w:r/>
      <w:hyperlink r:id="rId11">
        <w:r>
          <w:rPr>
            <w:color w:val="0000EE"/>
            <w:u w:val="single"/>
          </w:rPr>
          <w:t>https://notesfrompoland.com/2024/10/22/controversy-after-polish-radio-station-replaces-human-presenters-with-ai/</w:t>
        </w:r>
      </w:hyperlink>
      <w:r>
        <w:t xml:space="preserve"> - Provides context on the National Radio and Television Council's criticism and the broader implications of AI in media.</w:t>
      </w:r>
      <w:r/>
    </w:p>
    <w:p>
      <w:pPr>
        <w:pStyle w:val="ListNumber"/>
        <w:spacing w:line="240" w:lineRule="auto"/>
        <w:ind w:left="720"/>
      </w:pPr>
      <w:r/>
      <w:hyperlink r:id="rId12">
        <w:r>
          <w:rPr>
            <w:color w:val="0000EE"/>
            <w:u w:val="single"/>
          </w:rPr>
          <w:t>https://www.abc.net.au/news/2024-10-25/off-radio-krak%C3%B3w-polish-station-ai-hosts-explained/104516864</w:t>
        </w:r>
      </w:hyperlink>
      <w:r>
        <w:t xml:space="preserve"> - Highlights the discussion on the broader implications of AI in the workforce and media content authenticity.</w:t>
      </w:r>
      <w:r/>
    </w:p>
    <w:p>
      <w:pPr>
        <w:pStyle w:val="ListNumber"/>
        <w:spacing w:line="240" w:lineRule="auto"/>
        <w:ind w:left="720"/>
      </w:pPr>
      <w:r/>
      <w:hyperlink r:id="rId15">
        <w:r>
          <w:rPr>
            <w:color w:val="0000EE"/>
            <w:u w:val="single"/>
          </w:rPr>
          <w:t>https://futurism.com/the-byte/radio-stations-ai-hosts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olskieradio.pl/395/7791/artykul/3440361,polish-radio-station-ditches-ai-hosts-amid-controversy" TargetMode="External"/><Relationship Id="rId11" Type="http://schemas.openxmlformats.org/officeDocument/2006/relationships/hyperlink" Target="https://notesfrompoland.com/2024/10/22/controversy-after-polish-radio-station-replaces-human-presenters-with-ai/" TargetMode="External"/><Relationship Id="rId12" Type="http://schemas.openxmlformats.org/officeDocument/2006/relationships/hyperlink" Target="https://www.abc.net.au/news/2024-10-25/off-radio-krak%C3%B3w-polish-station-ai-hosts-explained/104516864" TargetMode="External"/><Relationship Id="rId13" Type="http://schemas.openxmlformats.org/officeDocument/2006/relationships/hyperlink" Target="https://tech.co/news/polish-radio-station-drops-ai-presenters" TargetMode="External"/><Relationship Id="rId14" Type="http://schemas.openxmlformats.org/officeDocument/2006/relationships/hyperlink" Target="https://www.aa.com.tr/en/artificial-intelligence/ai-generated-radio-host-sparks-controversy-in-poland/3371877" TargetMode="External"/><Relationship Id="rId15" Type="http://schemas.openxmlformats.org/officeDocument/2006/relationships/hyperlink" Target="https://futurism.com/the-byte/radio-stations-ai-hos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