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RecCloud's AI Speech-to-Text feature revolutionises transcription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advancing digital landscape, the integration of artificial intelligence (AI) into everyday tasks is proving to be a vital component for boosting productivity across various sectors. Among the tools gaining prominence for enhancing efficiency is RecCloud’s AI-powered Speech-to-Text feature, which is accessible both online and via an app available on the App Store.</w:t>
      </w:r>
      <w:r/>
    </w:p>
    <w:p>
      <w:r/>
      <w:r>
        <w:t>RecCloud's AI Speech-to-Text functionality emerges as a significant asset by enabling users to convert spoken language into written text swiftly and with high precision. This feature is designed to serve diverse groups, including students, journalists, and professionals, by ensuring that no critical information is overlooked in the process of transcription.</w:t>
      </w:r>
      <w:r/>
    </w:p>
    <w:p>
      <w:r/>
      <w:r>
        <w:t>The technology stands out due to several key characteristics:</w:t>
      </w:r>
      <w:r/>
    </w:p>
    <w:p>
      <w:r/>
      <w:r>
        <w:t xml:space="preserve">1. </w:t>
      </w:r>
      <w:r>
        <w:rPr>
          <w:b/>
        </w:rPr>
        <w:t>Fast and Accurate Transcription</w:t>
      </w:r>
      <w:r>
        <w:t>: The tool is engineered to transcribe spoken words accurately and promptly, making it an ideal solution for individuals who rely on precise documentation. This is particularly valuable for professions that demand note-taking, such as journalism and academia.</w:t>
      </w:r>
      <w:r/>
    </w:p>
    <w:p>
      <w:r/>
      <w:r>
        <w:t xml:space="preserve">2. </w:t>
      </w:r>
      <w:r>
        <w:rPr>
          <w:b/>
        </w:rPr>
        <w:t>User-Friendly Interface</w:t>
      </w:r>
      <w:r>
        <w:t>: RecCloud prides itself on delivering an intuitive and straightforward interface that caters to all types of users. Whether utilizing the platform from the website or the app, users have the flexibility to upload audio files or initiate live recordings for immediate transcription, thereby enhancing convenience.</w:t>
      </w:r>
      <w:r/>
    </w:p>
    <w:p>
      <w:r/>
      <w:r>
        <w:t xml:space="preserve">3. </w:t>
      </w:r>
      <w:r>
        <w:rPr>
          <w:b/>
        </w:rPr>
        <w:t>Multilingual Support</w:t>
      </w:r>
      <w:r>
        <w:t>: In a bid to foster inclusivity in global communication, RecCloud supports multiple languages. This feature broadens the tool's accessibility, allowing users from diverse linguistic backgrounds to utilise the service effectively, thereby dismantling language barriers.</w:t>
      </w:r>
      <w:r/>
    </w:p>
    <w:p>
      <w:r/>
      <w:r>
        <w:t xml:space="preserve">4. </w:t>
      </w:r>
      <w:r>
        <w:rPr>
          <w:b/>
        </w:rPr>
        <w:t>Accessible Via Multiple Platforms</w:t>
      </w:r>
      <w:r>
        <w:t>: The Speech-to-Text tool is readily available through RecCloud’s website, providing users the capability to convert audio files directly within a web browser. For users who need transcription services on the move, the app is tailored to offer the same functionality on mobile devices, thereby catering to professionals requiring flexibility and ease of use.</w:t>
      </w:r>
      <w:r/>
    </w:p>
    <w:p>
      <w:r/>
      <w:r>
        <w:t>The real-world applications of RecCloud’s AI Speech-to-Text are extensive. For students, the tool can capture lectures in real-time, facilitating easier review and note-taking without losing focus. Journalists and researchers benefit from the ability to transcribe interviews accurately, thereby streamlining their data collection processes. In the corporate world, the tool aids business professionals in efficiently documenting meetings and discussions, while content creators can leverage it to transcribe podcasts or videos, enhancing accessibility and audience reach.</w:t>
      </w:r>
      <w:r/>
    </w:p>
    <w:p>
      <w:r/>
      <w:r>
        <w:t>Alongside the Speech-to-Text feature, RecCloud provides a comprehensive suite of AI tools designed to optimise audio and video editing, content generation, and accessibility. These include an AI Subtitle Generator for automatic video subtitles, an AI Video Translator for translating voiceovers and subtitles, and an AI Vocal Remover for audio editing. Additionally, tools such as the AI Voice Generator for creating custom voiceovers and an AI Video/Audio Summarizer for condensing material into brief summaries further augment RecCloud’s offerings. The AI Video Generator completes this all-in-one platform for creative projects.</w:t>
      </w:r>
      <w:r/>
    </w:p>
    <w:p>
      <w:r/>
      <w:r>
        <w:t>Altogether, RecCloud presents a robust solution for those seeking to streamline their transcription and content creation processes through AI. Offering a myriad of tools designed to cater to the diverse needs of its users, RecCloud stands as a pivotal platform in today’s technology-driven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https://reccloud.com/transcribe-speech-to-text.html</w:t>
        </w:r>
      </w:hyperlink>
      <w:r>
        <w:t xml:space="preserve"> - Corroborates the accuracy and speed of RecCloud's AI Speech-to-Text feature, as well as its ability to convert both audio and video files into text.</w:t>
      </w:r>
      <w:r/>
    </w:p>
    <w:p>
      <w:pPr>
        <w:pStyle w:val="ListNumber"/>
        <w:spacing w:line="240" w:lineRule="auto"/>
        <w:ind w:left="720"/>
      </w:pPr>
      <w:r/>
      <w:hyperlink r:id="rId11">
        <w:r>
          <w:rPr>
            <w:color w:val="0000EE"/>
            <w:u w:val="single"/>
          </w:rPr>
          <w:t>https://reccloud.com/convert-voice-to-text.html</w:t>
        </w:r>
      </w:hyperlink>
      <w:r>
        <w:t xml:space="preserve"> - Supports the user-friendly interface and multilingual support of RecCloud's AI Speech-to-Text feature.</w:t>
      </w:r>
      <w:r/>
    </w:p>
    <w:p>
      <w:pPr>
        <w:pStyle w:val="ListNumber"/>
        <w:spacing w:line="240" w:lineRule="auto"/>
        <w:ind w:left="720"/>
      </w:pPr>
      <w:r/>
      <w:hyperlink r:id="rId12">
        <w:r>
          <w:rPr>
            <w:color w:val="0000EE"/>
            <w:u w:val="single"/>
          </w:rPr>
          <w:t>https://reccloud.com/transcribe-audio-recording-to-text.html</w:t>
        </w:r>
      </w:hyperlink>
      <w:r>
        <w:t xml:space="preserve"> - Details the real-time transcription and translation features of RecCloud, including its ability to summarize and ask questions about the transcriptions.</w:t>
      </w:r>
      <w:r/>
    </w:p>
    <w:p>
      <w:pPr>
        <w:pStyle w:val="ListNumber"/>
        <w:spacing w:line="240" w:lineRule="auto"/>
        <w:ind w:left="720"/>
      </w:pPr>
      <w:r/>
      <w:hyperlink r:id="rId13">
        <w:r>
          <w:rPr>
            <w:color w:val="0000EE"/>
            <w:u w:val="single"/>
          </w:rPr>
          <w:t>https://apps.apple.com/us/app/reccloud-ai-speech-to-text/id6476857948</w:t>
        </w:r>
      </w:hyperlink>
      <w:r>
        <w:t xml:space="preserve"> - Confirms the availability of RecCloud's AI Speech-to-Text feature via an app on the App Store and its various AI-powered tools for audio and video processing.</w:t>
      </w:r>
      <w:r/>
    </w:p>
    <w:p>
      <w:pPr>
        <w:pStyle w:val="ListNumber"/>
        <w:spacing w:line="240" w:lineRule="auto"/>
        <w:ind w:left="720"/>
      </w:pPr>
      <w:r/>
      <w:hyperlink r:id="rId10">
        <w:r>
          <w:rPr>
            <w:color w:val="0000EE"/>
            <w:u w:val="single"/>
          </w:rPr>
          <w:t>https://reccloud.com/transcribe-speech-to-text.html</w:t>
        </w:r>
      </w:hyperlink>
      <w:r>
        <w:t xml:space="preserve"> - Highlights the accessibility of RecCloud's AI Speech-to-Text through multiple platforms, including the website and mobile app.</w:t>
      </w:r>
      <w:r/>
    </w:p>
    <w:p>
      <w:pPr>
        <w:pStyle w:val="ListNumber"/>
        <w:spacing w:line="240" w:lineRule="auto"/>
        <w:ind w:left="720"/>
      </w:pPr>
      <w:r/>
      <w:hyperlink r:id="rId11">
        <w:r>
          <w:rPr>
            <w:color w:val="0000EE"/>
            <w:u w:val="single"/>
          </w:rPr>
          <w:t>https://reccloud.com/convert-voice-to-text.html</w:t>
        </w:r>
      </w:hyperlink>
      <w:r>
        <w:t xml:space="preserve"> - Explains the real-world applications of RecCloud's AI Speech-to-Text for students, journalists, and business professionals.</w:t>
      </w:r>
      <w:r/>
    </w:p>
    <w:p>
      <w:pPr>
        <w:pStyle w:val="ListNumber"/>
        <w:spacing w:line="240" w:lineRule="auto"/>
        <w:ind w:left="720"/>
      </w:pPr>
      <w:r/>
      <w:hyperlink r:id="rId12">
        <w:r>
          <w:rPr>
            <w:color w:val="0000EE"/>
            <w:u w:val="single"/>
          </w:rPr>
          <w:t>https://reccloud.com/transcribe-audio-recording-to-text.html</w:t>
        </w:r>
      </w:hyperlink>
      <w:r>
        <w:t xml:space="preserve"> - Details the additional AI tools provided by RecCloud, such as the AI Subtitle Generator, AI Video Translator, and AI Vocal Remover.</w:t>
      </w:r>
      <w:r/>
    </w:p>
    <w:p>
      <w:pPr>
        <w:pStyle w:val="ListNumber"/>
        <w:spacing w:line="240" w:lineRule="auto"/>
        <w:ind w:left="720"/>
      </w:pPr>
      <w:r/>
      <w:hyperlink r:id="rId13">
        <w:r>
          <w:rPr>
            <w:color w:val="0000EE"/>
            <w:u w:val="single"/>
          </w:rPr>
          <w:t>https://apps.apple.com/us/app/reccloud-ai-speech-to-text/id6476857948</w:t>
        </w:r>
      </w:hyperlink>
      <w:r>
        <w:t xml:space="preserve"> - Lists the comprehensive suite of AI tools offered by RecCloud, including AI Voice Generator and AI Video/Audio Summarizer.</w:t>
      </w:r>
      <w:r/>
    </w:p>
    <w:p>
      <w:pPr>
        <w:pStyle w:val="ListNumber"/>
        <w:spacing w:line="240" w:lineRule="auto"/>
        <w:ind w:left="720"/>
      </w:pPr>
      <w:r/>
      <w:hyperlink r:id="rId10">
        <w:r>
          <w:rPr>
            <w:color w:val="0000EE"/>
            <w:u w:val="single"/>
          </w:rPr>
          <w:t>https://reccloud.com/transcribe-speech-to-text.html</w:t>
        </w:r>
      </w:hyperlink>
      <w:r>
        <w:t xml:space="preserve"> - Describes the ease of use and flexibility of RecCloud's AI Speech-to-Text feature for uploading audio files or initiating live recordings.</w:t>
      </w:r>
      <w:r/>
    </w:p>
    <w:p>
      <w:pPr>
        <w:pStyle w:val="ListNumber"/>
        <w:spacing w:line="240" w:lineRule="auto"/>
        <w:ind w:left="720"/>
      </w:pPr>
      <w:r/>
      <w:hyperlink r:id="rId11">
        <w:r>
          <w:rPr>
            <w:color w:val="0000EE"/>
            <w:u w:val="single"/>
          </w:rPr>
          <w:t>https://reccloud.com/convert-voice-to-text.html</w:t>
        </w:r>
      </w:hyperlink>
      <w:r>
        <w:t xml:space="preserve"> - Mentions the support for multiple languages and the ability to add speaker names to the text, enhancing the tool's usability.</w:t>
      </w:r>
      <w:r/>
    </w:p>
    <w:p>
      <w:pPr>
        <w:pStyle w:val="ListNumber"/>
        <w:spacing w:line="240" w:lineRule="auto"/>
        <w:ind w:left="720"/>
      </w:pPr>
      <w:r/>
      <w:hyperlink r:id="rId13">
        <w:r>
          <w:rPr>
            <w:color w:val="0000EE"/>
            <w:u w:val="single"/>
          </w:rPr>
          <w:t>https://apps.apple.com/us/app/reccloud-ai-speech-to-text/id6476857948</w:t>
        </w:r>
      </w:hyperlink>
      <w:r>
        <w:t xml:space="preserve"> - Provides information on the app's features, including screen recording, text-to-speech, and video generation, which complement the Speech-to-Text functionality.</w:t>
      </w:r>
      <w:r/>
    </w:p>
    <w:p>
      <w:pPr>
        <w:pStyle w:val="ListNumber"/>
        <w:spacing w:line="240" w:lineRule="auto"/>
        <w:ind w:left="720"/>
      </w:pPr>
      <w:r/>
      <w:hyperlink r:id="rId14">
        <w:r>
          <w:rPr>
            <w:color w:val="0000EE"/>
            <w:u w:val="single"/>
          </w:rPr>
          <w:t>https://www.redmondpie.com/unlocking-the-power-of-ai-recclouds-speech-to-text-solution/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ccloud.com/transcribe-speech-to-text.html" TargetMode="External"/><Relationship Id="rId11" Type="http://schemas.openxmlformats.org/officeDocument/2006/relationships/hyperlink" Target="https://reccloud.com/convert-voice-to-text.html" TargetMode="External"/><Relationship Id="rId12" Type="http://schemas.openxmlformats.org/officeDocument/2006/relationships/hyperlink" Target="https://reccloud.com/transcribe-audio-recording-to-text.html" TargetMode="External"/><Relationship Id="rId13" Type="http://schemas.openxmlformats.org/officeDocument/2006/relationships/hyperlink" Target="https://apps.apple.com/us/app/reccloud-ai-speech-to-text/id6476857948" TargetMode="External"/><Relationship Id="rId14" Type="http://schemas.openxmlformats.org/officeDocument/2006/relationships/hyperlink" Target="https://www.redmondpie.com/unlocking-the-power-of-ai-recclouds-speech-to-text-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