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video editing with Filmora's AI Portrait Cutout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content creation, the need for efficient and accessible video editing tools is more pronounced than ever. Enter Wondershare Filmora, a software that has garnered a reputation for streamlining complex video editing tasks through sophisticated yet user-friendly features. With the increasing demand for standout video content across platforms such as YouTube, TikTok, and Instagram, Filmora’s AI-driven capabilities are shaping the way creators approach their craft.</w:t>
      </w:r>
      <w:r/>
    </w:p>
    <w:p>
      <w:r/>
      <w:r>
        <w:t>Central to Filmora's suite of editing tools is its AI Portrait Cutout feature, a revolutionary function that promises to alter the landscape of video editing by simplifying the arduous task of background removal. Traditionally, removing backgrounds has been a daunting task involving intricate procedures such as manual masking and chroma key adjustments. While green screens presented a partial solution, they demanded elaborate setups involving specific lighting conditions and considerable physical space, making them impractical for many creators, particularly those working under time constraints or on location.</w:t>
      </w:r>
      <w:r/>
    </w:p>
    <w:p>
      <w:r/>
      <w:r>
        <w:t>Filmora's AI Portrait Cutout circumvents these barriers by utilising advanced machine learning algorithms to automatically detect and isolate the subject in a video from its background. This innovation allows users to perform background removal with a single click, saving significant editing time while maintaining professional-quality outcomes. The precision of the AI is noteworthy as it accurately identifies complex shapes and textures, capturing fine details such as hair strands and facial features to ensure the integrity of the subject remains intact.</w:t>
      </w:r>
      <w:r/>
    </w:p>
    <w:p>
      <w:r/>
      <w:r>
        <w:t>The process is straightforward and appeals to both novices and experienced video editors. Upon uploading a video to Filmora, users simply select the AI Portrait option, and the software processes the background removal in seconds. The result is a clean cutout of the subject, which can then be seamlessly integrated into a new backdrop or scene, offering expansive creative possibilities. This feature directly benefits content creators across diverse platforms, enabling them to experiment with different environments and settings without investing in costly equipment or engaging in elaborate shoot arrangements.</w:t>
      </w:r>
      <w:r/>
    </w:p>
    <w:p>
      <w:r/>
      <w:r>
        <w:t>Specifically, social media influencers stand to benefit significantly from this tool. They can use the AI Portrait Cutout to dynamically alter the backgrounds of their content, enhancing storytelling by simulating various locales, from bustling metropolises to futuristic landscapes. This capability aligns with the demands of platforms like TikTok, where engaging visuals are key to capturing audience attention. In addition, small business owners and marketers can leverage this feature to elevate the quality of their promotional videos, creating a professional appearance without the need for an extensive budget or technical crew.</w:t>
      </w:r>
      <w:r/>
    </w:p>
    <w:p>
      <w:r/>
      <w:r>
        <w:t>Filmora’s strategy has always revolved around democratising video editing, providing users with powerful tools without the steep learning curve associated with professional-grade software like Adobe Premiere or Final Cut Pro. The AI Portrait Cutout is a testament to this vision, merging simplicity with sophisticated functionality. Its intelligent algorithms ensure precision, particularly in challenging editing scenarios involving intricate accessories or motion.</w:t>
      </w:r>
      <w:r/>
    </w:p>
    <w:p>
      <w:r/>
      <w:r>
        <w:t xml:space="preserve">The automation of such a labour-intensive process as background removal signifies a substantial time-saving advantage for creators operating under tight deadlines. By reducing the time spent on editing, creators can allocate more resources to creative storytelling and content promotion. </w:t>
      </w:r>
      <w:r/>
    </w:p>
    <w:p>
      <w:r/>
      <w:r>
        <w:t xml:space="preserve">Filmora's continued focus on integrating AI to enhance user experience is paving the way for further innovations in video editing. As AI technology progresses, it is anticipated that Filmora will introduce additional features aimed at enhancing productivity and creative exploration. The AI Portrait Cutout exemplifies how advanced technology can be leveraged to empower a broad audience of content creators, marking a significant step towards making high-quality video production accessible to all. </w:t>
      </w:r>
      <w:r/>
    </w:p>
    <w:p>
      <w:r/>
      <w:r>
        <w:t>In a world where digital storytelling increasingly dominates communication spaces, Filmora is equipping a new generation of creators with the tools to craft compelling narratives, fostering a community of innovative influencers, marketers, and storytellers.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https://wondershare-filmora-video-editor.en.softonic.com</w:t>
        </w:r>
      </w:hyperlink>
      <w:r>
        <w:t xml:space="preserve"> - Corroborates Filmora's user-friendly interface and its ability to streamline complex video editing tasks, including background removal and other advanced features.</w:t>
      </w:r>
      <w:r/>
    </w:p>
    <w:p>
      <w:pPr>
        <w:pStyle w:val="ListNumber"/>
        <w:spacing w:line="240" w:lineRule="auto"/>
        <w:ind w:left="720"/>
      </w:pPr>
      <w:r/>
      <w:hyperlink r:id="rId11">
        <w:r>
          <w:rPr>
            <w:color w:val="0000EE"/>
            <w:u w:val="single"/>
          </w:rPr>
          <w:t>https://apps.microsoft.com/detail/xp8jnpkgtv6nrl?hl=en-us</w:t>
        </w:r>
      </w:hyperlink>
      <w:r>
        <w:t xml:space="preserve"> - Details Filmora's AI Portrait Cutout feature and other AI-driven capabilities, such as AI Music Generator and AI Image Creator, which simplify video editing tasks.</w:t>
      </w:r>
      <w:r/>
    </w:p>
    <w:p>
      <w:pPr>
        <w:pStyle w:val="ListNumber"/>
        <w:spacing w:line="240" w:lineRule="auto"/>
        <w:ind w:left="720"/>
      </w:pPr>
      <w:r/>
      <w:hyperlink r:id="rId12">
        <w:r>
          <w:rPr>
            <w:color w:val="0000EE"/>
            <w:u w:val="single"/>
          </w:rPr>
          <w:t>https://www.pcmag.com/reviews/wondershare-filmora</w:t>
        </w:r>
      </w:hyperlink>
      <w:r>
        <w:t xml:space="preserve"> - Explains the precision of Filmora's AI Portrait Cutout in identifying complex shapes and textures, and its integration with other advanced features like motion tracking and keyframing.</w:t>
      </w:r>
      <w:r/>
    </w:p>
    <w:p>
      <w:pPr>
        <w:pStyle w:val="ListNumber"/>
        <w:spacing w:line="240" w:lineRule="auto"/>
        <w:ind w:left="720"/>
      </w:pPr>
      <w:r/>
      <w:hyperlink r:id="rId13">
        <w:r>
          <w:rPr>
            <w:color w:val="0000EE"/>
            <w:u w:val="single"/>
          </w:rPr>
          <w:t>https://www.youtube.com/watch?v=IjLVHHmc76Q</w:t>
        </w:r>
      </w:hyperlink>
      <w:r>
        <w:t xml:space="preserve"> - Demonstrates the use of Filmora's AI Portrait Cutout and other AI editing capabilities in a practical tutorial, highlighting its ease of use and creative possibilities.</w:t>
      </w:r>
      <w:r/>
    </w:p>
    <w:p>
      <w:pPr>
        <w:pStyle w:val="ListNumber"/>
        <w:spacing w:line="240" w:lineRule="auto"/>
        <w:ind w:left="720"/>
      </w:pPr>
      <w:r/>
      <w:hyperlink r:id="rId10">
        <w:r>
          <w:rPr>
            <w:color w:val="0000EE"/>
            <w:u w:val="single"/>
          </w:rPr>
          <w:t>https://wondershare-filmora-video-editor.en.softonic.com</w:t>
        </w:r>
      </w:hyperlink>
      <w:r>
        <w:t xml:space="preserve"> - Mentions the multi-platform compatibility of Filmora, allowing users to edit videos across different devices, which is beneficial for social media influencers and small business owners.</w:t>
      </w:r>
      <w:r/>
    </w:p>
    <w:p>
      <w:pPr>
        <w:pStyle w:val="ListNumber"/>
        <w:spacing w:line="240" w:lineRule="auto"/>
        <w:ind w:left="720"/>
      </w:pPr>
      <w:r/>
      <w:hyperlink r:id="rId11">
        <w:r>
          <w:rPr>
            <w:color w:val="0000EE"/>
            <w:u w:val="single"/>
          </w:rPr>
          <w:t>https://apps.microsoft.com/detail/xp8jnpkgtv6nrl?hl=en-us</w:t>
        </w:r>
      </w:hyperlink>
      <w:r>
        <w:t xml:space="preserve"> - Discusses how Filmora's AI features, including AI Portrait Cutout, help in automating labour-intensive processes, saving time for creators and enhancing productivity.</w:t>
      </w:r>
      <w:r/>
    </w:p>
    <w:p>
      <w:pPr>
        <w:pStyle w:val="ListNumber"/>
        <w:spacing w:line="240" w:lineRule="auto"/>
        <w:ind w:left="720"/>
      </w:pPr>
      <w:r/>
      <w:hyperlink r:id="rId12">
        <w:r>
          <w:rPr>
            <w:color w:val="0000EE"/>
            <w:u w:val="single"/>
          </w:rPr>
          <w:t>https://www.pcmag.com/reviews/wondershare-filmora</w:t>
        </w:r>
      </w:hyperlink>
      <w:r>
        <w:t xml:space="preserve"> - Highlights Filmora's strategy of democratizing video editing by providing powerful tools with a simple learning curve, contrasting it with professional-grade software like Adobe Premiere or Final Cut Pro.</w:t>
      </w:r>
      <w:r/>
    </w:p>
    <w:p>
      <w:pPr>
        <w:pStyle w:val="ListNumber"/>
        <w:spacing w:line="240" w:lineRule="auto"/>
        <w:ind w:left="720"/>
      </w:pPr>
      <w:r/>
      <w:hyperlink r:id="rId14">
        <w:r>
          <w:rPr>
            <w:color w:val="0000EE"/>
            <w:u w:val="single"/>
          </w:rPr>
          <w:t>https://www.youtube.com/watch?v=8mv6BeuIneg</w:t>
        </w:r>
      </w:hyperlink>
      <w:r>
        <w:t xml:space="preserve"> - Provides a detailed tutorial on using Filmora, including how to use the AI Portrait Cutout feature, which aligns with the need for engaging visuals on platforms like TikTok.</w:t>
      </w:r>
      <w:r/>
    </w:p>
    <w:p>
      <w:pPr>
        <w:pStyle w:val="ListNumber"/>
        <w:spacing w:line="240" w:lineRule="auto"/>
        <w:ind w:left="720"/>
      </w:pPr>
      <w:r/>
      <w:hyperlink r:id="rId11">
        <w:r>
          <w:rPr>
            <w:color w:val="0000EE"/>
            <w:u w:val="single"/>
          </w:rPr>
          <w:t>https://apps.microsoft.com/detail/xp8jnpkgtv6nrl?hl=en-us</w:t>
        </w:r>
      </w:hyperlink>
      <w:r>
        <w:t xml:space="preserve"> - Details the various AI features in Filmora, such as AI Music Generator and AI Sticker Generator, which enhance creative possibilities and user experience.</w:t>
      </w:r>
      <w:r/>
    </w:p>
    <w:p>
      <w:pPr>
        <w:pStyle w:val="ListNumber"/>
        <w:spacing w:line="240" w:lineRule="auto"/>
        <w:ind w:left="720"/>
      </w:pPr>
      <w:r/>
      <w:hyperlink r:id="rId12">
        <w:r>
          <w:rPr>
            <w:color w:val="0000EE"/>
            <w:u w:val="single"/>
          </w:rPr>
          <w:t>https://www.pcmag.com/reviews/wondershare-filmora</w:t>
        </w:r>
      </w:hyperlink>
      <w:r>
        <w:t xml:space="preserve"> - Explains how Filmora's AI features, including AI Portrait Cutout, are designed to work seamlessly with other editing tools like transitions, overlays, and effects, making video editing more efficient.</w:t>
      </w:r>
      <w:r/>
    </w:p>
    <w:p>
      <w:pPr>
        <w:pStyle w:val="ListNumber"/>
        <w:spacing w:line="240" w:lineRule="auto"/>
        <w:ind w:left="720"/>
      </w:pPr>
      <w:r/>
      <w:hyperlink r:id="rId13">
        <w:r>
          <w:rPr>
            <w:color w:val="0000EE"/>
            <w:u w:val="single"/>
          </w:rPr>
          <w:t>https://www.youtube.com/watch?v=IjLVHHmc76Q</w:t>
        </w:r>
      </w:hyperlink>
      <w:r>
        <w:t xml:space="preserve"> - Shows how Filmora's AI Portrait Cutout and other features can be used to create professional-looking videos for promotional purposes without extensive technical knowledge or equipment.</w:t>
      </w:r>
      <w:r/>
    </w:p>
    <w:p>
      <w:pPr>
        <w:pStyle w:val="ListNumber"/>
        <w:spacing w:line="240" w:lineRule="auto"/>
        <w:ind w:left="720"/>
      </w:pPr>
      <w:r/>
      <w:hyperlink r:id="rId15">
        <w:r>
          <w:rPr>
            <w:color w:val="0000EE"/>
            <w:u w:val="single"/>
          </w:rPr>
          <w:t>https://techbullion.com/wondershare-filmoras-ai-portrait-cutout-is-the-feature-you-didnt-know-you-needed/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ndershare-filmora-video-editor.en.softonic.com" TargetMode="External"/><Relationship Id="rId11" Type="http://schemas.openxmlformats.org/officeDocument/2006/relationships/hyperlink" Target="https://apps.microsoft.com/detail/xp8jnpkgtv6nrl?hl=en-us" TargetMode="External"/><Relationship Id="rId12" Type="http://schemas.openxmlformats.org/officeDocument/2006/relationships/hyperlink" Target="https://www.pcmag.com/reviews/wondershare-filmora" TargetMode="External"/><Relationship Id="rId13" Type="http://schemas.openxmlformats.org/officeDocument/2006/relationships/hyperlink" Target="https://www.youtube.com/watch?v=IjLVHHmc76Q" TargetMode="External"/><Relationship Id="rId14" Type="http://schemas.openxmlformats.org/officeDocument/2006/relationships/hyperlink" Target="https://www.youtube.com/watch?v=8mv6BeuIneg" TargetMode="External"/><Relationship Id="rId15" Type="http://schemas.openxmlformats.org/officeDocument/2006/relationships/hyperlink" Target="https://techbullion.com/wondershare-filmoras-ai-portrait-cutout-is-the-feature-you-didnt-know-you-need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