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Rise of AI in software development: A new era for coding begins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Rise of AI in Software Development: A New Era for Coding Begins</w:t>
      </w:r>
      <w:r/>
    </w:p>
    <w:p>
      <w:r/>
      <w:r>
        <w:t>The rapidly evolving landscape of software development is being reshaped by advanced artificial intelligence technologies, offering new possibilities in how code is written and implemented. AI copilots, such as GitHub Copilot and Cursor.AI, have already become indispensable tools for developers across the globe. Nevertheless, the role of AI in coding is anticipated to significantly expand, potentially transcending its current function of providing technical assistance and debugging support.</w:t>
      </w:r>
      <w:r/>
    </w:p>
    <w:p>
      <w:r/>
      <w:r>
        <w:t>Several startups, including notable names like Replit and Bubble, are at the forefront, developing technologies that can generate code from natural language prompts. This innovation points towards a future where AI could autonomously craft entire programmes based on basic human instructions, potentially altering the demand for human engineers. Industry experts and venture capitalists are actively discussing this forthcoming shift in the software development landscape.</w:t>
      </w:r>
      <w:r/>
    </w:p>
    <w:p>
      <w:r/>
      <w:r>
        <w:t>At TechCrunch Disrupt, a prominent technology conference, Greylock partner and venture capitalist, Corinne Riley, shared insights on this potential transition. She expressed a belief that while AI agents replacing human engineers is not an immediate reality, it is certainly on the horizon. However, she cautioned against fully integrating such AI solutions in nascent companies, highlighting the importance of human-driven foundation building at the seed stage. Riley noted that many of Greylock's portfolio companies already permit the use of coding assistants during technical interviews for potential hires.</w:t>
      </w:r>
      <w:r/>
    </w:p>
    <w:p>
      <w:r/>
      <w:r>
        <w:t>Contrastingly, Elizabeth Yin, co-founder and general partner at Hustle Fund, offered a different perspective at the same venue. She advocated for leveraging AI's capabilities in the early stages of a startup to expedite learning and product development. According to Yin, AI tools enable rapid prototyping and iteration, crucial for identifying key market needs and refining product-market fit. Yin argued that early-stage companies should prioritise speed over optimisation, even if it means revisiting and refining earlier work as the company evolves.</w:t>
      </w:r>
      <w:r/>
    </w:p>
    <w:p>
      <w:r/>
      <w:r>
        <w:t>Renata Quintini, co-founder of Renegade Partners, supported this approach, suggesting that if AI can aid in exploring product-market fit swiftly, its application is justified. However, she emphasised that the primary focus at the seed stage should not be about streamlining but rather about experimentation and discovery.</w:t>
      </w:r>
      <w:r/>
    </w:p>
    <w:p>
      <w:r/>
      <w:r>
        <w:t>As technology continues to advance, the notion of AI agents functioning alongside human developers is becoming increasingly plausible. The year 2024 may usher in a new era where startups born in this era employ AI-powered development processes from inception. This emerging dynamic proposes a future where coders could find themselves collaborating directly with AI agents, creating an intriguing intersection of technology and human ingenuity.</w:t>
      </w:r>
      <w:r/>
    </w:p>
    <w:p>
      <w:r/>
      <w:r>
        <w:t>The conversation surrounding AI in coding underscores a broader dialogue on the future of work and technology's role in it. As these developments unfold, the software engineering sector may witness transformative changes in roles, responsibilities, and the essential skills required for success.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https://www.everestgrp.com/it-services/the-rise-of-ai-developers-how-devin-and-other-autonomous-ai-agents-will-reshape-software-development-blog.html</w:t>
        </w:r>
      </w:hyperlink>
      <w:r>
        <w:t xml:space="preserve"> - This article discusses how autonomous AI agents like Devin are revolutionizing software development by independently planning, executing, and completing complex software engineering tasks, which supports the idea of AI potentially crafting entire programs based on human instructions.</w:t>
      </w:r>
      <w:r/>
    </w:p>
    <w:p>
      <w:pPr>
        <w:pStyle w:val="ListNumber"/>
        <w:spacing w:line="240" w:lineRule="auto"/>
        <w:ind w:left="720"/>
      </w:pPr>
      <w:r/>
      <w:hyperlink r:id="rId11">
        <w:r>
          <w:rPr>
            <w:color w:val="0000EE"/>
            <w:u w:val="single"/>
          </w:rPr>
          <w:t>https://www.forbes.com/sites/garydrenik/2024/07/09/ai-is-driving-an-evolution-in-the-role-of-the-software-developer/</w:t>
        </w:r>
      </w:hyperlink>
      <w:r>
        <w:t xml:space="preserve"> - This article highlights how AI is automating complex coding tasks, boosting productivity, and enabling developers to focus on strategic and innovative work, aligning with the notion of AI expanding its role in coding beyond technical assistance.</w:t>
      </w:r>
      <w:r/>
    </w:p>
    <w:p>
      <w:pPr>
        <w:pStyle w:val="ListNumber"/>
        <w:spacing w:line="240" w:lineRule="auto"/>
        <w:ind w:left="720"/>
      </w:pPr>
      <w:r/>
      <w:hyperlink r:id="rId12">
        <w:r>
          <w:rPr>
            <w:color w:val="0000EE"/>
            <w:u w:val="single"/>
          </w:rPr>
          <w:t>https://fortyseven47.com/blog/the-future-of-ai-in-software-development/</w:t>
        </w:r>
      </w:hyperlink>
      <w:r>
        <w:t xml:space="preserve"> - This article explores the future of AI in software development, including AI-driven code assistance, automated testing, and enhanced user experiences, which corroborates the potential for AI to generate code from natural language prompts and alter the demand for human engineers.</w:t>
      </w:r>
      <w:r/>
    </w:p>
    <w:p>
      <w:pPr>
        <w:pStyle w:val="ListNumber"/>
        <w:spacing w:line="240" w:lineRule="auto"/>
        <w:ind w:left="720"/>
      </w:pPr>
      <w:r/>
      <w:hyperlink r:id="rId13">
        <w:r>
          <w:rPr>
            <w:color w:val="0000EE"/>
            <w:u w:val="single"/>
          </w:rPr>
          <w:t>https://adevait.com/artificial-intelligence/impact-of-ai-on-software-development</w:t>
        </w:r>
      </w:hyperlink>
      <w:r>
        <w:t xml:space="preserve"> - This article discusses how AI is transforming software development by enhancing efficiency, accuracy, and innovation, including automating repetitive tasks and improving project management, which supports the idea of AI aiding in rapid prototyping and iteration.</w:t>
      </w:r>
      <w:r/>
    </w:p>
    <w:p>
      <w:pPr>
        <w:pStyle w:val="ListNumber"/>
        <w:spacing w:line="240" w:lineRule="auto"/>
        <w:ind w:left="720"/>
      </w:pPr>
      <w:r/>
      <w:hyperlink r:id="rId14">
        <w:r>
          <w:rPr>
            <w:color w:val="0000EE"/>
            <w:u w:val="single"/>
          </w:rPr>
          <w:t>https://brainhub.eu/library/software-developer-age-of-ai</w:t>
        </w:r>
      </w:hyperlink>
      <w:r>
        <w:t xml:space="preserve"> - This article explains how AI is making life easier for programmers by taking over tedious tasks and streamlining work, and how AI won't replace programmers but will become an essential tool, aligning with the discussion on AI's role in the future of coding.</w:t>
      </w:r>
      <w:r/>
    </w:p>
    <w:p>
      <w:pPr>
        <w:pStyle w:val="ListNumber"/>
        <w:spacing w:line="240" w:lineRule="auto"/>
        <w:ind w:left="720"/>
      </w:pPr>
      <w:r/>
      <w:hyperlink r:id="rId10">
        <w:r>
          <w:rPr>
            <w:color w:val="0000EE"/>
            <w:u w:val="single"/>
          </w:rPr>
          <w:t>https://www.everestgrp.com/it-services/the-rise-of-ai-developers-how-devin-and-other-autonomous-ai-agents-will-reshape-software-development-blog.html</w:t>
        </w:r>
      </w:hyperlink>
      <w:r>
        <w:t xml:space="preserve"> - This article mentions the importance of human oversight and strategic decisions in complex projects, which contrasts with the views of venture capitalists on the integration of AI solutions in nascent companies.</w:t>
      </w:r>
      <w:r/>
    </w:p>
    <w:p>
      <w:pPr>
        <w:pStyle w:val="ListNumber"/>
        <w:spacing w:line="240" w:lineRule="auto"/>
        <w:ind w:left="720"/>
      </w:pPr>
      <w:r/>
      <w:hyperlink r:id="rId11">
        <w:r>
          <w:rPr>
            <w:color w:val="0000EE"/>
            <w:u w:val="single"/>
          </w:rPr>
          <w:t>https://www.forbes.com/sites/garydrenik/2024/07/09/ai-is-driving-an-evolution-in-the-role-of-the-software-developer/</w:t>
        </w:r>
      </w:hyperlink>
      <w:r>
        <w:t xml:space="preserve"> - This article emphasizes that AI does not aim to replace human developers but to enhance their creativity and efficiency, supporting the perspective that AI should be used to expedite learning and product development in early stages.</w:t>
      </w:r>
      <w:r/>
    </w:p>
    <w:p>
      <w:pPr>
        <w:pStyle w:val="ListNumber"/>
        <w:spacing w:line="240" w:lineRule="auto"/>
        <w:ind w:left="720"/>
      </w:pPr>
      <w:r/>
      <w:hyperlink r:id="rId12">
        <w:r>
          <w:rPr>
            <w:color w:val="0000EE"/>
            <w:u w:val="single"/>
          </w:rPr>
          <w:t>https://fortyseven47.com/blog/the-future-of-ai-in-software-development/</w:t>
        </w:r>
      </w:hyperlink>
      <w:r>
        <w:t xml:space="preserve"> - This article discusses the future trends in AI-driven code assistance, automated testing, and AI-enhanced design, which aligns with the idea of startups employing AI-powered development processes from inception.</w:t>
      </w:r>
      <w:r/>
    </w:p>
    <w:p>
      <w:pPr>
        <w:pStyle w:val="ListNumber"/>
        <w:spacing w:line="240" w:lineRule="auto"/>
        <w:ind w:left="720"/>
      </w:pPr>
      <w:r/>
      <w:hyperlink r:id="rId13">
        <w:r>
          <w:rPr>
            <w:color w:val="0000EE"/>
            <w:u w:val="single"/>
          </w:rPr>
          <w:t>https://adevait.com/artificial-intelligence/impact-of-ai-on-software-development</w:t>
        </w:r>
      </w:hyperlink>
      <w:r>
        <w:t xml:space="preserve"> - This article highlights the role of AI in project management and resource organization, and how it can predict and analyze data to fine-tune project schedules, supporting the notion of AI aiding in experimentation and discovery at the seed stage.</w:t>
      </w:r>
      <w:r/>
    </w:p>
    <w:p>
      <w:pPr>
        <w:pStyle w:val="ListNumber"/>
        <w:spacing w:line="240" w:lineRule="auto"/>
        <w:ind w:left="720"/>
      </w:pPr>
      <w:r/>
      <w:hyperlink r:id="rId14">
        <w:r>
          <w:rPr>
            <w:color w:val="0000EE"/>
            <w:u w:val="single"/>
          </w:rPr>
          <w:t>https://brainhub.eu/library/software-developer-age-of-ai</w:t>
        </w:r>
      </w:hyperlink>
      <w:r>
        <w:t xml:space="preserve"> - This article proposes a new software development process for the age of AI, called Software 2.0, which involves problem definition, data collection, and model learning, supporting the idea of coders collaborating directly with AI agents.</w:t>
      </w:r>
      <w:r/>
    </w:p>
    <w:p>
      <w:pPr>
        <w:pStyle w:val="ListNumber"/>
        <w:spacing w:line="240" w:lineRule="auto"/>
        <w:ind w:left="720"/>
      </w:pPr>
      <w:r/>
      <w:hyperlink r:id="rId12">
        <w:r>
          <w:rPr>
            <w:color w:val="0000EE"/>
            <w:u w:val="single"/>
          </w:rPr>
          <w:t>https://fortyseven47.com/blog/the-future-of-ai-in-software-development/</w:t>
        </w:r>
      </w:hyperlink>
      <w:r>
        <w:t xml:space="preserve"> - This article emphasizes the importance of addressing challenges such as bias and job displacement while embracing AI, which underscores the broader dialogue on the future of work and technology's role in it.</w:t>
      </w:r>
      <w:r/>
    </w:p>
    <w:p>
      <w:pPr>
        <w:pStyle w:val="ListNumber"/>
        <w:spacing w:line="240" w:lineRule="auto"/>
        <w:ind w:left="720"/>
      </w:pPr>
      <w:r/>
      <w:hyperlink r:id="rId15">
        <w:r>
          <w:rPr>
            <w:color w:val="0000EE"/>
            <w:u w:val="single"/>
          </w:rPr>
          <w:t>https://techcrunch.com/2024/11/06/ai-coding-assistants-can-help-startups-develop-products-seed-vcs-believe/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verestgrp.com/it-services/the-rise-of-ai-developers-how-devin-and-other-autonomous-ai-agents-will-reshape-software-development-blog.html" TargetMode="External"/><Relationship Id="rId11" Type="http://schemas.openxmlformats.org/officeDocument/2006/relationships/hyperlink" Target="https://www.forbes.com/sites/garydrenik/2024/07/09/ai-is-driving-an-evolution-in-the-role-of-the-software-developer/" TargetMode="External"/><Relationship Id="rId12" Type="http://schemas.openxmlformats.org/officeDocument/2006/relationships/hyperlink" Target="https://fortyseven47.com/blog/the-future-of-ai-in-software-development/" TargetMode="External"/><Relationship Id="rId13" Type="http://schemas.openxmlformats.org/officeDocument/2006/relationships/hyperlink" Target="https://adevait.com/artificial-intelligence/impact-of-ai-on-software-development" TargetMode="External"/><Relationship Id="rId14" Type="http://schemas.openxmlformats.org/officeDocument/2006/relationships/hyperlink" Target="https://brainhub.eu/library/software-developer-age-of-ai" TargetMode="External"/><Relationship Id="rId15" Type="http://schemas.openxmlformats.org/officeDocument/2006/relationships/hyperlink" Target="https://techcrunch.com/2024/11/06/ai-coding-assistants-can-help-startups-develop-products-seed-vcs-belie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