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Samsung elevates Bixby AI assistant with advanced features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Samsung Elevates Bixby AI Assistant with Advanced Features</w:t>
      </w:r>
      <w:r/>
    </w:p>
    <w:p>
      <w:r/>
      <w:r>
        <w:t>Samsung has unveiled significant upgrades to its Bixby AI assistant, aiming to enhance user experience through advanced functionalities. These enhancements, released recently, position Bixby as a more versatile tool for managing daily tasks, with features designed to simplify interactions and increase productivity.</w:t>
      </w:r>
      <w:r/>
    </w:p>
    <w:p>
      <w:r/>
      <w:r>
        <w:t>The updated Bixby AI boasts the ability to understand and process intricate natural language commands. Users can now experience a more intuitive interaction with the assistant. For instance, when posed with the question "How to get there?", Bixby can intuitively provide precise directions to the user's default location, such as their workplace. This improvement highlights Samsung's effort to create a seamless and efficient user experience by integrating real-world context into digital commands.</w:t>
      </w:r>
      <w:r/>
    </w:p>
    <w:p>
      <w:r/>
      <w:r>
        <w:t>Furthering its capabilities beyond simple text exchanges, Bixby now offers video response options. By sourcing videos from the web, the AI assistant provides users with interactive content that enhances both engagement and usability. This functionality is seen as a step forward in making digital assistants more dynamic and responsive to user needs.</w:t>
      </w:r>
      <w:r/>
    </w:p>
    <w:p>
      <w:r/>
      <w:r>
        <w:t>Moreover, the new features include a web page translation service, broadening Bixby's utility in a global setting. This function supports users who require content to be accessible in different languages, thereby fostering inclusivity and connectivity. In addition to translation, Bixby improves productivity by allowing users to export results to several Microsoft Office applications such as Word and PowerPoint. This capability aligns with the demands of professionals who need to streamline their workflows across various applications.</w:t>
      </w:r>
      <w:r/>
    </w:p>
    <w:p>
      <w:r/>
      <w:r>
        <w:t xml:space="preserve">These advancements reflect Samsung's strategic direction towards integrating more sophisticated AI technology into everyday consumer electronics. By enhancing Bixby's functionality, Samsung not only seeks to improve the user interface but also aims to bolster its competitiveness in the AI assistant market. The latest updates potentially position Bixby as a stronger competitor to other established digital assistants, offering practical, multifaceted support for users worldwide. </w:t>
      </w:r>
      <w:r/>
    </w:p>
    <w:p>
      <w:r/>
      <w:r>
        <w:t>As consumer expectations evolve, technology corporations like Samsung continue to innovate, responding with solutions that cater to a growing demand for more intelligent, contextually aware digital tools. These enhancements to Bixby certainly mark another chapter in the evolving landscape of AI-powered personal assistants.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https://news.samsung.com/us/samsung-bixby-enables-users-launch-key-galaxy-ai-features/</w:t>
        </w:r>
      </w:hyperlink>
      <w:r>
        <w:t xml:space="preserve"> - Corroborates the integration of Galaxy AI with Bixby, enabling users to activate AI features with simple voice commands.</w:t>
      </w:r>
      <w:r/>
    </w:p>
    <w:p>
      <w:pPr>
        <w:pStyle w:val="ListNumber"/>
        <w:spacing w:line="240" w:lineRule="auto"/>
        <w:ind w:left="720"/>
      </w:pPr>
      <w:r/>
      <w:hyperlink r:id="rId11">
        <w:r>
          <w:rPr>
            <w:color w:val="0000EE"/>
            <w:u w:val="single"/>
          </w:rPr>
          <w:t>https://news.samsung.com/my/galaxy-ai-is-integrated-with-bixby-making-the-power-of-mobile-ai-easier-than-ever-to-access</w:t>
        </w:r>
      </w:hyperlink>
      <w:r>
        <w:t xml:space="preserve"> - Supports the integration of Galaxy AI with Bixby, highlighting features like Live Translate and Interpreter.</w:t>
      </w:r>
      <w:r/>
    </w:p>
    <w:p>
      <w:pPr>
        <w:pStyle w:val="ListNumber"/>
        <w:spacing w:line="240" w:lineRule="auto"/>
        <w:ind w:left="720"/>
      </w:pPr>
      <w:r/>
      <w:hyperlink r:id="rId12">
        <w:r>
          <w:rPr>
            <w:color w:val="0000EE"/>
            <w:u w:val="single"/>
          </w:rPr>
          <w:t>https://www.indiatvnews.com/technology/news/samsung-shocks-apple-rolls-out-upgraded-bixby-voice-assistant-with-ai-capabilities-2024-11-07-960509</w:t>
        </w:r>
      </w:hyperlink>
      <w:r>
        <w:t xml:space="preserve"> - Details the upgraded Bixby's ability to understand complex natural language commands and provide video responses.</w:t>
      </w:r>
      <w:r/>
    </w:p>
    <w:p>
      <w:pPr>
        <w:pStyle w:val="ListNumber"/>
        <w:spacing w:line="240" w:lineRule="auto"/>
        <w:ind w:left="720"/>
      </w:pPr>
      <w:r/>
      <w:hyperlink r:id="rId12">
        <w:r>
          <w:rPr>
            <w:color w:val="0000EE"/>
            <w:u w:val="single"/>
          </w:rPr>
          <w:t>https://www.indiatvnews.com/technology/news/samsung-shocks-apple-rolls-out-upgraded-bixby-voice-assistant-with-ai-capabilities-2024-11-07-960509</w:t>
        </w:r>
      </w:hyperlink>
      <w:r>
        <w:t xml:space="preserve"> - Explains Bixby's new feature to translate web pages and export results to Microsoft Office applications.</w:t>
      </w:r>
      <w:r/>
    </w:p>
    <w:p>
      <w:pPr>
        <w:pStyle w:val="ListNumber"/>
        <w:spacing w:line="240" w:lineRule="auto"/>
        <w:ind w:left="720"/>
      </w:pPr>
      <w:r/>
      <w:hyperlink r:id="rId13">
        <w:r>
          <w:rPr>
            <w:color w:val="0000EE"/>
            <w:u w:val="single"/>
          </w:rPr>
          <w:t>https://news.samsung.com/global/samsung-elevates-ai-home-life-with-upgraded-voice-control-over-bespoke-ai-appliances</w:t>
        </w:r>
      </w:hyperlink>
      <w:r>
        <w:t xml:space="preserve"> - Describes the upgraded Bixby's ability to understand complex commands and recall previous conversations for home appliances.</w:t>
      </w:r>
      <w:r/>
    </w:p>
    <w:p>
      <w:pPr>
        <w:pStyle w:val="ListNumber"/>
        <w:spacing w:line="240" w:lineRule="auto"/>
        <w:ind w:left="720"/>
      </w:pPr>
      <w:r/>
      <w:hyperlink r:id="rId13">
        <w:r>
          <w:rPr>
            <w:color w:val="0000EE"/>
            <w:u w:val="single"/>
          </w:rPr>
          <w:t>https://news.samsung.com/global/samsung-elevates-ai-home-life-with-upgraded-voice-control-over-bespoke-ai-appliances</w:t>
        </w:r>
      </w:hyperlink>
      <w:r>
        <w:t xml:space="preserve"> - Highlights Bixby's enhanced voice control capabilities, including multi-intent and multi-turn conversations.</w:t>
      </w:r>
      <w:r/>
    </w:p>
    <w:p>
      <w:pPr>
        <w:pStyle w:val="ListNumber"/>
        <w:spacing w:line="240" w:lineRule="auto"/>
        <w:ind w:left="720"/>
      </w:pPr>
      <w:r/>
      <w:hyperlink r:id="rId14">
        <w:r>
          <w:rPr>
            <w:color w:val="0000EE"/>
            <w:u w:val="single"/>
          </w:rPr>
          <w:t>https://www.cnbc.com/2024/07/11/samsung-to-launch-upgraded-bixby-this-year-with-its-own-ai.html</w:t>
        </w:r>
      </w:hyperlink>
      <w:r>
        <w:t xml:space="preserve"> - Mentions Samsung's plan to launch an upgraded Bixby with its own AI, including features like live translations and Bixby Vision.</w:t>
      </w:r>
      <w:r/>
    </w:p>
    <w:p>
      <w:pPr>
        <w:pStyle w:val="ListNumber"/>
        <w:spacing w:line="240" w:lineRule="auto"/>
        <w:ind w:left="720"/>
      </w:pPr>
      <w:r/>
      <w:hyperlink r:id="rId14">
        <w:r>
          <w:rPr>
            <w:color w:val="0000EE"/>
            <w:u w:val="single"/>
          </w:rPr>
          <w:t>https://www.cnbc.com/2024/07/11/samsung-to-launch-upgraded-bixby-this-year-with-its-own-ai.html</w:t>
        </w:r>
      </w:hyperlink>
      <w:r>
        <w:t xml:space="preserve"> - Discusses Samsung's use of proprietary AI models to enhance Bixby's capabilities, competing with other AI assistants.</w:t>
      </w:r>
      <w:r/>
    </w:p>
    <w:p>
      <w:pPr>
        <w:pStyle w:val="ListNumber"/>
        <w:spacing w:line="240" w:lineRule="auto"/>
        <w:ind w:left="720"/>
      </w:pPr>
      <w:r/>
      <w:hyperlink r:id="rId11">
        <w:r>
          <w:rPr>
            <w:color w:val="0000EE"/>
            <w:u w:val="single"/>
          </w:rPr>
          <w:t>https://news.samsung.com/my/galaxy-ai-is-integrated-with-bixby-making-the-power-of-mobile-ai-easier-than-ever-to-access</w:t>
        </w:r>
      </w:hyperlink>
      <w:r>
        <w:t xml:space="preserve"> - Supports the global availability of Bixby's features in multiple languages, enhancing inclusivity and connectivity.</w:t>
      </w:r>
      <w:r/>
    </w:p>
    <w:p>
      <w:pPr>
        <w:pStyle w:val="ListNumber"/>
        <w:spacing w:line="240" w:lineRule="auto"/>
        <w:ind w:left="720"/>
      </w:pPr>
      <w:r/>
      <w:hyperlink r:id="rId12">
        <w:r>
          <w:rPr>
            <w:color w:val="0000EE"/>
            <w:u w:val="single"/>
          </w:rPr>
          <w:t>https://www.indiatvnews.com/technology/news/samsung-shocks-apple-rolls-out-upgraded-bixby-voice-assistant-with-ai-capabilities-2024-11-07-960509</w:t>
        </w:r>
      </w:hyperlink>
      <w:r>
        <w:t xml:space="preserve"> - Details the revamped user interface of the upgraded Bixby, allowing users to interact via text and voice commands.</w:t>
      </w:r>
      <w:r/>
    </w:p>
    <w:p>
      <w:pPr>
        <w:pStyle w:val="ListNumber"/>
        <w:spacing w:line="240" w:lineRule="auto"/>
        <w:ind w:left="720"/>
      </w:pPr>
      <w:r/>
      <w:hyperlink r:id="rId13">
        <w:r>
          <w:rPr>
            <w:color w:val="0000EE"/>
            <w:u w:val="single"/>
          </w:rPr>
          <w:t>https://news.samsung.com/global/samsung-elevates-ai-home-life-with-upgraded-voice-control-over-bespoke-ai-appliances</w:t>
        </w:r>
      </w:hyperlink>
      <w:r>
        <w:t xml:space="preserve"> - Explains how the upgraded Bixby enhances user experience across various Samsung devices and home appliances.</w:t>
      </w:r>
      <w:r/>
    </w:p>
    <w:p>
      <w:pPr>
        <w:pStyle w:val="ListNumber"/>
        <w:spacing w:line="240" w:lineRule="auto"/>
        <w:ind w:left="720"/>
      </w:pPr>
      <w:r/>
      <w:hyperlink r:id="rId15">
        <w:r>
          <w:rPr>
            <w:color w:val="0000EE"/>
            <w:u w:val="single"/>
          </w:rPr>
          <w:t>https://edition.cnn.com/2024/11/07/world/video/ukraine-russia-war-trump-zakaria-digvid</w:t>
        </w:r>
      </w:hyperlink>
      <w:r>
        <w:t xml:space="preserve"> - Please view link - unable to able to access data</w:t>
      </w:r>
      <w:r/>
    </w:p>
    <w:p>
      <w:pPr>
        <w:pStyle w:val="ListNumber"/>
        <w:spacing w:line="240" w:lineRule="auto"/>
        <w:ind w:left="720"/>
      </w:pPr>
      <w:r/>
      <w:hyperlink r:id="rId16">
        <w:r>
          <w:rPr>
            <w:color w:val="0000EE"/>
            <w:u w:val="single"/>
          </w:rPr>
          <w:t>https://www.analyticsinsight.net/news/samsungs-bixby-your-new-ai-powered-personal-assistant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ews.samsung.com/us/samsung-bixby-enables-users-launch-key-galaxy-ai-features/" TargetMode="External"/><Relationship Id="rId11" Type="http://schemas.openxmlformats.org/officeDocument/2006/relationships/hyperlink" Target="https://news.samsung.com/my/galaxy-ai-is-integrated-with-bixby-making-the-power-of-mobile-ai-easier-than-ever-to-access" TargetMode="External"/><Relationship Id="rId12" Type="http://schemas.openxmlformats.org/officeDocument/2006/relationships/hyperlink" Target="https://www.indiatvnews.com/technology/news/samsung-shocks-apple-rolls-out-upgraded-bixby-voice-assistant-with-ai-capabilities-2024-11-07-960509" TargetMode="External"/><Relationship Id="rId13" Type="http://schemas.openxmlformats.org/officeDocument/2006/relationships/hyperlink" Target="https://news.samsung.com/global/samsung-elevates-ai-home-life-with-upgraded-voice-control-over-bespoke-ai-appliances" TargetMode="External"/><Relationship Id="rId14" Type="http://schemas.openxmlformats.org/officeDocument/2006/relationships/hyperlink" Target="https://www.cnbc.com/2024/07/11/samsung-to-launch-upgraded-bixby-this-year-with-its-own-ai.html" TargetMode="External"/><Relationship Id="rId15" Type="http://schemas.openxmlformats.org/officeDocument/2006/relationships/hyperlink" Target="https://edition.cnn.com/2024/11/07/world/video/ukraine-russia-war-trump-zakaria-digvid" TargetMode="External"/><Relationship Id="rId16" Type="http://schemas.openxmlformats.org/officeDocument/2006/relationships/hyperlink" Target="https://www.analyticsinsight.net/news/samsungs-bixby-your-new-ai-powered-personal-assista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