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enhances Bixby with generative AI features at China launch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has unveiled a significant upgrade to its virtual assistant, Bixby, during an unexpected international launch event for its new foldable devices in China. This surprise development introduces a suite of generative AI features, enhancing Bixby’s functionality in several key areas such as on-screen translation, complex query understanding, and more integrated content interactions.</w:t>
      </w:r>
      <w:r/>
    </w:p>
    <w:p>
      <w:r/>
      <w:r>
        <w:t>This major upgrade, initially outlined by Samsung's Head of Mobile Business, TM Roh, features prominently in the release of the Samsung W25 and W25 Flip—regional variations of the Galaxy Z Fold's Special Edition and Galaxy Z Flip 6. As observed by industry insiders, this development was a strategic step from Samsung to introduce a "next-generation" on-device AI assistant ahead of its anticipated timeline.</w:t>
      </w:r>
      <w:r/>
    </w:p>
    <w:p>
      <w:r/>
      <w:r>
        <w:t>One of the standout enhancements in this Bixby overhaul is its improved ability to comprehend complex user intentions. Samsung has highlighted Bixby's capability to "deeply perceive" user commands and execute multi-step instructions within a single sentence. This presents a significant advancement in the assistant's ability to intuitively understand user needs, akin to developments seen in rivals such as Google's AI Overviews.</w:t>
      </w:r>
      <w:r/>
    </w:p>
    <w:p>
      <w:r/>
      <w:r>
        <w:t>Additionally, Samsung has fortified Bixby's on-screen translation capabilities, boasting improved accuracy. Although the initial release predominantly supports Mandarin—due to the devices' Chinese market launch—the company has expressed intentions to broaden language support, though specific deadlines remain unspecified.</w:t>
      </w:r>
      <w:r/>
    </w:p>
    <w:p>
      <w:r/>
      <w:r>
        <w:t>Another noteworthy feature is Bixby’s upgraded content understanding, particularly concerning multimedia. Samsung claims that Bixby now has the proficiency to "cleverly integrate text and video" drawn from various online sources, providing users with richer contextual information about locations and other subjects of inquiry.</w:t>
      </w:r>
      <w:r/>
    </w:p>
    <w:p>
      <w:r/>
      <w:r>
        <w:t>Furthermore, the integration of generative AI now extends Bixby's utility into document creation, enabling users to generate Microsoft Word and PowerPoint documents based on contextual user requirements.</w:t>
      </w:r>
      <w:r/>
    </w:p>
    <w:p>
      <w:r/>
      <w:r>
        <w:t>This Bixby enhancement follows a series of iterative updates by Samsung aimed at bolstering the assistant's capabilities. Earlier in February, a lesser update introduced functionalities such as Live Translate, Spelling Correction, and Webpage Summaries, all accessible hands-free by simply saying "Hi Bixby."</w:t>
      </w:r>
      <w:r/>
    </w:p>
    <w:p>
      <w:r/>
      <w:r>
        <w:t>While this generative AI-powered Bixby has made its debut in China, the timeline for its availability in other markets, particularly the United States, remains uncertain. Speculation suggests it may align with the anticipated release of the Galaxy S25 series and the new One UI 7 next year.</w:t>
      </w:r>
      <w:r/>
    </w:p>
    <w:p>
      <w:r/>
      <w:r>
        <w:t>These developments signal Samsung's ongoing commitment to refining its AI offerings, positioning Bixby as a versatile, integral component of its device ecosystem. As Samsung continues to expand its AI functionalities, the impact on user experience and market dynamics will be closely watched by industry participants and consumers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https://www.cnbc.com/2024/07/11/samsung-to-launch-upgraded-bixby-this-year-with-its-own-ai.html</w:t>
        </w:r>
      </w:hyperlink>
      <w:r>
        <w:t xml:space="preserve"> - Confirms Samsung's plan to launch an upgraded Bixby with its own AI models and highlights the integration of generative AI technology.</w:t>
      </w:r>
      <w:r/>
    </w:p>
    <w:p>
      <w:pPr>
        <w:pStyle w:val="ListNumber"/>
        <w:spacing w:line="240" w:lineRule="auto"/>
        <w:ind w:left="720"/>
      </w:pPr>
      <w:r/>
      <w:hyperlink r:id="rId11">
        <w:r>
          <w:rPr>
            <w:color w:val="0000EE"/>
            <w:u w:val="single"/>
          </w:rPr>
          <w:t>https://www.androidpolice.com/samsung-smarter-bixby-here-take-google-gemini-siri/</w:t>
        </w:r>
      </w:hyperlink>
      <w:r>
        <w:t xml:space="preserve"> - Details the new Bixby's features, including its ability to understand natural language, context, and multiple commands, and its availability on the Galaxy W25 and W25 Flip in China.</w:t>
      </w:r>
      <w:r/>
    </w:p>
    <w:p>
      <w:pPr>
        <w:pStyle w:val="ListNumber"/>
        <w:spacing w:line="240" w:lineRule="auto"/>
        <w:ind w:left="720"/>
      </w:pPr>
      <w:r/>
      <w:hyperlink r:id="rId12">
        <w:r>
          <w:rPr>
            <w:color w:val="0000EE"/>
            <w:u w:val="single"/>
          </w:rPr>
          <w:t>https://www.sammobile.com/news/bixby-ai-upgrade-2024-confirmed/</w:t>
        </w:r>
      </w:hyperlink>
      <w:r>
        <w:t xml:space="preserve"> - Confirms the AI upgrade for Bixby, powered by Samsung's in-house LLM called Samsung Gauss, and mentions its potential launch with the Galaxy S25 and One UI 7.</w:t>
      </w:r>
      <w:r/>
    </w:p>
    <w:p>
      <w:pPr>
        <w:pStyle w:val="ListNumber"/>
        <w:spacing w:line="240" w:lineRule="auto"/>
        <w:ind w:left="720"/>
      </w:pPr>
      <w:r/>
      <w:hyperlink r:id="rId13">
        <w:r>
          <w:rPr>
            <w:color w:val="0000EE"/>
            <w:u w:val="single"/>
          </w:rPr>
          <w:t>https://www.theshortcut.com/p/samsung-galaxy-s25-bixby-ai-upgrade-news</w:t>
        </w:r>
      </w:hyperlink>
      <w:r>
        <w:t xml:space="preserve"> - Discusses the new Bixby's features, such as smarter responses, document generation, and its current availability in China with plans for global rollout potentially with the Galaxy S25.</w:t>
      </w:r>
      <w:r/>
    </w:p>
    <w:p>
      <w:pPr>
        <w:pStyle w:val="ListNumber"/>
        <w:spacing w:line="240" w:lineRule="auto"/>
        <w:ind w:left="720"/>
      </w:pPr>
      <w:r/>
      <w:hyperlink r:id="rId14">
        <w:r>
          <w:rPr>
            <w:color w:val="0000EE"/>
            <w:u w:val="single"/>
          </w:rPr>
          <w:t>https://news.samsung.com/global/samsung-elevates-ai-home-life-with-upgraded-voice-control-over-bespoke-ai-appliances</w:t>
        </w:r>
      </w:hyperlink>
      <w:r>
        <w:t xml:space="preserve"> - Highlights Bixby's enhanced voice control capabilities, including understanding complex commands and recalling previous conversations, particularly in the context of home appliances.</w:t>
      </w:r>
      <w:r/>
    </w:p>
    <w:p>
      <w:pPr>
        <w:pStyle w:val="ListNumber"/>
        <w:spacing w:line="240" w:lineRule="auto"/>
        <w:ind w:left="720"/>
      </w:pPr>
      <w:r/>
      <w:hyperlink r:id="rId11">
        <w:r>
          <w:rPr>
            <w:color w:val="0000EE"/>
            <w:u w:val="single"/>
          </w:rPr>
          <w:t>https://www.androidpolice.com/samsung-smarter-bixby-here-take-google-gemini-siri/</w:t>
        </w:r>
      </w:hyperlink>
      <w:r>
        <w:t xml:space="preserve"> - Mentions Bixby's ability to integrate text and video information to provide richer contextual information and its capability to generate documents like Word and PowerPoint files.</w:t>
      </w:r>
      <w:r/>
    </w:p>
    <w:p>
      <w:pPr>
        <w:pStyle w:val="ListNumber"/>
        <w:spacing w:line="240" w:lineRule="auto"/>
        <w:ind w:left="720"/>
      </w:pPr>
      <w:r/>
      <w:hyperlink r:id="rId12">
        <w:r>
          <w:rPr>
            <w:color w:val="0000EE"/>
            <w:u w:val="single"/>
          </w:rPr>
          <w:t>https://www.sammobile.com/news/bixby-ai-upgrade-2024-confirmed/</w:t>
        </w:r>
      </w:hyperlink>
      <w:r>
        <w:t xml:space="preserve"> - Explains the strategic importance of the Bixby upgrade as part of Samsung's broader initiative to enhance AI functionalities across its devices.</w:t>
      </w:r>
      <w:r/>
    </w:p>
    <w:p>
      <w:pPr>
        <w:pStyle w:val="ListNumber"/>
        <w:spacing w:line="240" w:lineRule="auto"/>
        <w:ind w:left="720"/>
      </w:pPr>
      <w:r/>
      <w:hyperlink r:id="rId13">
        <w:r>
          <w:rPr>
            <w:color w:val="0000EE"/>
            <w:u w:val="single"/>
          </w:rPr>
          <w:t>https://www.theshortcut.com/p/samsung-galaxy-s25-bixby-ai-upgrade-news</w:t>
        </w:r>
      </w:hyperlink>
      <w:r>
        <w:t xml:space="preserve"> - Speculates on the timeline for Bixby's global availability, suggesting it may align with the release of the Galaxy S25 series and One UI 7.</w:t>
      </w:r>
      <w:r/>
    </w:p>
    <w:p>
      <w:pPr>
        <w:pStyle w:val="ListNumber"/>
        <w:spacing w:line="240" w:lineRule="auto"/>
        <w:ind w:left="720"/>
      </w:pPr>
      <w:r/>
      <w:hyperlink r:id="rId10">
        <w:r>
          <w:rPr>
            <w:color w:val="0000EE"/>
            <w:u w:val="single"/>
          </w:rPr>
          <w:t>https://www.cnbc.com/2024/07/11/samsung-to-launch-upgraded-bixby-this-year-with-its-own-ai.html</w:t>
        </w:r>
      </w:hyperlink>
      <w:r>
        <w:t xml:space="preserve"> - Mentions Samsung's commitment to supporting multiple voice assistants on its devices, including Google's AI assistant, alongside the upgraded Bixby.</w:t>
      </w:r>
      <w:r/>
    </w:p>
    <w:p>
      <w:pPr>
        <w:pStyle w:val="ListNumber"/>
        <w:spacing w:line="240" w:lineRule="auto"/>
        <w:ind w:left="720"/>
      </w:pPr>
      <w:r/>
      <w:hyperlink r:id="rId11">
        <w:r>
          <w:rPr>
            <w:color w:val="0000EE"/>
            <w:u w:val="single"/>
          </w:rPr>
          <w:t>https://www.androidpolice.com/samsung-smarter-bixby-here-take-google-gemini-siri/</w:t>
        </w:r>
      </w:hyperlink>
      <w:r>
        <w:t xml:space="preserve"> - Details the UI revamp of the new Bixby and its ability to read on-screen content and take action accordingly.</w:t>
      </w:r>
      <w:r/>
    </w:p>
    <w:p>
      <w:pPr>
        <w:pStyle w:val="ListNumber"/>
        <w:spacing w:line="240" w:lineRule="auto"/>
        <w:ind w:left="720"/>
      </w:pPr>
      <w:r/>
      <w:hyperlink r:id="rId14">
        <w:r>
          <w:rPr>
            <w:color w:val="0000EE"/>
            <w:u w:val="single"/>
          </w:rPr>
          <w:t>https://news.samsung.com/global/samsung-elevates-ai-home-life-with-upgraded-voice-control-over-bespoke-ai-appliances</w:t>
        </w:r>
      </w:hyperlink>
      <w:r>
        <w:t xml:space="preserve"> - Highlights the enhanced user experience through Bixby's improved voice control, particularly in managing home appliances with complex commands and multi-turn conversations.</w:t>
      </w:r>
      <w:r/>
    </w:p>
    <w:p>
      <w:pPr>
        <w:pStyle w:val="ListNumber"/>
        <w:spacing w:line="240" w:lineRule="auto"/>
        <w:ind w:left="720"/>
      </w:pPr>
      <w:r/>
      <w:hyperlink r:id="rId15">
        <w:r>
          <w:rPr>
            <w:color w:val="0000EE"/>
            <w:u w:val="single"/>
          </w:rPr>
          <w:t>https://www.androidcentral.com/apps-software/samsung-major-gen-ai-bixby-rework-arrives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07/11/samsung-to-launch-upgraded-bixby-this-year-with-its-own-ai.html" TargetMode="External"/><Relationship Id="rId11" Type="http://schemas.openxmlformats.org/officeDocument/2006/relationships/hyperlink" Target="https://www.androidpolice.com/samsung-smarter-bixby-here-take-google-gemini-siri/" TargetMode="External"/><Relationship Id="rId12" Type="http://schemas.openxmlformats.org/officeDocument/2006/relationships/hyperlink" Target="https://www.sammobile.com/news/bixby-ai-upgrade-2024-confirmed/" TargetMode="External"/><Relationship Id="rId13" Type="http://schemas.openxmlformats.org/officeDocument/2006/relationships/hyperlink" Target="https://www.theshortcut.com/p/samsung-galaxy-s25-bixby-ai-upgrade-news" TargetMode="External"/><Relationship Id="rId14" Type="http://schemas.openxmlformats.org/officeDocument/2006/relationships/hyperlink" Target="https://news.samsung.com/global/samsung-elevates-ai-home-life-with-upgraded-voice-control-over-bespoke-ai-appliances" TargetMode="External"/><Relationship Id="rId15" Type="http://schemas.openxmlformats.org/officeDocument/2006/relationships/hyperlink" Target="https://www.androidcentral.com/apps-software/samsung-major-gen-ai-bixby-rework-arriv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