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unveils Galaxy Z Fold6, pushing the boundaries of mobile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remarkable display of innovation, Samsung has unveiled its latest smartphone, the Galaxy Z Fold6, enhancing the boundaries of mobile technology. The launch, highly anticipated by technology enthusiasts and consumer electronics experts alike, further solidifies Samsung's position as a leader in the smartphone market.</w:t>
      </w:r>
      <w:r/>
    </w:p>
    <w:p>
      <w:r/>
      <w:r>
        <w:t>The Galaxy Z Fold6 showcases a host of cutting-edge features, starting with its sharp and bright display, hailed for both its visual clarity and functionality. The display’s increased size and the device's refined sharper corners optimise the viewing area, providing users with an improved experience when utilising multiple applications simultaneously. This design choice enhances both entertainment and productivity, highlighting Samsung's commitment to versatile technology.</w:t>
      </w:r>
      <w:r/>
    </w:p>
    <w:p>
      <w:r/>
      <w:r>
        <w:t>A standout feature of this new handset is the 120Hz refresh rate. This upgrade facilitates smoother streaming of shows and quicker navigation through newsfeeds, while also supporting a seamless remote working experience. The Multi View feature, a notable innovation, enables users to view up to three applications concurrently, a function particularly beneficial for multitaskers.</w:t>
      </w:r>
      <w:r/>
    </w:p>
    <w:p>
      <w:r/>
      <w:r>
        <w:t>Powering the device is a robust 4400mAh battery. To complement the power capacity, the device includes a super-fast charging capability, allowing users to quickly restore their phones to full power with minimal downtime.</w:t>
      </w:r>
      <w:r/>
    </w:p>
    <w:p>
      <w:r/>
      <w:r>
        <w:t>Central to the Galaxy Z Fold6's appeal is its integration of advanced Artificial Intelligence (AI) technologies. Novel features such as Live Translate, Chat Assist, and Browsing Assist offer users enriched interactive experiences, while the highly praised Circle to Search function, developed in collaboration with Google, enables more intuitive navigation and information retrieval.</w:t>
      </w:r>
      <w:r/>
    </w:p>
    <w:p>
      <w:r/>
      <w:r>
        <w:t>Despite the advanced technology and features contributing to a higher recommended retail price (RRP), the device is positioned as a premium option in the market, catering to consumers prepared to invest in a high-performance mobile experience.</w:t>
      </w:r>
      <w:r/>
    </w:p>
    <w:p>
      <w:r/>
      <w:r>
        <w:t>One of the key characteristics that distinguishes the Galaxy Z Fold6 is its folding mechanism, a feature that not only captures the imagination but maintains its novelty and appeal. This design element underscores Samsung's prowess in pioneering flexible and adaptable devices.</w:t>
      </w:r>
      <w:r/>
    </w:p>
    <w:p>
      <w:r/>
      <w:r>
        <w:t>Samsung's introduction of the Galaxy Z Fold6 marks a significant milestone in smartphone innovation, with its superior specifications and groundbreaking features poised to set new standards in the industry. The launch continues Samsung's legacy of pushing technological boundaries and reflects its ongoing dedication to enhancing user experience in the competitive landscape of mobile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https://www.samsung.com/us/smartphones/galaxy-z-fold6/</w:t>
        </w:r>
      </w:hyperlink>
      <w:r>
        <w:t xml:space="preserve"> - Corroborates the Galaxy Z Fold6's sharp and bright display, its increased size, and the device's refined sharper corners.</w:t>
      </w:r>
      <w:r/>
    </w:p>
    <w:p>
      <w:pPr>
        <w:pStyle w:val="ListNumber"/>
        <w:spacing w:line="240" w:lineRule="auto"/>
        <w:ind w:left="720"/>
      </w:pPr>
      <w:r/>
      <w:hyperlink r:id="rId11">
        <w:r>
          <w:rPr>
            <w:color w:val="0000EE"/>
            <w:u w:val="single"/>
          </w:rPr>
          <w:t>https://www.amazon.com/SAMSUNG-Smartphone-Handsfree-Interpreter-Manufacturer/dp/B0D198N6Y6</w:t>
        </w:r>
      </w:hyperlink>
      <w:r>
        <w:t xml:space="preserve"> - Supports the Multi View feature and the ability to view up to three applications concurrently.</w:t>
      </w:r>
      <w:r/>
    </w:p>
    <w:p>
      <w:pPr>
        <w:pStyle w:val="ListNumber"/>
        <w:spacing w:line="240" w:lineRule="auto"/>
        <w:ind w:left="720"/>
      </w:pPr>
      <w:r/>
      <w:hyperlink r:id="rId12">
        <w:r>
          <w:rPr>
            <w:color w:val="0000EE"/>
            <w:u w:val="single"/>
          </w:rPr>
          <w:t>https://www.techradar.com/phones/samsung-galaxy-phones/the-samsung-galaxy-z-fold-6-is-my-favorite-phone-ever-but-i-cant-justify-buying-one-yet</w:t>
        </w:r>
      </w:hyperlink>
      <w:r>
        <w:t xml:space="preserve"> - Details the 120Hz refresh rate and its benefits for smoother streaming and navigation.</w:t>
      </w:r>
      <w:r/>
    </w:p>
    <w:p>
      <w:pPr>
        <w:pStyle w:val="ListNumber"/>
        <w:spacing w:line="240" w:lineRule="auto"/>
        <w:ind w:left="720"/>
      </w:pPr>
      <w:r/>
      <w:hyperlink r:id="rId13">
        <w:r>
          <w:rPr>
            <w:color w:val="0000EE"/>
            <w:u w:val="single"/>
          </w:rPr>
          <w:t>https://www.t-mobile.com/cell-phone/samsung-galaxy-z-fold6</w:t>
        </w:r>
      </w:hyperlink>
      <w:r>
        <w:t xml:space="preserve"> - Mentions the super-fast charging capability and the robust 4400mAh battery.</w:t>
      </w:r>
      <w:r/>
    </w:p>
    <w:p>
      <w:pPr>
        <w:pStyle w:val="ListNumber"/>
        <w:spacing w:line="240" w:lineRule="auto"/>
        <w:ind w:left="720"/>
      </w:pPr>
      <w:r/>
      <w:hyperlink r:id="rId10">
        <w:r>
          <w:rPr>
            <w:color w:val="0000EE"/>
            <w:u w:val="single"/>
          </w:rPr>
          <w:t>https://www.samsung.com/us/smartphones/galaxy-z-fold6/</w:t>
        </w:r>
      </w:hyperlink>
      <w:r>
        <w:t xml:space="preserve"> - Explains the integration of advanced AI technologies, including Circle to Search and other AI features.</w:t>
      </w:r>
      <w:r/>
    </w:p>
    <w:p>
      <w:pPr>
        <w:pStyle w:val="ListNumber"/>
        <w:spacing w:line="240" w:lineRule="auto"/>
        <w:ind w:left="720"/>
      </w:pPr>
      <w:r/>
      <w:hyperlink r:id="rId11">
        <w:r>
          <w:rPr>
            <w:color w:val="0000EE"/>
            <w:u w:val="single"/>
          </w:rPr>
          <w:t>https://www.amazon.com/SAMSUNG-Smartphone-Handsfree-Interpreter-Manufacturer/dp/B0D198N6Y6</w:t>
        </w:r>
      </w:hyperlink>
      <w:r>
        <w:t xml:space="preserve"> - Highlights the Live Translate and Chat Assist features as part of the AI technologies.</w:t>
      </w:r>
      <w:r/>
    </w:p>
    <w:p>
      <w:pPr>
        <w:pStyle w:val="ListNumber"/>
        <w:spacing w:line="240" w:lineRule="auto"/>
        <w:ind w:left="720"/>
      </w:pPr>
      <w:r/>
      <w:hyperlink r:id="rId12">
        <w:r>
          <w:rPr>
            <w:color w:val="0000EE"/>
            <w:u w:val="single"/>
          </w:rPr>
          <w:t>https://www.techradar.com/phones/samsung-galaxy-phones/the-samsung-galaxy-z-fold-6-is-my-favorite-phone-ever-but-i-cant-justify-buying-one-yet</w:t>
        </w:r>
      </w:hyperlink>
      <w:r>
        <w:t xml:space="preserve"> - Discusses the folding mechanism and its novelty and appeal.</w:t>
      </w:r>
      <w:r/>
    </w:p>
    <w:p>
      <w:pPr>
        <w:pStyle w:val="ListNumber"/>
        <w:spacing w:line="240" w:lineRule="auto"/>
        <w:ind w:left="720"/>
      </w:pPr>
      <w:r/>
      <w:hyperlink r:id="rId14">
        <w:r>
          <w:rPr>
            <w:color w:val="0000EE"/>
            <w:u w:val="single"/>
          </w:rPr>
          <w:t>https://www.gsmarena.com/samsung_galaxy_z_fold6-13147.php</w:t>
        </w:r>
      </w:hyperlink>
      <w:r>
        <w:t xml:space="preserve"> - Provides detailed specifications, including the 120Hz refresh rate and the robust 4400mAh battery.</w:t>
      </w:r>
      <w:r/>
    </w:p>
    <w:p>
      <w:pPr>
        <w:pStyle w:val="ListNumber"/>
        <w:spacing w:line="240" w:lineRule="auto"/>
        <w:ind w:left="720"/>
      </w:pPr>
      <w:r/>
      <w:hyperlink r:id="rId10">
        <w:r>
          <w:rPr>
            <w:color w:val="0000EE"/>
            <w:u w:val="single"/>
          </w:rPr>
          <w:t>https://www.samsung.com/us/smartphones/galaxy-z-fold6/</w:t>
        </w:r>
      </w:hyperlink>
      <w:r>
        <w:t xml:space="preserve"> - Details the device's position as a premium option in the market with advanced features.</w:t>
      </w:r>
      <w:r/>
    </w:p>
    <w:p>
      <w:pPr>
        <w:pStyle w:val="ListNumber"/>
        <w:spacing w:line="240" w:lineRule="auto"/>
        <w:ind w:left="720"/>
      </w:pPr>
      <w:r/>
      <w:hyperlink r:id="rId13">
        <w:r>
          <w:rPr>
            <w:color w:val="0000EE"/>
            <w:u w:val="single"/>
          </w:rPr>
          <w:t>https://www.t-mobile.com/cell-phone/samsung-galaxy-z-fold6</w:t>
        </w:r>
      </w:hyperlink>
      <w:r>
        <w:t xml:space="preserve"> - Supports the idea that the Galaxy Z Fold6 marks a significant milestone in smartphone innovation with superior specifications.</w:t>
      </w:r>
      <w:r/>
    </w:p>
    <w:p>
      <w:pPr>
        <w:pStyle w:val="ListNumber"/>
        <w:spacing w:line="240" w:lineRule="auto"/>
        <w:ind w:left="720"/>
      </w:pPr>
      <w:r/>
      <w:hyperlink r:id="rId14">
        <w:r>
          <w:rPr>
            <w:color w:val="0000EE"/>
            <w:u w:val="single"/>
          </w:rPr>
          <w:t>https://www.gsmarena.com/samsung_galaxy_z_fold6-13147.php</w:t>
        </w:r>
      </w:hyperlink>
      <w:r>
        <w:t xml:space="preserve"> - Corroborates Samsung's legacy of pushing technological boundaries and enhancing user experience.</w:t>
      </w:r>
      <w:r/>
    </w:p>
    <w:p>
      <w:pPr>
        <w:pStyle w:val="ListNumber"/>
        <w:spacing w:line="240" w:lineRule="auto"/>
        <w:ind w:left="720"/>
      </w:pPr>
      <w:r/>
      <w:hyperlink r:id="rId15">
        <w:r>
          <w:rPr>
            <w:color w:val="0000EE"/>
            <w:u w:val="single"/>
          </w:rPr>
          <w:t>https://www.standard.co.uk/shopping/esbest/black-friday/best-phone-deals-black-friday-2024-b1192336.html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msung.com/us/smartphones/galaxy-z-fold6/" TargetMode="External"/><Relationship Id="rId11" Type="http://schemas.openxmlformats.org/officeDocument/2006/relationships/hyperlink" Target="https://www.amazon.com/SAMSUNG-Smartphone-Handsfree-Interpreter-Manufacturer/dp/B0D198N6Y6" TargetMode="External"/><Relationship Id="rId12" Type="http://schemas.openxmlformats.org/officeDocument/2006/relationships/hyperlink" Target="https://www.techradar.com/phones/samsung-galaxy-phones/the-samsung-galaxy-z-fold-6-is-my-favorite-phone-ever-but-i-cant-justify-buying-one-yet" TargetMode="External"/><Relationship Id="rId13" Type="http://schemas.openxmlformats.org/officeDocument/2006/relationships/hyperlink" Target="https://www.t-mobile.com/cell-phone/samsung-galaxy-z-fold6" TargetMode="External"/><Relationship Id="rId14" Type="http://schemas.openxmlformats.org/officeDocument/2006/relationships/hyperlink" Target="https://www.gsmarena.com/samsung_galaxy_z_fold6-13147.php" TargetMode="External"/><Relationship Id="rId15" Type="http://schemas.openxmlformats.org/officeDocument/2006/relationships/hyperlink" Target="https://www.standard.co.uk/shopping/esbest/black-friday/best-phone-deals-black-friday-2024-b119233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