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TeleVox partners with Premier, Inc. to enhance healthcare communication through AI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TeleVox, a prominent provider of omnichannel patient relationship management platforms, has entered into a significant national group purchasing agreement with Premier, Inc., a leading healthcare improvement company. This strategic partnership has been established to offer Premier members special pricing and pre-negotiated terms for TeleVox’s AI chatbot solutions, including SMART Web, SMART Voice, and SMART SMS, which are all powered by Iris, the company's conversational AI virtual agent designed specifically for the healthcare sector.</w:t>
      </w:r>
      <w:r/>
    </w:p>
    <w:p>
      <w:r/>
      <w:r>
        <w:t>This agreement aims to extend the reach of Iris, a virtual assistant introduced in 2023, to a wider network of hospitals and healthcare facilities across the United States. Steve Ganjoo, Head of Channel Partnerships at TeleVox, expressed enthusiasm for the collaboration, stating that it provides an opportunity to demonstrate the capabilities of Iris in alleviating the workload of healthcare staff while enhancing the rapport between healthcare providers and patients.</w:t>
      </w:r>
      <w:r/>
    </w:p>
    <w:p>
      <w:r/>
      <w:r>
        <w:t>Iris has been developed with advanced AI functionalities that allow healthcare facilities to offer self-service options, streamline inquiry responses without extensive custom content development, and seamlessly connect patients with appropriate staff through chat functions when necessary. The solution boasts an omni-channel experience, ensuring patient engagement through various mediums including SMART Web, SMART Voice, and SMART SMS. Furthermore, Iris can be integrated with existing Electronic Health Records (EHRs) or deployed independently, providing flexibility and ease in managing patient relationships.</w:t>
      </w:r>
      <w:r/>
    </w:p>
    <w:p>
      <w:r/>
      <w:r>
        <w:t>Premier, Inc. plays a pivotal role in transforming healthcare services in the U.S with an alliance consisting of about 4,350 hospitals and 325,000 other providers and organisations. The company focuses on enhancing healthcare quality and outcomes while reducing costs through its comprehensive array of services that include integrated data and analytics, supply chain solutions, and consulting.</w:t>
      </w:r>
      <w:r/>
    </w:p>
    <w:p>
      <w:r/>
      <w:r>
        <w:t>TeleVox, part of West Technology Group, LLC, which is backed by Apollo Global Management, Inc., has been a trusted partner in the healthcare industry for over three decades. It supports over 7,000 healthcare entities by facilitating patient engagement, education, and empowerment through tailored communication strategies. The company’s solutions promise seamless integration with healthcare providers’ existing systems, ensuring continuity of care and reducing the operational load on medical staff, thus driving efficiency and revenue.</w:t>
      </w:r>
      <w:r/>
    </w:p>
    <w:p>
      <w:r/>
      <w:r>
        <w:t>For more details on TeleVox's offerings and this new agreement with Premier, visit their official website or contact Hilary Cooper, the Head of Marketing at TeleVox.</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https://www.globenewswire.com/news-release/2024/11/06/2975736/0/en/TeleVox-Awarded-AI-Chatbot-Agreement-with-Premier-Inc.html</w:t>
        </w:r>
      </w:hyperlink>
      <w:r>
        <w:t xml:space="preserve"> - Corroborates the national group purchasing agreement between TeleVox and Premier, Inc., and the details of TeleVox’s AI chatbot solutions.</w:t>
      </w:r>
      <w:r/>
    </w:p>
    <w:p>
      <w:pPr>
        <w:pStyle w:val="ListNumber"/>
        <w:spacing w:line="240" w:lineRule="auto"/>
        <w:ind w:left="720"/>
      </w:pPr>
      <w:r/>
      <w:hyperlink r:id="rId10">
        <w:r>
          <w:rPr>
            <w:color w:val="0000EE"/>
            <w:u w:val="single"/>
          </w:rPr>
          <w:t>https://www.globenewswire.com/news-release/2024/11/06/2975736/0/en/TeleVox-Awarded-AI-Chatbot-Agreement-with-Premier-Inc.html</w:t>
        </w:r>
      </w:hyperlink>
      <w:r>
        <w:t xml:space="preserve"> - Provides information on Iris, the conversational AI virtual agent, and its capabilities in healthcare.</w:t>
      </w:r>
      <w:r/>
    </w:p>
    <w:p>
      <w:pPr>
        <w:pStyle w:val="ListNumber"/>
        <w:spacing w:line="240" w:lineRule="auto"/>
        <w:ind w:left="720"/>
      </w:pPr>
      <w:r/>
      <w:hyperlink r:id="rId10">
        <w:r>
          <w:rPr>
            <w:color w:val="0000EE"/>
            <w:u w:val="single"/>
          </w:rPr>
          <w:t>https://www.globenewswire.com/news-release/2024/11/06/2975736/0/en/TeleVox-Awarded-AI-Chatbot-Agreement-with-Premier-Inc.html</w:t>
        </w:r>
      </w:hyperlink>
      <w:r>
        <w:t xml:space="preserve"> - Quotes Steve Ganjoo, Head of Channel Partnerships at TeleVox, on the benefits of the collaboration.</w:t>
      </w:r>
      <w:r/>
    </w:p>
    <w:p>
      <w:pPr>
        <w:pStyle w:val="ListNumber"/>
        <w:spacing w:line="240" w:lineRule="auto"/>
        <w:ind w:left="720"/>
      </w:pPr>
      <w:r/>
      <w:hyperlink r:id="rId10">
        <w:r>
          <w:rPr>
            <w:color w:val="0000EE"/>
            <w:u w:val="single"/>
          </w:rPr>
          <w:t>https://www.globenewswire.com/news-release/2024/11/06/2975736/0/en/TeleVox-Awarded-AI-Chatbot-Agreement-with-Premier-Inc.html</w:t>
        </w:r>
      </w:hyperlink>
      <w:r>
        <w:t xml:space="preserve"> - Explains the omni-channel experience of Iris and its integration with existing EHRs.</w:t>
      </w:r>
      <w:r/>
    </w:p>
    <w:p>
      <w:pPr>
        <w:pStyle w:val="ListNumber"/>
        <w:spacing w:line="240" w:lineRule="auto"/>
        <w:ind w:left="720"/>
      </w:pPr>
      <w:r/>
      <w:hyperlink r:id="rId11">
        <w:r>
          <w:rPr>
            <w:color w:val="0000EE"/>
            <w:u w:val="single"/>
          </w:rPr>
          <w:t>https://premierinc.com/what-we-do/group-purchasing</w:t>
        </w:r>
      </w:hyperlink>
      <w:r>
        <w:t xml:space="preserve"> - Details Premier, Inc.'s role in group purchasing and its services for healthcare providers.</w:t>
      </w:r>
      <w:r/>
    </w:p>
    <w:p>
      <w:pPr>
        <w:pStyle w:val="ListNumber"/>
        <w:spacing w:line="240" w:lineRule="auto"/>
        <w:ind w:left="720"/>
      </w:pPr>
      <w:r/>
      <w:hyperlink r:id="rId10">
        <w:r>
          <w:rPr>
            <w:color w:val="0000EE"/>
            <w:u w:val="single"/>
          </w:rPr>
          <w:t>https://www.globenewswire.com/news-release/2024/11/06/2975736/0/en/TeleVox-Awarded-AI-Chatbot-Agreement-with-Premier-Inc.html</w:t>
        </w:r>
      </w:hyperlink>
      <w:r>
        <w:t xml:space="preserve"> - Describes Premier, Inc.'s alliance and its focus on enhancing healthcare quality and outcomes.</w:t>
      </w:r>
      <w:r/>
    </w:p>
    <w:p>
      <w:pPr>
        <w:pStyle w:val="ListNumber"/>
        <w:spacing w:line="240" w:lineRule="auto"/>
        <w:ind w:left="720"/>
      </w:pPr>
      <w:r/>
      <w:hyperlink r:id="rId10">
        <w:r>
          <w:rPr>
            <w:color w:val="0000EE"/>
            <w:u w:val="single"/>
          </w:rPr>
          <w:t>https://www.globenewswire.com/news-release/2024/11/06/2975736/0/en/TeleVox-Awarded-AI-Chatbot-Agreement-with-Premier-Inc.html</w:t>
        </w:r>
      </w:hyperlink>
      <w:r>
        <w:t xml:space="preserve"> - Provides background on TeleVox, its history, and its role in the healthcare industry.</w:t>
      </w:r>
      <w:r/>
    </w:p>
    <w:p>
      <w:pPr>
        <w:pStyle w:val="ListNumber"/>
        <w:spacing w:line="240" w:lineRule="auto"/>
        <w:ind w:left="720"/>
      </w:pPr>
      <w:r/>
      <w:hyperlink r:id="rId10">
        <w:r>
          <w:rPr>
            <w:color w:val="0000EE"/>
            <w:u w:val="single"/>
          </w:rPr>
          <w:t>https://www.globenewswire.com/news-release/2024/11/06/2975736/0/en/TeleVox-Awarded-AI-Chatbot-Agreement-with-Premier-Inc.html</w:t>
        </w:r>
      </w:hyperlink>
      <w:r>
        <w:t xml:space="preserve"> - Mentions TeleVox's integration with healthcare providers’ existing systems and its impact on care continuity and operational efficiency.</w:t>
      </w:r>
      <w:r/>
    </w:p>
    <w:p>
      <w:pPr>
        <w:pStyle w:val="ListNumber"/>
        <w:spacing w:line="240" w:lineRule="auto"/>
        <w:ind w:left="720"/>
      </w:pPr>
      <w:r/>
      <w:hyperlink r:id="rId12">
        <w:r>
          <w:rPr>
            <w:color w:val="0000EE"/>
            <w:u w:val="single"/>
          </w:rPr>
          <w:t>https://premierinc.com/suppliers</w:t>
        </w:r>
      </w:hyperlink>
      <w:r>
        <w:t xml:space="preserve"> - Provides general information on how suppliers, including those with group purchasing agreements, work with Premier, Inc.</w:t>
      </w:r>
      <w:r/>
    </w:p>
    <w:p>
      <w:pPr>
        <w:pStyle w:val="ListNumber"/>
        <w:spacing w:line="240" w:lineRule="auto"/>
        <w:ind w:left="720"/>
      </w:pPr>
      <w:r/>
      <w:hyperlink r:id="rId10">
        <w:r>
          <w:rPr>
            <w:color w:val="0000EE"/>
            <w:u w:val="single"/>
          </w:rPr>
          <w:t>https://www.globenewswire.com/news-release/2024/11/06/2975736/0/en/TeleVox-Awarded-AI-Chatbot-Agreement-with-Premier-Inc.html</w:t>
        </w:r>
      </w:hyperlink>
      <w:r>
        <w:t xml:space="preserve"> - Details the support and services offered by TeleVox to over 7,000 healthcare entities.</w:t>
      </w:r>
      <w:r/>
    </w:p>
    <w:p>
      <w:pPr>
        <w:pStyle w:val="ListNumber"/>
        <w:spacing w:line="240" w:lineRule="auto"/>
        <w:ind w:left="720"/>
      </w:pPr>
      <w:r/>
      <w:hyperlink r:id="rId10">
        <w:r>
          <w:rPr>
            <w:color w:val="0000EE"/>
            <w:u w:val="single"/>
          </w:rPr>
          <w:t>https://www.globenewswire.com/news-release/2024/11/06/2975736/0/en/TeleVox-Awarded-AI-Chatbot-Agreement-with-Premier-Inc.html</w:t>
        </w:r>
      </w:hyperlink>
      <w:r>
        <w:t xml:space="preserve"> - Mentions the backing of TeleVox by West Technology Group, LLC, and Apollo Global Management, Inc.</w:t>
      </w:r>
      <w:r/>
    </w:p>
    <w:p>
      <w:pPr>
        <w:pStyle w:val="ListNumber"/>
        <w:spacing w:line="240" w:lineRule="auto"/>
        <w:ind w:left="720"/>
      </w:pPr>
      <w:r/>
      <w:hyperlink r:id="rId13">
        <w:r>
          <w:rPr>
            <w:color w:val="0000EE"/>
            <w:u w:val="single"/>
          </w:rPr>
          <w:t>https://news.google.com/rss/articles/CBMiwwFBVV95cUxObUVtdzk2cjZ1UTRGLUNkRDRGZGRiWmJGV00yUkhONG5Rc3V3eHl4QTZnZVhrWnNoYVVHVmJHd0M4c2xSRUZqcVY1RjZSejlJb2szVmxPVkZVUF9HTUsteU5MT1RERHFuSzJUUlh5WXh1Ynd1cHp1RWh0azhPY2EteWxpaHk3X1VLSE5INDU4RjJzcUstNXVKSmRtVXVqeXUwOUtlNENGNTJkLXNRd1pkS2x3cVNKQmMyUHBvbXgxSnZjMUU?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lobenewswire.com/news-release/2024/11/06/2975736/0/en/TeleVox-Awarded-AI-Chatbot-Agreement-with-Premier-Inc.html" TargetMode="External"/><Relationship Id="rId11" Type="http://schemas.openxmlformats.org/officeDocument/2006/relationships/hyperlink" Target="https://premierinc.com/what-we-do/group-purchasing" TargetMode="External"/><Relationship Id="rId12" Type="http://schemas.openxmlformats.org/officeDocument/2006/relationships/hyperlink" Target="https://premierinc.com/suppliers" TargetMode="External"/><Relationship Id="rId13" Type="http://schemas.openxmlformats.org/officeDocument/2006/relationships/hyperlink" Target="https://news.google.com/rss/articles/CBMiwwFBVV95cUxObUVtdzk2cjZ1UTRGLUNkRDRGZGRiWmJGV00yUkhONG5Rc3V3eHl4QTZnZVhrWnNoYVVHVmJHd0M4c2xSRUZqcVY1RjZSejlJb2szVmxPVkZVUF9HTUsteU5MT1RERHFuSzJUUlh5WXh1Ynd1cHp1RWh0azhPY2EteWxpaHk3X1VLSE5INDU4RjJzcUstNXVKSmRtVXVqeXUwOUtlNENGNTJkLXNRd1pkS2x3cVNKQmMyUHBvbXgxSnZjMUU?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