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evolution of upscaling in modern television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world of television technology, upscaling has emerged as a significant feature, particularly as larger screens and higher resolutions become the norm. From the introduction of standard-definition televisions to the advent of 4K and now 8K displays, upscaling technologies have played a pivotal role in adapting lower-resolution content to high-resolution screens.</w:t>
      </w:r>
      <w:r/>
    </w:p>
    <w:p>
      <w:r/>
      <w:r>
        <w:t>Upscaling, in essence, is a technique used to convert a lower-resolution image to match a higher-resolution display. This process, called interpolation, involves predicting and generating additional pixels to fill the higher-resolution screen. The objective is to produce a smoother and more detailed viewing experience, even when the original content does not match the display’s resolution.</w:t>
      </w:r>
      <w:r/>
    </w:p>
    <w:p>
      <w:r/>
      <w:r>
        <w:t>Television resolution has gone through significant transformations over the years. Originally, standard definition (SD) formats, such as those used in NTSC and PAL territories, featured resolutions of 480 and 576 lines, respectively. These analogue signals have since been converted to digital, equating to pixel dimensions of 720 x 480 and 720 x 576. Later, high-definition television (HDTV) introduced resolutions of 720p and 1080p, with the Full HD format (1920 x 1080 pixels) becoming prevalent in broadcasts, streaming services, and Blu-ray discs.</w:t>
      </w:r>
      <w:r/>
    </w:p>
    <w:p>
      <w:r/>
      <w:r>
        <w:t>In recent years, Ultra High Definition (UHD) features both 4K (3840 x 2160 pixels) and 8K (7620 x 4380 pixels) resolutions, providing even more detailed visual experiences. While 4K content is increasingly available via streaming platforms like Netflix, Disney+, and Apple TV+, 8K remains relatively niche, with limited content offerings.</w:t>
      </w:r>
      <w:r/>
    </w:p>
    <w:p>
      <w:r/>
      <w:r>
        <w:t>The effectiveness of upscaling is reflected in its ability to map lower-resolution images to the higher-resolution screens found on contemporary televisions. When upscaling from standard definition to a 4K display, the technology must interpolate a significantly larger number of pixels, essentially filling in around 95% of the image. This process is enhanced through sophisticated algorithms that analyse the original image's pixels, aiming to produce clear and detailed pictures while minimizing unwanted artefacts, particularly in lower-quality or compressed content.</w:t>
      </w:r>
      <w:r/>
    </w:p>
    <w:p>
      <w:r/>
      <w:r>
        <w:t>With the introduction of AI-enhanced processing, upscaling capabilities have seen considerable improvements. Leveraging advanced neural networks and machine learning, AI can be trained using vast databases of images, enabling it to make more educated guesses during the upscaling process. This has led to some of the most precise upscaling seen to date, though it still hinges on estimating rather than genuinely creating new detail.</w:t>
      </w:r>
      <w:r/>
    </w:p>
    <w:p>
      <w:r/>
      <w:r>
        <w:t>The enhancements AI provides are especially beneficial when dealing with moving images, as higher processing powers help to mitigate issues like blurring or ghosting. AI also assists in reducing compression artefacts, ensuring that the upscaled image retains a pleasing aesthetic, even though very low-resolution content may still appear soft.</w:t>
      </w:r>
      <w:r/>
    </w:p>
    <w:p>
      <w:r/>
      <w:r>
        <w:t>Today, more content is available in native 4K, reducing the necessity for extensive upscaling. However, for 8K TVs, where native 8K content is sparse, upscaling remains crucial. These advanced displays use the upscaling process to transform virtually all incoming images to an 8K format, with 8K's 33 million pixels offering a spectacular rendition of high-quality 4K content.</w:t>
      </w:r>
      <w:r/>
    </w:p>
    <w:p>
      <w:r/>
      <w:r>
        <w:t>However, it’s vital to maintain realistic expectations of what upscaling can achieve. As sophisticated as these technologies have become, they cannot create details that were never present in the original content. Upscaling ensures that content is optimally presented on your TV, improving visual quality without genuinely adding missing detail.</w:t>
      </w:r>
      <w:r/>
    </w:p>
    <w:p>
      <w:r/>
      <w:r>
        <w:t>In conclusion, while upscaling may not be a magic solution that transforms images into higher resolutions flawlessly, it remains a key component in modern display technologies, allowing viewers to enjoy current content on cutting-edge screens without compromising on viewing quality. As television technology advances, so too will the precision and effectiveness of upscaling capabilities.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https://www.reddit.com/r/techsupport/comments/1bdxmul/how_does_4k_upscaling_work_and_how_do_i_know_if/</w:t>
        </w:r>
      </w:hyperlink>
      <w:r>
        <w:t xml:space="preserve"> - Explains the basic concept of upscaling, how it works, and the limitations of upscaling lower-resolution content to 4K.</w:t>
      </w:r>
      <w:r/>
    </w:p>
    <w:p>
      <w:pPr>
        <w:pStyle w:val="ListNumber"/>
        <w:spacing w:line="240" w:lineRule="auto"/>
        <w:ind w:left="720"/>
      </w:pPr>
      <w:r/>
      <w:hyperlink r:id="rId11">
        <w:r>
          <w:rPr>
            <w:color w:val="0000EE"/>
            <w:u w:val="single"/>
          </w:rPr>
          <w:t>https://www.youtube.com/watch?v=yq_ABXru8Cw</w:t>
        </w:r>
      </w:hyperlink>
      <w:r>
        <w:t xml:space="preserve"> - Details the process of upscaling, including how it scales lower-resolution content to fit higher-resolution displays and the role of AI in upscaling.</w:t>
      </w:r>
      <w:r/>
    </w:p>
    <w:p>
      <w:pPr>
        <w:pStyle w:val="ListNumber"/>
        <w:spacing w:line="240" w:lineRule="auto"/>
        <w:ind w:left="720"/>
      </w:pPr>
      <w:r/>
      <w:hyperlink r:id="rId12">
        <w:r>
          <w:rPr>
            <w:color w:val="0000EE"/>
            <w:u w:val="single"/>
          </w:rPr>
          <w:t>https://www.reliant.co.uk/blog/what-is-upscaling-make-the-most-of-a-4k-tv/</w:t>
        </w:r>
      </w:hyperlink>
      <w:r>
        <w:t xml:space="preserve"> - Describes what upscaling is, how it improves visual fidelity, and its application in various devices like 4K TVs, game consoles, and Blu-Ray players.</w:t>
      </w:r>
      <w:r/>
    </w:p>
    <w:p>
      <w:pPr>
        <w:pStyle w:val="ListNumber"/>
        <w:spacing w:line="240" w:lineRule="auto"/>
        <w:ind w:left="720"/>
      </w:pPr>
      <w:r/>
      <w:hyperlink r:id="rId13">
        <w:r>
          <w:rPr>
            <w:color w:val="0000EE"/>
            <w:u w:val="single"/>
          </w:rPr>
          <w:t>https://www.rtings.com/tv/tests/picture-quality/upscaling-sharpness-processing</w:t>
        </w:r>
      </w:hyperlink>
      <w:r>
        <w:t xml:space="preserve"> - Discusses the importance of upscaling in maintaining image quality, the process of scaling and applying filters like noise reduction and antialiasing, and the differences in upscaling capabilities among TVs.</w:t>
      </w:r>
      <w:r/>
    </w:p>
    <w:p>
      <w:pPr>
        <w:pStyle w:val="ListNumber"/>
        <w:spacing w:line="240" w:lineRule="auto"/>
        <w:ind w:left="720"/>
      </w:pPr>
      <w:r/>
      <w:hyperlink r:id="rId14">
        <w:r>
          <w:rPr>
            <w:color w:val="0000EE"/>
            <w:u w:val="single"/>
          </w:rPr>
          <w:t>https://www.hitpaw.com/video-tips/samsung-upscaling.html</w:t>
        </w:r>
      </w:hyperlink>
      <w:r>
        <w:t xml:space="preserve"> - Explains Samsung's upscaling technology, including automatic upscaling, the use of machine learning, and the limitations of upscaling compared to native 4K content.</w:t>
      </w:r>
      <w:r/>
    </w:p>
    <w:p>
      <w:pPr>
        <w:pStyle w:val="ListNumber"/>
        <w:spacing w:line="240" w:lineRule="auto"/>
        <w:ind w:left="720"/>
      </w:pPr>
      <w:r/>
      <w:hyperlink r:id="rId12">
        <w:r>
          <w:rPr>
            <w:color w:val="0000EE"/>
            <w:u w:val="single"/>
          </w:rPr>
          <w:t>https://www.reliant.co.uk/blog/what-is-upscaling-make-the-most-of-a-4k-tv/</w:t>
        </w:r>
      </w:hyperlink>
      <w:r>
        <w:t xml:space="preserve"> - Corroborates the historical evolution of television resolutions from SD to HD and UHD, and the role of upscaling in adapting lower-resolution content.</w:t>
      </w:r>
      <w:r/>
    </w:p>
    <w:p>
      <w:pPr>
        <w:pStyle w:val="ListNumber"/>
        <w:spacing w:line="240" w:lineRule="auto"/>
        <w:ind w:left="720"/>
      </w:pPr>
      <w:r/>
      <w:hyperlink r:id="rId11">
        <w:r>
          <w:rPr>
            <w:color w:val="0000EE"/>
            <w:u w:val="single"/>
          </w:rPr>
          <w:t>https://www.youtube.com/watch?v=yq_ABXru8Cw</w:t>
        </w:r>
      </w:hyperlink>
      <w:r>
        <w:t xml:space="preserve"> - Details the resolution transformations from SD to HD and UHD, including the pixel dimensions of each format.</w:t>
      </w:r>
      <w:r/>
    </w:p>
    <w:p>
      <w:pPr>
        <w:pStyle w:val="ListNumber"/>
        <w:spacing w:line="240" w:lineRule="auto"/>
        <w:ind w:left="720"/>
      </w:pPr>
      <w:r/>
      <w:hyperlink r:id="rId14">
        <w:r>
          <w:rPr>
            <w:color w:val="0000EE"/>
            <w:u w:val="single"/>
          </w:rPr>
          <w:t>https://www.hitpaw.com/video-tips/samsung-upscaling.html</w:t>
        </w:r>
      </w:hyperlink>
      <w:r>
        <w:t xml:space="preserve"> - Explains how AI-enhanced processing improves upscaling by analyzing original image pixels and reducing artefacts, especially in moving images.</w:t>
      </w:r>
      <w:r/>
    </w:p>
    <w:p>
      <w:pPr>
        <w:pStyle w:val="ListNumber"/>
        <w:spacing w:line="240" w:lineRule="auto"/>
        <w:ind w:left="720"/>
      </w:pPr>
      <w:r/>
      <w:hyperlink r:id="rId13">
        <w:r>
          <w:rPr>
            <w:color w:val="0000EE"/>
            <w:u w:val="single"/>
          </w:rPr>
          <w:t>https://www.rtings.com/tv/tests/picture-quality/upscaling-sharpness-processing</w:t>
        </w:r>
      </w:hyperlink>
      <w:r>
        <w:t xml:space="preserve"> - Discusses the importance of upscaling for 8K TVs, where native 8K content is sparse, and how upscaling transforms incoming images to an 8K format.</w:t>
      </w:r>
      <w:r/>
    </w:p>
    <w:p>
      <w:pPr>
        <w:pStyle w:val="ListNumber"/>
        <w:spacing w:line="240" w:lineRule="auto"/>
        <w:ind w:left="720"/>
      </w:pPr>
      <w:r/>
      <w:hyperlink r:id="rId12">
        <w:r>
          <w:rPr>
            <w:color w:val="0000EE"/>
            <w:u w:val="single"/>
          </w:rPr>
          <w:t>https://www.reliant.co.uk/blog/what-is-upscaling-make-the-most-of-a-4k-tv/</w:t>
        </w:r>
      </w:hyperlink>
      <w:r>
        <w:t xml:space="preserve"> - Highlights the realistic expectations of upscaling, noting that it cannot create details not present in the original content but improves visual quality.</w:t>
      </w:r>
      <w:r/>
    </w:p>
    <w:p>
      <w:pPr>
        <w:pStyle w:val="ListNumber"/>
        <w:spacing w:line="240" w:lineRule="auto"/>
        <w:ind w:left="720"/>
      </w:pPr>
      <w:r/>
      <w:hyperlink r:id="rId14">
        <w:r>
          <w:rPr>
            <w:color w:val="0000EE"/>
            <w:u w:val="single"/>
          </w:rPr>
          <w:t>https://www.hitpaw.com/video-tips/samsung-upscaling.html</w:t>
        </w:r>
      </w:hyperlink>
      <w:r>
        <w:t xml:space="preserve"> - Concludes that upscaling remains a key component in modern display technologies, allowing viewers to enjoy current content on high-resolution screens without compromising viewing quality.</w:t>
      </w:r>
      <w:r/>
    </w:p>
    <w:p>
      <w:pPr>
        <w:pStyle w:val="ListNumber"/>
        <w:spacing w:line="240" w:lineRule="auto"/>
        <w:ind w:left="720"/>
      </w:pPr>
      <w:r/>
      <w:hyperlink r:id="rId15">
        <w:r>
          <w:rPr>
            <w:color w:val="0000EE"/>
            <w:u w:val="single"/>
          </w:rPr>
          <w:t>https://www.whathifi.com/advice/what-is-upscaling-on-tvs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techsupport/comments/1bdxmul/how_does_4k_upscaling_work_and_how_do_i_know_if/" TargetMode="External"/><Relationship Id="rId11" Type="http://schemas.openxmlformats.org/officeDocument/2006/relationships/hyperlink" Target="https://www.youtube.com/watch?v=yq_ABXru8Cw" TargetMode="External"/><Relationship Id="rId12" Type="http://schemas.openxmlformats.org/officeDocument/2006/relationships/hyperlink" Target="https://www.reliant.co.uk/blog/what-is-upscaling-make-the-most-of-a-4k-tv/" TargetMode="External"/><Relationship Id="rId13" Type="http://schemas.openxmlformats.org/officeDocument/2006/relationships/hyperlink" Target="https://www.rtings.com/tv/tests/picture-quality/upscaling-sharpness-processing" TargetMode="External"/><Relationship Id="rId14" Type="http://schemas.openxmlformats.org/officeDocument/2006/relationships/hyperlink" Target="https://www.hitpaw.com/video-tips/samsung-upscaling.html" TargetMode="External"/><Relationship Id="rId15" Type="http://schemas.openxmlformats.org/officeDocument/2006/relationships/hyperlink" Target="https://www.whathifi.com/advice/what-is-upscaling-on-tv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