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AI-generated influencers in the digital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shift within the digital space, a new era of influencers is emerging, dominated not by humans, but by AI-generated Instagram models who are redefining the landscape of social media and content platforms like OnlyFans and Fanvue. These digital entities bring a fresh, unparalleled level of aesthetic precision and creativity, effectively blurring the lines between reality and virtual reality. With their algorithmic perfection and round-the-clock readiness, they represent a significant evolution in the way audiences interact with digital content and influencer personas.</w:t>
      </w:r>
      <w:r/>
    </w:p>
    <w:p>
      <w:r/>
      <w:r>
        <w:t>Among the top AI Instagram models, Bella Blonde (@bellablondeai) stands out with her lifelike aesthetic and high-fashion visuals. Bella's digital artistry captivates a wide audience as she seamlessly merges AI technology with sophisticated style on platforms like Fanvue. Her content, which offers a futuristic charm, highlights the intricate possibilities of AI integrated into the fashion and lifestyle sectors.</w:t>
      </w:r>
      <w:r/>
    </w:p>
    <w:p>
      <w:r/>
      <w:r>
        <w:t>Polish influencer Paulina Adamska (@adamskapaulaa) brings a fitness-focused and minimalistic fashion aesthetic. Her presence on Fanvue further solidifies her image as a modern digital icon, celebrated for her proactive, athletic appeal. By intertwining grace and physicality, she has created a commanding online presence that appeals to followers seeking motivation intertwined with elegance.</w:t>
      </w:r>
      <w:r/>
    </w:p>
    <w:p>
      <w:r/>
      <w:r>
        <w:t>Holly Kim (@hollyy.kimm), a prominent figure from Seoul, captures her audience with a K-pop-inspired, minimalist aesthetic. Her interactive posts and engaging content on Fanvue offer personal insights into her love for fashion and travel. Holly's youthful and vibrant energy is complemented by a charming sophistication that resonates with a broad audience.</w:t>
      </w:r>
      <w:r/>
    </w:p>
    <w:p>
      <w:r/>
      <w:r>
        <w:t>Across the UK, Noir Stormi (@noirstormix) showcases a unique digital charm through her edgy, high-fashion content. By combining elements of streetwear and mystery, she offers her followers a distinct blend of creativity and digital allure. Engaging fans through exclusive content, Noir solidifies her role as a multifaceted digital personality in platforms including TIDAL.</w:t>
      </w:r>
      <w:r/>
    </w:p>
    <w:p>
      <w:r/>
      <w:r>
        <w:t>Meanwhile, influencers like Cassie Bale (@cassiebaleai) bring imaginative twists to fashion and digital artistry. Her content captivates nearly 48,000 followers who are eager to engage with her AI-crafted allure, ranging from high-fashion to playful holiday themes.</w:t>
      </w:r>
      <w:r/>
    </w:p>
    <w:p>
      <w:r/>
      <w:r>
        <w:t>Embracing nature and introspection, Linda Watson (@ailinda.watson) intertwines elegance with serene artistry. Her posts often transport followers to tranquil landscapes, offering moments of peace and beauty. With captions that reflect on nature and femininity, Linda creates a serene and philosophical digital space for her audience.</w:t>
      </w:r>
      <w:r/>
    </w:p>
    <w:p>
      <w:r/>
      <w:r>
        <w:t>In contrast, Lucy Summers (@lucy._.summers) integrates tech-savvy elements with fashion-forward content. Her vibrant personality and futuristic visuals have made her a reputable figure among digital influencers, engaging a dedicated following across various platforms.</w:t>
      </w:r>
      <w:r/>
    </w:p>
    <w:p>
      <w:r/>
      <w:r>
        <w:t>Other AI influencers like Amelia Ravenna (@amelia_ravenna), Skyla Redfox (@skyla_redfox), and Jamila (@iamjammila) continue to push the boundaries of digital creativity. Each infuses their distinct style—be it elegance, boldness, or vibrant engagement—into their content, expanding their reach and influence on platforms including and beyond Instagram and Fanvue.</w:t>
      </w:r>
      <w:r/>
    </w:p>
    <w:p>
      <w:r/>
      <w:r>
        <w:t>Such dynamic virtual influencers represent a new chapter in digital marketing, creating immersive and high-engagement experiences for audiences worldwide. As they redefine influencer boundaries, these AI models are not only transforming how content is consumed but also setting the stage for a future where digital and real-world interactions continue to merge and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https://blog.acer.com/en/discussion/1692/ai-influencers-virtual-personalities-taking-over-instagram</w:t>
        </w:r>
      </w:hyperlink>
      <w:r>
        <w:t xml:space="preserve"> - This article discusses the rise of AI influencers on Instagram, their cost-effectiveness, constant availability, and the ethical considerations surrounding their use.</w:t>
      </w:r>
      <w:r/>
    </w:p>
    <w:p>
      <w:pPr>
        <w:pStyle w:val="ListNumber"/>
        <w:spacing w:line="240" w:lineRule="auto"/>
        <w:ind w:left="720"/>
      </w:pPr>
      <w:r/>
      <w:hyperlink r:id="rId11">
        <w:r>
          <w:rPr>
            <w:color w:val="0000EE"/>
            <w:u w:val="single"/>
          </w:rPr>
          <w:t>https://autogpt.net/the-rise-of-ai-influencers-exploring-the-future-of-social-media/</w:t>
        </w:r>
      </w:hyperlink>
      <w:r>
        <w:t xml:space="preserve"> - This source provides details on popular AI influencers on Instagram, such as Lil Miquela and Lu do Magalu, and explores the future of AI-generated influencers in social media.</w:t>
      </w:r>
      <w:r/>
    </w:p>
    <w:p>
      <w:pPr>
        <w:pStyle w:val="ListNumber"/>
        <w:spacing w:line="240" w:lineRule="auto"/>
        <w:ind w:left="720"/>
      </w:pPr>
      <w:r/>
      <w:hyperlink r:id="rId12">
        <w:r>
          <w:rPr>
            <w:color w:val="0000EE"/>
            <w:u w:val="single"/>
          </w:rPr>
          <w:t>https://socinova.com/ai-virtual-influencers/</w:t>
        </w:r>
      </w:hyperlink>
      <w:r>
        <w:t xml:space="preserve"> - This article explains what AI influencers are, their creation using AI and CGI, and highlights several popular AI influencers like Lil Miquela and Shudu Gram.</w:t>
      </w:r>
      <w:r/>
    </w:p>
    <w:p>
      <w:pPr>
        <w:pStyle w:val="ListNumber"/>
        <w:spacing w:line="240" w:lineRule="auto"/>
        <w:ind w:left="720"/>
      </w:pPr>
      <w:r/>
      <w:hyperlink r:id="rId13">
        <w:r>
          <w:rPr>
            <w:color w:val="0000EE"/>
            <w:u w:val="single"/>
          </w:rPr>
          <w:t>https://www.impulze.ai/post/top-ai-influencers</w:t>
        </w:r>
      </w:hyperlink>
      <w:r>
        <w:t xml:space="preserve"> - This source lists and describes several popular AI influencers, including Lu do Magalu, Lil Miquela, and Shudu Gram, and discusses their engagement rates and brand collaborations.</w:t>
      </w:r>
      <w:r/>
    </w:p>
    <w:p>
      <w:pPr>
        <w:pStyle w:val="ListNumber"/>
        <w:spacing w:line="240" w:lineRule="auto"/>
        <w:ind w:left="720"/>
      </w:pPr>
      <w:r/>
      <w:hyperlink r:id="rId14">
        <w:r>
          <w:rPr>
            <w:color w:val="0000EE"/>
            <w:u w:val="single"/>
          </w:rPr>
          <w:t>https://influencermarketinghub.com/ai-influencers-instagram/</w:t>
        </w:r>
      </w:hyperlink>
      <w:r>
        <w:t xml:space="preserve"> - This article discusses how AI influencers are created, their impact on social media, and highlights influencers like Imma Gram and her collaborations with brands like IKEA.</w:t>
      </w:r>
      <w:r/>
    </w:p>
    <w:p>
      <w:pPr>
        <w:pStyle w:val="ListNumber"/>
        <w:spacing w:line="240" w:lineRule="auto"/>
        <w:ind w:left="720"/>
      </w:pPr>
      <w:r/>
      <w:hyperlink r:id="rId10">
        <w:r>
          <w:rPr>
            <w:color w:val="0000EE"/>
            <w:u w:val="single"/>
          </w:rPr>
          <w:t>https://blog.acer.com/en/discussion/1692/ai-influencers-virtual-personalities-taking-over-instagram</w:t>
        </w:r>
      </w:hyperlink>
      <w:r>
        <w:t xml:space="preserve"> - This article further elaborates on the benefits and challenges of AI influencers, including their algorithmic perfection and round-the-clock readiness.</w:t>
      </w:r>
      <w:r/>
    </w:p>
    <w:p>
      <w:pPr>
        <w:pStyle w:val="ListNumber"/>
        <w:spacing w:line="240" w:lineRule="auto"/>
        <w:ind w:left="720"/>
      </w:pPr>
      <w:r/>
      <w:hyperlink r:id="rId11">
        <w:r>
          <w:rPr>
            <w:color w:val="0000EE"/>
            <w:u w:val="single"/>
          </w:rPr>
          <w:t>https://autogpt.net/the-rise-of-ai-influencers-exploring-the-future-of-social-media/</w:t>
        </w:r>
      </w:hyperlink>
      <w:r>
        <w:t xml:space="preserve"> - This source details the aesthetic precision and creativity of AI influencers and how they blur the lines between reality and virtual reality.</w:t>
      </w:r>
      <w:r/>
    </w:p>
    <w:p>
      <w:pPr>
        <w:pStyle w:val="ListNumber"/>
        <w:spacing w:line="240" w:lineRule="auto"/>
        <w:ind w:left="720"/>
      </w:pPr>
      <w:r/>
      <w:hyperlink r:id="rId12">
        <w:r>
          <w:rPr>
            <w:color w:val="0000EE"/>
            <w:u w:val="single"/>
          </w:rPr>
          <w:t>https://socinova.com/ai-virtual-influencers/</w:t>
        </w:r>
      </w:hyperlink>
      <w:r>
        <w:t xml:space="preserve"> - This article explains how AI influencers integrate fashion and technology, which aligns with the description of influencers like Bella Blonde and Holly Kim.</w:t>
      </w:r>
      <w:r/>
    </w:p>
    <w:p>
      <w:pPr>
        <w:pStyle w:val="ListNumber"/>
        <w:spacing w:line="240" w:lineRule="auto"/>
        <w:ind w:left="720"/>
      </w:pPr>
      <w:r/>
      <w:hyperlink r:id="rId13">
        <w:r>
          <w:rPr>
            <w:color w:val="0000EE"/>
            <w:u w:val="single"/>
          </w:rPr>
          <w:t>https://www.impulze.ai/post/top-ai-influencers</w:t>
        </w:r>
      </w:hyperlink>
      <w:r>
        <w:t xml:space="preserve"> - This source discusses the diverse styles and engagement strategies of various AI influencers, similar to those described in the article, such as Cassie Bale and Lucy Summers.</w:t>
      </w:r>
      <w:r/>
    </w:p>
    <w:p>
      <w:pPr>
        <w:pStyle w:val="ListNumber"/>
        <w:spacing w:line="240" w:lineRule="auto"/>
        <w:ind w:left="720"/>
      </w:pPr>
      <w:r/>
      <w:hyperlink r:id="rId14">
        <w:r>
          <w:rPr>
            <w:color w:val="0000EE"/>
            <w:u w:val="single"/>
          </w:rPr>
          <w:t>https://influencermarketinghub.com/ai-influencers-instagram/</w:t>
        </w:r>
      </w:hyperlink>
      <w:r>
        <w:t xml:space="preserve"> - This article highlights the immersive and high-engagement experiences created by AI influencers, transforming how content is consumed and setting the stage for future digital interactions.</w:t>
      </w:r>
      <w:r/>
    </w:p>
    <w:p>
      <w:pPr>
        <w:pStyle w:val="ListNumber"/>
        <w:spacing w:line="240" w:lineRule="auto"/>
        <w:ind w:left="720"/>
      </w:pPr>
      <w:r/>
      <w:hyperlink r:id="rId12">
        <w:r>
          <w:rPr>
            <w:color w:val="0000EE"/>
            <w:u w:val="single"/>
          </w:rPr>
          <w:t>https://socinova.com/ai-virtual-influencers/</w:t>
        </w:r>
      </w:hyperlink>
      <w:r>
        <w:t xml:space="preserve"> - This source emphasizes the cost-effectiveness and customizable personas of AI influencers, which is relevant to their role in digital marketing and content creation.</w:t>
      </w:r>
      <w:r/>
    </w:p>
    <w:p>
      <w:pPr>
        <w:pStyle w:val="ListNumber"/>
        <w:spacing w:line="240" w:lineRule="auto"/>
        <w:ind w:left="720"/>
      </w:pPr>
      <w:r/>
      <w:hyperlink r:id="rId15">
        <w:r>
          <w:rPr>
            <w:color w:val="0000EE"/>
            <w:u w:val="single"/>
          </w:rPr>
          <w:t>https://millennialmagazine.com/2024/11/06/20-top-ai-instagram-models-on-fanvue/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acer.com/en/discussion/1692/ai-influencers-virtual-personalities-taking-over-instagram" TargetMode="External"/><Relationship Id="rId11" Type="http://schemas.openxmlformats.org/officeDocument/2006/relationships/hyperlink" Target="https://autogpt.net/the-rise-of-ai-influencers-exploring-the-future-of-social-media/" TargetMode="External"/><Relationship Id="rId12" Type="http://schemas.openxmlformats.org/officeDocument/2006/relationships/hyperlink" Target="https://socinova.com/ai-virtual-influencers/" TargetMode="External"/><Relationship Id="rId13" Type="http://schemas.openxmlformats.org/officeDocument/2006/relationships/hyperlink" Target="https://www.impulze.ai/post/top-ai-influencers" TargetMode="External"/><Relationship Id="rId14" Type="http://schemas.openxmlformats.org/officeDocument/2006/relationships/hyperlink" Target="https://influencermarketinghub.com/ai-influencers-instagram/" TargetMode="External"/><Relationship Id="rId15" Type="http://schemas.openxmlformats.org/officeDocument/2006/relationships/hyperlink" Target="https://millennialmagazine.com/2024/11/06/20-top-ai-instagram-models-on-fanv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