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Upscale Pro revolutionises digital image enhancement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advancing realm of digital image enhancement, Upscale Pro has positioned itself as a formidable player in AI-driven imagery improvement. This tool, which is available for free, empowers users to enlarge and refine their photos with impressive accuracy, utilising state-of-the-art artificial intelligence technology. As the demand for high-quality images escalates across numerous sectors, tools such as Upscale Pro prove to be increasingly beneficial for both professionals and enthusiasts.</w:t>
      </w:r>
      <w:r/>
    </w:p>
    <w:p>
      <w:r/>
      <w:r>
        <w:rPr>
          <w:b/>
        </w:rPr>
        <w:t>The Growing Need for Image Upscaling Solutions</w:t>
      </w:r>
      <w:r/>
    </w:p>
    <w:p>
      <w:r/>
      <w:r>
        <w:t>Visual content's significance is at an all-time high, with clarity and detail often dictating user experience and engagement. Whether for e-commerce, social media, or professional photography, the necessity to exhibit sharp, detailed images is crucial. AI-powered upscalers like Upscale Pro offer a solution to enhance image quality without the need for prohibitively expensive equipment or extensive manual editing skills.</w:t>
      </w:r>
      <w:r/>
    </w:p>
    <w:p>
      <w:r/>
      <w:r>
        <w:rPr>
          <w:b/>
        </w:rPr>
        <w:t>Mechanics of AI Image Upscalers</w:t>
      </w:r>
      <w:r/>
    </w:p>
    <w:p>
      <w:r/>
      <w:r>
        <w:t>AI upscalers function by applying machine learning algorithms to scrutinise low-resolution images, adding pixels to expand their size and increase clarity. These algorithms leverage extensive image data sets to generate detail predictions that seamlessly integrate with the original content. Consequently, the enlarged images retain their integrity while offering remarkable sharpness and detail.</w:t>
      </w:r>
      <w:r/>
    </w:p>
    <w:p>
      <w:r/>
      <w:r>
        <w:rPr>
          <w:b/>
        </w:rPr>
        <w:t>Features of Upscale Pro</w:t>
      </w:r>
      <w:r/>
    </w:p>
    <w:p>
      <w:r/>
      <w:r>
        <w:t>Upscale Pro distinguishes itself in the competitive AI image upscale market through a blend of potent features and a user-friendly interface. Key features include:</w:t>
      </w:r>
      <w:r/>
      <w:r/>
    </w:p>
    <w:p>
      <w:pPr>
        <w:pStyle w:val="ListBullet"/>
        <w:spacing w:line="240" w:lineRule="auto"/>
        <w:ind w:left="720"/>
      </w:pPr>
      <w:r/>
      <w:r>
        <w:t>Free Accessibility: Upscale Pro allows users to upscale images at no cost, broadening access to advanced image enhancement for individuals and organisations of all sizes.</w:t>
      </w:r>
      <w:r/>
    </w:p>
    <w:p>
      <w:pPr>
        <w:pStyle w:val="ListBullet"/>
        <w:spacing w:line="240" w:lineRule="auto"/>
        <w:ind w:left="720"/>
      </w:pPr>
      <w:r/>
      <w:r>
        <w:t>Significant Enlargement Capabilities: The capacity to enlarge images by as much as 600% sets Upscale Pro apart. This feature allows users to transform small images into larger, high-quality visuals suitable for different applications.</w:t>
      </w:r>
      <w:r/>
    </w:p>
    <w:p>
      <w:pPr>
        <w:pStyle w:val="ListBullet"/>
        <w:spacing w:line="240" w:lineRule="auto"/>
        <w:ind w:left="720"/>
      </w:pPr>
      <w:r/>
      <w:r>
        <w:t>AI-Powered Refinement: Beyond enlarging, Upscale Pro uses advanced AI algorithms to polish image quality by clarifying details, reducing noise, and improving overall clarity.</w:t>
      </w:r>
      <w:r/>
    </w:p>
    <w:p>
      <w:pPr>
        <w:pStyle w:val="ListBullet"/>
        <w:spacing w:line="240" w:lineRule="auto"/>
        <w:ind w:left="720"/>
      </w:pPr>
      <w:r/>
      <w:r>
        <w:t>Supports Various Formats: Offering compatibility with JPEG, PNG, and WebP formats, Upscale Pro streamlines the enhancement process, allowing users to work with their preferred file types seamlessly.</w:t>
      </w:r>
      <w:r/>
      <w:r/>
    </w:p>
    <w:p>
      <w:r/>
      <w:r>
        <w:rPr>
          <w:b/>
        </w:rPr>
        <w:t>Applications Across Industries</w:t>
      </w:r>
      <w:r/>
    </w:p>
    <w:p>
      <w:r/>
      <w:r>
        <w:t>The adaptability of Upscale Pro makes it suitable for diverse applications across several fields:</w:t>
      </w:r>
      <w:r/>
    </w:p>
    <w:p>
      <w:r/>
      <w:r>
        <w:t xml:space="preserve">1. </w:t>
      </w:r>
      <w:r>
        <w:rPr>
          <w:b/>
        </w:rPr>
        <w:t>Photography:</w:t>
      </w:r>
      <w:r>
        <w:t xml:space="preserve"> Used by photographers to enhance older or low-resolution images, Upscale Pro can also assist in enlarging photo sections for detailed editing or creating high-quality prints.</w:t>
      </w:r>
      <w:r/>
    </w:p>
    <w:p>
      <w:r/>
      <w:r>
        <w:t xml:space="preserve">2. </w:t>
      </w:r>
      <w:r>
        <w:rPr>
          <w:b/>
        </w:rPr>
        <w:t>E-commerce:</w:t>
      </w:r>
      <w:r>
        <w:t xml:space="preserve"> Online retailers benefit from clearer, sharper product photos, which can enhance customer interaction and potentially increase sales conversions.</w:t>
      </w:r>
      <w:r/>
    </w:p>
    <w:p>
      <w:r/>
      <w:r>
        <w:t xml:space="preserve">3. </w:t>
      </w:r>
      <w:r>
        <w:rPr>
          <w:b/>
        </w:rPr>
        <w:t>Graphic Design and Art:</w:t>
      </w:r>
      <w:r>
        <w:t xml:space="preserve"> Graphic designers and artists utilise Upscale Pro to upscale assets for various media, especially useful in preparing large-format prints.</w:t>
      </w:r>
      <w:r/>
    </w:p>
    <w:p>
      <w:r/>
      <w:r>
        <w:t xml:space="preserve">4. </w:t>
      </w:r>
      <w:r>
        <w:rPr>
          <w:b/>
        </w:rPr>
        <w:t>Social Media:</w:t>
      </w:r>
      <w:r>
        <w:t xml:space="preserve"> Content creators improve the quality of their visuals for diverse platforms, meeting the varied size and quality requirements.</w:t>
      </w:r>
      <w:r/>
    </w:p>
    <w:p>
      <w:r/>
      <w:r>
        <w:t xml:space="preserve">5. </w:t>
      </w:r>
      <w:r>
        <w:rPr>
          <w:b/>
        </w:rPr>
        <w:t>Historical Image Restoration:</w:t>
      </w:r>
      <w:r>
        <w:t xml:space="preserve"> Upscale Pro is a valuable tool for improving the quality of historical images, aiding digital preservation efforts by museums and historical societies.</w:t>
      </w:r>
      <w:r/>
    </w:p>
    <w:p>
      <w:r/>
      <w:r>
        <w:rPr>
          <w:b/>
        </w:rPr>
        <w:t>User Experience and Practicality</w:t>
      </w:r>
      <w:r/>
    </w:p>
    <w:p>
      <w:r/>
      <w:r>
        <w:t>A critical component of technology adoption is ease of use, and Upscale Pro has been crafted with this in mind. The interface is straightforward, enabling users with limited technical expertise to effectively enhance images. Users can upload images through an intuitive drag-and-drop interface, take advantage of batch processing, and customise enhancement options according to their needs.</w:t>
      </w:r>
      <w:r/>
    </w:p>
    <w:p>
      <w:r/>
      <w:r>
        <w:rPr>
          <w:b/>
        </w:rPr>
        <w:t>Comparison with Other AI Upscalers</w:t>
      </w:r>
      <w:r/>
    </w:p>
    <w:p>
      <w:r/>
      <w:r>
        <w:t>In a crowded market of AI upscalers, Upscale Pro competes well against both free and premium alternatives. The benefits of its free access, significant enlargement capacity, and intuitive interface make it appealing for a broad spectrum of users. However, like many no-cost services, there may be limitations on file sizes or the quantity of images processable at any one time, and advanced users may find customisation options somewhat restricted.</w:t>
      </w:r>
      <w:r/>
    </w:p>
    <w:p>
      <w:r/>
      <w:r>
        <w:rPr>
          <w:b/>
        </w:rPr>
        <w:t>The Future of AI Image Enhancement</w:t>
      </w:r>
      <w:r/>
    </w:p>
    <w:p>
      <w:r/>
      <w:r>
        <w:t>As AI technology progresses, tools like Upscale Pro are poised for further sophistication. Prospective advancements could include heightened accuracy in detail generation, faster processing times, enhanced customisation options, and integration with other image editing tools.</w:t>
      </w:r>
      <w:r/>
    </w:p>
    <w:p>
      <w:r/>
      <w:r>
        <w:rPr>
          <w:b/>
        </w:rPr>
        <w:t>Conclusion</w:t>
      </w:r>
      <w:r/>
    </w:p>
    <w:p>
      <w:r/>
      <w:r>
        <w:t>Upscale Pro marks a notable advancement in providing access to image enhancement technology. Its AI-driven features offer substantial benefits across multiple fields, from e-commerce to social media. Even though it might not replace all professional-grade solutions, Upscale Pro serves as a valuable resource for users aiming to enhance image quality without substantial financial investment. As AI image enhancement tools evolve, Upscale Pro is set to remain an influential option in visual content creation and editing.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https://aijourn.com/upscale-pro-review-the-best-free-ai-image-upscaler/</w:t>
        </w:r>
      </w:hyperlink>
      <w:r>
        <w:t xml:space="preserve"> - Corroborates the free accessibility and significant enlargement capabilities of Upscale Pro, including its ability to upscale images by up to 600%.</w:t>
      </w:r>
      <w:r/>
    </w:p>
    <w:p>
      <w:pPr>
        <w:pStyle w:val="ListNumber"/>
        <w:spacing w:line="240" w:lineRule="auto"/>
        <w:ind w:left="720"/>
      </w:pPr>
      <w:r/>
      <w:hyperlink r:id="rId11">
        <w:r>
          <w:rPr>
            <w:color w:val="0000EE"/>
            <w:u w:val="single"/>
          </w:rPr>
          <w:t>https://www.upscale.media</w:t>
        </w:r>
      </w:hyperlink>
      <w:r>
        <w:t xml:space="preserve"> - Supports the use of AI image upscalers for enhancing image quality, including features like clarifying, enhancing, sharpening, and upscaling images.</w:t>
      </w:r>
      <w:r/>
    </w:p>
    <w:p>
      <w:pPr>
        <w:pStyle w:val="ListNumber"/>
        <w:spacing w:line="240" w:lineRule="auto"/>
        <w:ind w:left="720"/>
      </w:pPr>
      <w:r/>
      <w:hyperlink r:id="rId10">
        <w:r>
          <w:rPr>
            <w:color w:val="0000EE"/>
            <w:u w:val="single"/>
          </w:rPr>
          <w:t>https://aijourn.com/upscale-pro-review-the-best-free-ai-image-upscaler/</w:t>
        </w:r>
      </w:hyperlink>
      <w:r>
        <w:t xml:space="preserve"> - Explains the mechanics of AI image upscalers, including the use of machine learning algorithms to add pixels and increase clarity.</w:t>
      </w:r>
      <w:r/>
    </w:p>
    <w:p>
      <w:pPr>
        <w:pStyle w:val="ListNumber"/>
        <w:spacing w:line="240" w:lineRule="auto"/>
        <w:ind w:left="720"/>
      </w:pPr>
      <w:r/>
      <w:hyperlink r:id="rId12">
        <w:r>
          <w:rPr>
            <w:color w:val="0000EE"/>
            <w:u w:val="single"/>
          </w:rPr>
          <w:t>https://upscale.pro</w:t>
        </w:r>
      </w:hyperlink>
      <w:r>
        <w:t xml:space="preserve"> - Details the features of Upscale Pro, including its ability to refine image quality by reducing noise and improving overall clarity, and its support for various file formats like JPEG, PNG, and WebP.</w:t>
      </w:r>
      <w:r/>
    </w:p>
    <w:p>
      <w:pPr>
        <w:pStyle w:val="ListNumber"/>
        <w:spacing w:line="240" w:lineRule="auto"/>
        <w:ind w:left="720"/>
      </w:pPr>
      <w:r/>
      <w:hyperlink r:id="rId10">
        <w:r>
          <w:rPr>
            <w:color w:val="0000EE"/>
            <w:u w:val="single"/>
          </w:rPr>
          <w:t>https://aijourn.com/upscale-pro-review-the-best-free-ai-image-upscaler/</w:t>
        </w:r>
      </w:hyperlink>
      <w:r>
        <w:t xml:space="preserve"> - Highlights the applications of Upscale Pro across industries such as photography, e-commerce, graphic design, and social media.</w:t>
      </w:r>
      <w:r/>
    </w:p>
    <w:p>
      <w:pPr>
        <w:pStyle w:val="ListNumber"/>
        <w:spacing w:line="240" w:lineRule="auto"/>
        <w:ind w:left="720"/>
      </w:pPr>
      <w:r/>
      <w:hyperlink r:id="rId12">
        <w:r>
          <w:rPr>
            <w:color w:val="0000EE"/>
            <w:u w:val="single"/>
          </w:rPr>
          <w:t>https://upscale.pro</w:t>
        </w:r>
      </w:hyperlink>
      <w:r>
        <w:t xml:space="preserve"> - Describes the user-friendly interface and practicality of Upscale Pro, including its drag-and-drop interface and batch processing capabilities.</w:t>
      </w:r>
      <w:r/>
    </w:p>
    <w:p>
      <w:pPr>
        <w:pStyle w:val="ListNumber"/>
        <w:spacing w:line="240" w:lineRule="auto"/>
        <w:ind w:left="720"/>
      </w:pPr>
      <w:r/>
      <w:hyperlink r:id="rId10">
        <w:r>
          <w:rPr>
            <w:color w:val="0000EE"/>
            <w:u w:val="single"/>
          </w:rPr>
          <w:t>https://aijourn.com/upscale-pro-review-the-best-free-ai-image-upscaler/</w:t>
        </w:r>
      </w:hyperlink>
      <w:r>
        <w:t xml:space="preserve"> - Compares Upscale Pro with other AI upscalers, noting its free access, significant enlargement capacity, and intuitive interface.</w:t>
      </w:r>
      <w:r/>
    </w:p>
    <w:p>
      <w:pPr>
        <w:pStyle w:val="ListNumber"/>
        <w:spacing w:line="240" w:lineRule="auto"/>
        <w:ind w:left="720"/>
      </w:pPr>
      <w:r/>
      <w:hyperlink r:id="rId12">
        <w:r>
          <w:rPr>
            <w:color w:val="0000EE"/>
            <w:u w:val="single"/>
          </w:rPr>
          <w:t>https://upscale.pro</w:t>
        </w:r>
      </w:hyperlink>
      <w:r>
        <w:t xml:space="preserve"> - Mentions the historical image restoration capabilities of Upscale Pro, aiding in digital preservation efforts.</w:t>
      </w:r>
      <w:r/>
    </w:p>
    <w:p>
      <w:pPr>
        <w:pStyle w:val="ListNumber"/>
        <w:spacing w:line="240" w:lineRule="auto"/>
        <w:ind w:left="720"/>
      </w:pPr>
      <w:r/>
      <w:hyperlink r:id="rId13">
        <w:r>
          <w:rPr>
            <w:color w:val="0000EE"/>
            <w:u w:val="single"/>
          </w:rPr>
          <w:t>https://www.cutout.pro/photo-enhancer-sharpener-upscaler</w:t>
        </w:r>
      </w:hyperlink>
      <w:r>
        <w:t xml:space="preserve"> - Supports the use of AI image enhancers and upscalers for various applications, including printing, social media, and e-commerce, highlighting the importance of clear and detailed images.</w:t>
      </w:r>
      <w:r/>
    </w:p>
    <w:p>
      <w:pPr>
        <w:pStyle w:val="ListNumber"/>
        <w:spacing w:line="240" w:lineRule="auto"/>
        <w:ind w:left="720"/>
      </w:pPr>
      <w:r/>
      <w:hyperlink r:id="rId10">
        <w:r>
          <w:rPr>
            <w:color w:val="0000EE"/>
            <w:u w:val="single"/>
          </w:rPr>
          <w:t>https://aijourn.com/upscale-pro-review-the-best-free-ai-image-upscaler/</w:t>
        </w:r>
      </w:hyperlink>
      <w:r>
        <w:t xml:space="preserve"> - Discusses the future of AI image enhancement, including potential advancements in detail generation, processing times, and integration with other image editing tools.</w:t>
      </w:r>
      <w:r/>
    </w:p>
    <w:p>
      <w:pPr>
        <w:pStyle w:val="ListNumber"/>
        <w:spacing w:line="240" w:lineRule="auto"/>
        <w:ind w:left="720"/>
      </w:pPr>
      <w:r/>
      <w:hyperlink r:id="rId12">
        <w:r>
          <w:rPr>
            <w:color w:val="0000EE"/>
            <w:u w:val="single"/>
          </w:rPr>
          <w:t>https://upscale.pro</w:t>
        </w:r>
      </w:hyperlink>
      <w:r>
        <w:t xml:space="preserve"> - Concludes on the significance of Upscale Pro in providing access to image enhancement technology, offering substantial benefits across multiple fields without substantial financial investment.</w:t>
      </w:r>
      <w:r/>
    </w:p>
    <w:p>
      <w:pPr>
        <w:pStyle w:val="ListNumber"/>
        <w:spacing w:line="240" w:lineRule="auto"/>
        <w:ind w:left="720"/>
      </w:pPr>
      <w:r/>
      <w:hyperlink r:id="rId14">
        <w:r>
          <w:rPr>
            <w:color w:val="0000EE"/>
            <w:u w:val="single"/>
          </w:rPr>
          <w:t>https://techbullion.com/upscale-pro-review-a-totally-free-ai-image-upscaler-and-enhancer/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journ.com/upscale-pro-review-the-best-free-ai-image-upscaler/" TargetMode="External"/><Relationship Id="rId11" Type="http://schemas.openxmlformats.org/officeDocument/2006/relationships/hyperlink" Target="https://www.upscale.media" TargetMode="External"/><Relationship Id="rId12" Type="http://schemas.openxmlformats.org/officeDocument/2006/relationships/hyperlink" Target="https://upscale.pro" TargetMode="External"/><Relationship Id="rId13" Type="http://schemas.openxmlformats.org/officeDocument/2006/relationships/hyperlink" Target="https://www.cutout.pro/photo-enhancer-sharpener-upscaler" TargetMode="External"/><Relationship Id="rId14" Type="http://schemas.openxmlformats.org/officeDocument/2006/relationships/hyperlink" Target="https://techbullion.com/upscale-pro-review-a-totally-free-ai-image-upscaler-and-enhanc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