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Validation Cloud secures $10 million investment led by True Global Ventures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Validation Cloud Secures $10 Million Investment Led by True Global Ventures</w:t>
      </w:r>
      <w:r/>
    </w:p>
    <w:p>
      <w:r/>
      <w:r>
        <w:t>Zug, Switzerland – November 7, 2024 – In a significant development within the tech industry, Validation Cloud, a prominent player in the Web3 data and artificial intelligence (AI) sector, announced a major financial boost received from True Global Ventures. The latter has taken the role of lead investor, contributing $10 million to fuel the expansion of Validation Cloud's AI product, designed to enhance seamless access to Web3 data. This will offer network ecosystems and applications an unparalleled user experience.</w:t>
      </w:r>
      <w:r/>
    </w:p>
    <w:p>
      <w:r/>
      <w:r>
        <w:t>"Web3's growth necessitates seamless data access to reach a billion users," stated Beatrice Lion, CEO &amp; General Partner of True Global Ventures. "Validation Cloud addresses this critical barrier through technological breakthroughs in its core platform and AI. We've seen staking and node API services, but never combined with AI. This is what excites us most about the data product offering from Validation Cloud for Web3 infrastructure companies."</w:t>
      </w:r>
      <w:r/>
    </w:p>
    <w:p>
      <w:r/>
      <w:r>
        <w:t>The company's product platform is composed of three key components: staking, node API, and data &amp; AI. Validation Cloud's staking operations have surpassed a volume of over $1 billion, marking a 400% increase compared to the previous year. Additionally, their node API has been recognised for delivering the best global performance according to CompareNodes. High-profile clients such as Chainlink, Aptos, Consensys, Stellar, and Hedera rely on Validation Cloud's services.</w:t>
      </w:r>
      <w:r/>
    </w:p>
    <w:p>
      <w:r/>
      <w:r>
        <w:t>The AI platform particularly sets Validation Cloud apart by facilitating rapid data exploration on the blockchain. By reducing data navigation time dramatically from hours to seconds, the platform is driving increased user engagement, which in turn fosters a larger and more active user base. This innovation marks a significant stride towards making blockchain data more accessible.</w:t>
      </w:r>
      <w:r/>
    </w:p>
    <w:p>
      <w:r/>
      <w:r>
        <w:t>Alex Nwaka, co-founder of Validation Cloud, expressed enthusiasm about the partnership: "We are thrilled to partner with True Global Ventures, whose global reach and focus on the intersection of Web3 and AI perfectly align with our mission. Their investment brings exceptional value beyond capital."</w:t>
      </w:r>
      <w:r/>
    </w:p>
    <w:p>
      <w:r/>
      <w:r>
        <w:t>Validation Cloud is recognised as one of the fastest-growing firms in the Web3 landscape. This recent investment round follows a previous capital increase in February 2024, spearheaded by Cadenza Ventures of San Francisco, with participation from a roster of investors including Blockwall, Bloccelerate, Side Door Ventures, GS Futures, AP Capital, Blockchain Founders Fund, and Metamatic.</w:t>
      </w:r>
      <w:r/>
    </w:p>
    <w:p>
      <w:pPr>
        <w:pStyle w:val="Heading3"/>
      </w:pPr>
      <w:r>
        <w:t>About Validation Cloud</w:t>
      </w:r>
      <w:r/>
    </w:p>
    <w:p>
      <w:r/>
      <w:r>
        <w:t>Validation Cloud stands as a leader in the Web3 data and AI industry, offering cutting-edge solutions in staking, node services, and Data-as-a-Service. The company is trusted by major networks, applications, and businesses for its top-tier performance, scalability, and adherence to SOC2 Type 2 compliance standards.</w:t>
      </w:r>
      <w:r/>
    </w:p>
    <w:p>
      <w:pPr>
        <w:pStyle w:val="Heading3"/>
      </w:pPr>
      <w:r>
        <w:t>About True Global Ventures (TGV)</w:t>
      </w:r>
      <w:r/>
    </w:p>
    <w:p>
      <w:r/>
      <w:r>
        <w:t>The TGV 4 Plus Fund engages in global investments in AI and blockchain enterprises. TGV supports visionary companies across sectors such as AI, entertainment, technology infrastructure, and financial services, from early-stage up to beyond Series B.</w:t>
      </w:r>
      <w:r/>
    </w:p>
    <w:p>
      <w:r/>
      <w:r>
        <w:t>For additional insights, visit Validationcloud.io, follow their social media, or listen to their podcast. Interested parties can direct investment inquiries to their official contact email.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https://www.chaincatcher.com/en/article/2148682</w:t>
        </w:r>
      </w:hyperlink>
      <w:r>
        <w:t xml:space="preserve"> - Validation Cloud's $10 million funding from True Global Ventures and the company's plans to expand its AI products.</w:t>
      </w:r>
      <w:r/>
    </w:p>
    <w:p>
      <w:pPr>
        <w:pStyle w:val="ListNumber"/>
        <w:spacing w:line="240" w:lineRule="auto"/>
        <w:ind w:left="720"/>
      </w:pPr>
      <w:r/>
      <w:hyperlink r:id="rId11">
        <w:r>
          <w:rPr>
            <w:color w:val="0000EE"/>
            <w:u w:val="single"/>
          </w:rPr>
          <w:t>https://www.prnewswire.com/news-releases/validation-cloud-secures-10m-lead-to-scale-ai-for-web3-from-true-global-ventures-302283289.html</w:t>
        </w:r>
      </w:hyperlink>
      <w:r>
        <w:t xml:space="preserve"> - Details on the funding, the components of Validation Cloud's product platform, and quotes from Beatrice Lion and Alex Nwaka.</w:t>
      </w:r>
      <w:r/>
    </w:p>
    <w:p>
      <w:pPr>
        <w:pStyle w:val="ListNumber"/>
        <w:spacing w:line="240" w:lineRule="auto"/>
        <w:ind w:left="720"/>
      </w:pPr>
      <w:r/>
      <w:hyperlink r:id="rId12">
        <w:r>
          <w:rPr>
            <w:color w:val="0000EE"/>
            <w:u w:val="single"/>
          </w:rPr>
          <w:t>https://www.startbase.com/news/validation-cloud-sichert-sich-10-millionen-dollar-um-ki-fuer-web3-zu-skalieren/</w:t>
        </w:r>
      </w:hyperlink>
      <w:r>
        <w:t xml:space="preserve"> - Validation Cloud's funding from True Global Ventures, the company's technological breakthroughs, and client list.</w:t>
      </w:r>
      <w:r/>
    </w:p>
    <w:p>
      <w:pPr>
        <w:pStyle w:val="ListNumber"/>
        <w:spacing w:line="240" w:lineRule="auto"/>
        <w:ind w:left="720"/>
      </w:pPr>
      <w:r/>
      <w:hyperlink r:id="rId13">
        <w:r>
          <w:rPr>
            <w:color w:val="0000EE"/>
            <w:u w:val="single"/>
          </w:rPr>
          <w:t>https://www.finsmes.com/2024/10/validation-cloud-raises-10m-in-funding.html</w:t>
        </w:r>
      </w:hyperlink>
      <w:r>
        <w:t xml:space="preserve"> - Validation Cloud's $10 million funding, its product offerings, and the performance of its node API.</w:t>
      </w:r>
      <w:r/>
    </w:p>
    <w:p>
      <w:pPr>
        <w:pStyle w:val="ListNumber"/>
        <w:spacing w:line="240" w:lineRule="auto"/>
        <w:ind w:left="720"/>
      </w:pPr>
      <w:r/>
      <w:hyperlink r:id="rId11">
        <w:r>
          <w:rPr>
            <w:color w:val="0000EE"/>
            <w:u w:val="single"/>
          </w:rPr>
          <w:t>https://www.prnewswire.com/news-releases/validation-cloud-secures-10m-lead-to-scale-ai-for-web3-from-true-global-ventures-302283289.html</w:t>
        </w:r>
      </w:hyperlink>
      <w:r>
        <w:t xml:space="preserve"> - The growth of Validation Cloud's staking operations and the recognition of its node API performance by CompareNodes.</w:t>
      </w:r>
      <w:r/>
    </w:p>
    <w:p>
      <w:pPr>
        <w:pStyle w:val="ListNumber"/>
        <w:spacing w:line="240" w:lineRule="auto"/>
        <w:ind w:left="720"/>
      </w:pPr>
      <w:r/>
      <w:hyperlink r:id="rId10">
        <w:r>
          <w:rPr>
            <w:color w:val="0000EE"/>
            <w:u w:val="single"/>
          </w:rPr>
          <w:t>https://www.chaincatcher.com/en/article/2148682</w:t>
        </w:r>
      </w:hyperlink>
      <w:r>
        <w:t xml:space="preserve"> - Validation Cloud's client list including Chainlink, Aptos, Consensys, Stellar, and Hedera.</w:t>
      </w:r>
      <w:r/>
    </w:p>
    <w:p>
      <w:pPr>
        <w:pStyle w:val="ListNumber"/>
        <w:spacing w:line="240" w:lineRule="auto"/>
        <w:ind w:left="720"/>
      </w:pPr>
      <w:r/>
      <w:hyperlink r:id="rId12">
        <w:r>
          <w:rPr>
            <w:color w:val="0000EE"/>
            <w:u w:val="single"/>
          </w:rPr>
          <w:t>https://www.startbase.com/news/validation-cloud-sichert-sich-10-millionen-dollar-um-ki-fuer-web3-zu-skalieren/</w:t>
        </w:r>
      </w:hyperlink>
      <w:r>
        <w:t xml:space="preserve"> - The impact of Validation Cloud's AI platform on data exploration and user engagement.</w:t>
      </w:r>
      <w:r/>
    </w:p>
    <w:p>
      <w:pPr>
        <w:pStyle w:val="ListNumber"/>
        <w:spacing w:line="240" w:lineRule="auto"/>
        <w:ind w:left="720"/>
      </w:pPr>
      <w:r/>
      <w:hyperlink r:id="rId11">
        <w:r>
          <w:rPr>
            <w:color w:val="0000EE"/>
            <w:u w:val="single"/>
          </w:rPr>
          <w:t>https://www.prnewswire.com/news-releases/validation-cloud-secures-10m-lead-to-scale-ai-for-web3-from-true-global-ventures-302283289.html</w:t>
        </w:r>
      </w:hyperlink>
      <w:r>
        <w:t xml:space="preserve"> - Alex Nwaka's statement on the partnership with True Global Ventures and its value beyond capital.</w:t>
      </w:r>
      <w:r/>
    </w:p>
    <w:p>
      <w:pPr>
        <w:pStyle w:val="ListNumber"/>
        <w:spacing w:line="240" w:lineRule="auto"/>
        <w:ind w:left="720"/>
      </w:pPr>
      <w:r/>
      <w:hyperlink r:id="rId13">
        <w:r>
          <w:rPr>
            <w:color w:val="0000EE"/>
            <w:u w:val="single"/>
          </w:rPr>
          <w:t>https://www.finsmes.com/2024/10/validation-cloud-raises-10m-in-funding.html</w:t>
        </w:r>
      </w:hyperlink>
      <w:r>
        <w:t xml:space="preserve"> - Validation Cloud's recognition as one of the fastest-growing firms in the Web3 landscape.</w:t>
      </w:r>
      <w:r/>
    </w:p>
    <w:p>
      <w:pPr>
        <w:pStyle w:val="ListNumber"/>
        <w:spacing w:line="240" w:lineRule="auto"/>
        <w:ind w:left="720"/>
      </w:pPr>
      <w:r/>
      <w:hyperlink r:id="rId11">
        <w:r>
          <w:rPr>
            <w:color w:val="0000EE"/>
            <w:u w:val="single"/>
          </w:rPr>
          <w:t>https://www.prnewswire.com/news-releases/validation-cloud-secures-10m-lead-to-scale-ai-for-web3-from-true-global-ventures-302283289.html</w:t>
        </w:r>
      </w:hyperlink>
      <w:r>
        <w:t xml:space="preserve"> - The previous funding round in February 2024 led by Cadenza Ventures and the participating investors.</w:t>
      </w:r>
      <w:r/>
    </w:p>
    <w:p>
      <w:pPr>
        <w:pStyle w:val="ListNumber"/>
        <w:spacing w:line="240" w:lineRule="auto"/>
        <w:ind w:left="720"/>
      </w:pPr>
      <w:r/>
      <w:hyperlink r:id="rId12">
        <w:r>
          <w:rPr>
            <w:color w:val="0000EE"/>
            <w:u w:val="single"/>
          </w:rPr>
          <w:t>https://www.startbase.com/news/validation-cloud-sichert-sich-10-millionen-dollar-um-ki-fuer-web3-zu-skalieren/</w:t>
        </w:r>
      </w:hyperlink>
      <w:r>
        <w:t xml:space="preserve"> - About True Global Ventures (TGV) and its investment focus on AI and blockchain enterprises.</w:t>
      </w:r>
      <w:r/>
    </w:p>
    <w:p>
      <w:pPr>
        <w:pStyle w:val="ListNumber"/>
        <w:spacing w:line="240" w:lineRule="auto"/>
        <w:ind w:left="720"/>
      </w:pPr>
      <w:r/>
      <w:hyperlink r:id="rId14">
        <w:r>
          <w:rPr>
            <w:color w:val="0000EE"/>
            <w:u w:val="single"/>
          </w:rPr>
          <w:t>https://www.prnewswire.com/news-releases/validation-cloud-sichert-sich-10-mio-us-dollar-lead-investment-von-true-global-ventures-zur-skalierung-von-ai-fur-web3-302298632.html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aincatcher.com/en/article/2148682" TargetMode="External"/><Relationship Id="rId11" Type="http://schemas.openxmlformats.org/officeDocument/2006/relationships/hyperlink" Target="https://www.prnewswire.com/news-releases/validation-cloud-secures-10m-lead-to-scale-ai-for-web3-from-true-global-ventures-302283289.html" TargetMode="External"/><Relationship Id="rId12" Type="http://schemas.openxmlformats.org/officeDocument/2006/relationships/hyperlink" Target="https://www.startbase.com/news/validation-cloud-sichert-sich-10-millionen-dollar-um-ki-fuer-web3-zu-skalieren/" TargetMode="External"/><Relationship Id="rId13" Type="http://schemas.openxmlformats.org/officeDocument/2006/relationships/hyperlink" Target="https://www.finsmes.com/2024/10/validation-cloud-raises-10m-in-funding.html" TargetMode="External"/><Relationship Id="rId14" Type="http://schemas.openxmlformats.org/officeDocument/2006/relationships/hyperlink" Target="https://www.prnewswire.com/news-releases/validation-cloud-sichert-sich-10-mio-us-dollar-lead-investment-von-true-global-ventures-zur-skalierung-von-ai-fur-web3-30229863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