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series launched by the Future Policing Institute to integrate AI in law enforcement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Webinar Series Launched by the Future Policing Institute to Integrate AI in Law Enforcement</w:t>
      </w:r>
      <w:r/>
    </w:p>
    <w:p>
      <w:r/>
      <w:r>
        <w:t>REDLANDS, Calif. — The Future Policing Institute has unveiled a new webinar series aimed at law enforcement professionals, including police staff, corrections personnel, and prosecutors. The initiative seeks to empower these professionals by providing insights and training on the use of artificial intelligence (AI) tools available in Microsoft Office to enhance operational efficiency, data management, and investigative processes—all without additional cost.</w:t>
      </w:r>
      <w:r/>
    </w:p>
    <w:p>
      <w:r/>
      <w:r>
        <w:t>The inaugural session of this series is set to take place on November 13 and will be moderated by Chief Jim Bueermann. The session will feature contributions from Microsoft representative David Williams and Chief Philip Lukens. Together, they will offer an overview of the applications of AI within law enforcement, with a specific emphasis on leveraging Microsoft Office tools to their fullest potential.</w:t>
      </w:r>
      <w:r/>
    </w:p>
    <w:p>
      <w:r/>
      <w:r>
        <w:t>One of the main topics of discussion during the first webinar will be the transcription capabilities available in Microsoft Word. Chief Philip Lukens will demonstrate how AI-driven transcription can be effectively incorporated into the everyday workflows of law enforcement. This includes the transcription of reports, jail calls, and wire recordings, highlighting the potential for substantial time and resource savings while ensuring high standards of documentation are maintained.</w:t>
      </w:r>
      <w:r/>
    </w:p>
    <w:p>
      <w:r/>
      <w:r>
        <w:t>The transcription process benefits from Microsoft Word's integrated capability, which uses sophisticated speech recognition technology to convert audio content to text. This tool is especially useful for handling large quantities of audio data, allowing officers and prosecutors to efficiently produce detailed reports, pinpoint crucial information, and streamline case management processes.</w:t>
      </w:r>
      <w:r/>
    </w:p>
    <w:p>
      <w:r/>
      <w:r>
        <w:t>Furthermore, David Williams will delve into the AI-powered features of Microsoft Excel, outlining how these can aid law enforcement in data analysis. Participants will be guided on the use of Excel's comprehensive data visualization tools to detect patterns, trends, and key insights from complex datasets. This will include practical demonstrations on the application of data filters, creation of pivot tables, and generation of charts to present findings clearly, thereby supporting strategic planning and resource management.</w:t>
      </w:r>
      <w:r/>
    </w:p>
    <w:p>
      <w:r/>
      <w:r>
        <w:t>The entire webinar series underscores the importance of adopting AI technology to address the dynamic challenges faced by modern policing. Future sessions promise to cover a range of relevant themes such as predictive policing, management of digital evidence, sentiment analysis, and automated reporting. The series aims to provide participants with practical experience in implementing AI solutions within their professional routines.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https://www.futurepolicing.org/resources</w:t>
        </w:r>
      </w:hyperlink>
      <w:r>
        <w:t xml:space="preserve"> - Provides resources on the future of policing and the use of artificial intelligence, including documents and tools relevant to law enforcement and community engagement.</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Details the webinar series launched by the Future Policing Institute to integrate AI in law enforcement using Microsoft Office tools.</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Explains the inaugural session of the webinar series, moderated by Chief Jim Bueermann, and featuring contributions from Microsoft representative David Williams and Chief Philip Lukens.</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Describes the transcription capabilities in Microsoft Word and how AI-driven transcription can be integrated into law enforcement workflows.</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Outlines the use of Microsoft Excel’s AI-powered features for data analysis in law enforcement, as presented by David Williams.</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Highlights the practical demonstrations on using Excel's data visualization tools, data filters, pivot tables, and charts for presenting findings clearly.</w:t>
      </w:r>
      <w:r/>
    </w:p>
    <w:p>
      <w:pPr>
        <w:pStyle w:val="ListNumber"/>
        <w:spacing w:line="240" w:lineRule="auto"/>
        <w:ind w:left="720"/>
      </w:pPr>
      <w:r/>
      <w:hyperlink r:id="rId12">
        <w:r>
          <w:rPr>
            <w:color w:val="0000EE"/>
            <w:u w:val="single"/>
          </w:rPr>
          <w:t>https://www.futurepolicing.org</w:t>
        </w:r>
      </w:hyperlink>
      <w:r>
        <w:t xml:space="preserve"> - Explains the mission and focus of the Future Policing Institute, including its emphasis on innovative law enforcement strategies, AI technology, and community engagement.</w:t>
      </w:r>
      <w:r/>
    </w:p>
    <w:p>
      <w:pPr>
        <w:pStyle w:val="ListNumber"/>
        <w:spacing w:line="240" w:lineRule="auto"/>
        <w:ind w:left="720"/>
      </w:pPr>
      <w:r/>
      <w:hyperlink r:id="rId13">
        <w:r>
          <w:rPr>
            <w:color w:val="0000EE"/>
            <w:u w:val="single"/>
          </w:rPr>
          <w:t>https://policinginsight.com/feature/advertisement/webinar-series-artificial-intelligence-reaping-the-benefits-mitigating-the-risks/</w:t>
        </w:r>
      </w:hyperlink>
      <w:r>
        <w:t xml:space="preserve"> - Discusses the broader context of AI in law enforcement, including benefits, risks, and the need for maintaining the integrity of evidence and public confidence.</w:t>
      </w:r>
      <w:r/>
    </w:p>
    <w:p>
      <w:pPr>
        <w:pStyle w:val="ListNumber"/>
        <w:spacing w:line="240" w:lineRule="auto"/>
        <w:ind w:left="720"/>
      </w:pPr>
      <w:r/>
      <w:hyperlink r:id="rId14">
        <w:r>
          <w:rPr>
            <w:color w:val="0000EE"/>
            <w:u w:val="single"/>
          </w:rPr>
          <w:t>https://www.police1.com/artificial-intelligence/webinar-best-practices-for-using-ai-in-law-enforcement</w:t>
        </w:r>
      </w:hyperlink>
      <w:r>
        <w:t xml:space="preserve"> - Provides insights into best practices for using AI in law enforcement, including common mistakes and top tips for leveraging AI technologies effectively.</w:t>
      </w:r>
      <w:r/>
    </w:p>
    <w:p>
      <w:pPr>
        <w:pStyle w:val="ListNumber"/>
        <w:spacing w:line="240" w:lineRule="auto"/>
        <w:ind w:left="720"/>
      </w:pPr>
      <w:r/>
      <w:hyperlink r:id="rId10">
        <w:r>
          <w:rPr>
            <w:color w:val="0000EE"/>
            <w:u w:val="single"/>
          </w:rPr>
          <w:t>https://www.futurepolicing.org/resources</w:t>
        </w:r>
      </w:hyperlink>
      <w:r>
        <w:t xml:space="preserve"> - Offers additional resources and documents related to the future of policing, including the responsible use of AI and its implications for law enforcement.</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Details future sessions of the webinar series, which will cover topics such as predictive policing, digital evidence management, sentiment analysis, and automated reporting.</w:t>
      </w:r>
      <w:r/>
    </w:p>
    <w:p>
      <w:pPr>
        <w:pStyle w:val="ListNumber"/>
        <w:spacing w:line="240" w:lineRule="auto"/>
        <w:ind w:left="720"/>
      </w:pPr>
      <w:r/>
      <w:hyperlink r:id="rId11">
        <w:r>
          <w:rPr>
            <w:color w:val="0000EE"/>
            <w:u w:val="single"/>
          </w:rPr>
          <w:t>https://www.police1.com/artificial-intelligence/future-policing-institute-announces-webinar-series-on-optimizing-ai-tools-in-microsoft-office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turepolicing.org/resources" TargetMode="External"/><Relationship Id="rId11" Type="http://schemas.openxmlformats.org/officeDocument/2006/relationships/hyperlink" Target="https://www.police1.com/artificial-intelligence/future-policing-institute-announces-webinar-series-on-optimizing-ai-tools-in-microsoft-office" TargetMode="External"/><Relationship Id="rId12" Type="http://schemas.openxmlformats.org/officeDocument/2006/relationships/hyperlink" Target="https://www.futurepolicing.org" TargetMode="External"/><Relationship Id="rId13" Type="http://schemas.openxmlformats.org/officeDocument/2006/relationships/hyperlink" Target="https://policinginsight.com/feature/advertisement/webinar-series-artificial-intelligence-reaping-the-benefits-mitigating-the-risks/" TargetMode="External"/><Relationship Id="rId14" Type="http://schemas.openxmlformats.org/officeDocument/2006/relationships/hyperlink" Target="https://www.police1.com/artificial-intelligence/webinar-best-practices-for-using-ai-in-law-enforc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