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WhatsApp to introduce reverse image search feature to combat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WhatsApp is set to introduce a new feature aimed at enhancing the authenticity verification of images shared on its platform, addressing concerns over the increasing spread of misinformation. The upcoming feature will allow users to perform a Google reverse image search directly within WhatsApp, potentially providing additional context and warnings regarding manipulated or misleading images.</w:t>
      </w:r>
      <w:r/>
    </w:p>
    <w:p>
      <w:r/>
      <w:r>
        <w:t>This development is currently being rolled out to beta testers, as reported by WaBetaInfo, who discovered the feature while analysing the latest test build (version 2.24.23.13) of WhatsApp’s Android application. It remains unclear whether this functionality will also be extended to the iOS version of the app in the future.</w:t>
      </w:r>
      <w:r/>
    </w:p>
    <w:p>
      <w:r/>
      <w:r>
        <w:t>Users seeking to utilise this feature will find it embedded within the option menu of images received in chats. By tapping the three vertical dots and selecting "search on web," users can initiate a reverse image search powered by Google. While this can provide additional context and information about the image's origins, the feature's efficacy is heavily reliant on Google's search capabilities and may not always yield conclusive results.</w:t>
      </w:r>
      <w:r/>
    </w:p>
    <w:p>
      <w:r/>
      <w:r>
        <w:t>The integration of reverse image search within WhatsApp simplifies the process considerably. Previously, users had to save an image to their device, navigate to Google Lens, and carry out a search manually, a process that could clutter one’s gallery and was not user-friendly.</w:t>
      </w:r>
      <w:r/>
    </w:p>
    <w:p>
      <w:r/>
      <w:r>
        <w:t>WhatsApp emphasises its commitment to user privacy by assuring that while images are shared with Google for the purpose of reverse searching, they are not shared with WhatsApp itself. This approach aligns with the company's dedication to encryption and user data protection.</w:t>
      </w:r>
      <w:r/>
    </w:p>
    <w:p>
      <w:r/>
      <w:r>
        <w:t>The initiative from WhatsApp comes at a time when the prevalence of generative AI is increasing, leading to a rise in the production of highly realistic fake images. As these images become more common and convincing, there is a greater potential for them to be used as tools of disinformation, intentionally or otherwise.</w:t>
      </w:r>
      <w:r/>
    </w:p>
    <w:p>
      <w:r/>
      <w:r>
        <w:t>Despite the convenience of having the search function within the app, the feature is somewhat inconspicuously located, which may limit its immediate adoption as a standard procedure for image verification. It is considered a useful addition but not a comprehensive solution to the challenges posed by digital misinformation.</w:t>
      </w:r>
      <w:r/>
    </w:p>
    <w:p>
      <w:r/>
      <w:r>
        <w:t>The new feature is part of WhatsApp's broader strategy to equip users with quick and accessible methods for basic fact-checking, contributing to the efforts to mitigate the spread of false information online. While currently limited to Android beta testers, the feature may soon be available for a wider audience pending successful testing.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https://www.techradar.com/phones/android/whatsapp-will-soon-help-you-spot-misinformation-heres-how</w:t>
        </w:r>
      </w:hyperlink>
      <w:r>
        <w:t xml:space="preserve"> - Corroborates the introduction of a new WhatsApp feature for reverse image search using Google, aimed at combating misinformation.</w:t>
      </w:r>
      <w:r/>
    </w:p>
    <w:p>
      <w:pPr>
        <w:pStyle w:val="ListNumber"/>
        <w:spacing w:line="240" w:lineRule="auto"/>
        <w:ind w:left="720"/>
      </w:pPr>
      <w:r/>
      <w:hyperlink r:id="rId11">
        <w:r>
          <w:rPr>
            <w:color w:val="0000EE"/>
            <w:u w:val="single"/>
          </w:rPr>
          <w:t>https://timesofindia.indiatimes.com/technology/tech-news/whatsapp-may-soon-allow-users-to-search-shared-images-on-the-web/articleshow/115017683.cms</w:t>
        </w:r>
      </w:hyperlink>
      <w:r>
        <w:t xml:space="preserve"> - Confirms the feature is currently available in the WhatsApp beta version for Android and helps users verify the authenticity of images.</w:t>
      </w:r>
      <w:r/>
    </w:p>
    <w:p>
      <w:pPr>
        <w:pStyle w:val="ListNumber"/>
        <w:spacing w:line="240" w:lineRule="auto"/>
        <w:ind w:left="720"/>
      </w:pPr>
      <w:r/>
      <w:hyperlink r:id="rId12">
        <w:r>
          <w:rPr>
            <w:color w:val="0000EE"/>
            <w:u w:val="single"/>
          </w:rPr>
          <w:t>https://indianexpress.com/article/technology/tech-news-technology/whatsapp-reverse-image-search-feature-google-lens-9656187/</w:t>
        </w:r>
      </w:hyperlink>
      <w:r>
        <w:t xml:space="preserve"> - Details the process of using the 'Search on web' feature within WhatsApp to perform a reverse image search using Google.</w:t>
      </w:r>
      <w:r/>
    </w:p>
    <w:p>
      <w:pPr>
        <w:pStyle w:val="ListNumber"/>
        <w:spacing w:line="240" w:lineRule="auto"/>
        <w:ind w:left="720"/>
      </w:pPr>
      <w:r/>
      <w:hyperlink r:id="rId13">
        <w:r>
          <w:rPr>
            <w:color w:val="0000EE"/>
            <w:u w:val="single"/>
          </w:rPr>
          <w:t>https://www.business-standard.com/technology/tech-news/soon-whatsapp-will-allow-reverse-image-search-through-google-details-here-124110600291_1.html</w:t>
        </w:r>
      </w:hyperlink>
      <w:r>
        <w:t xml:space="preserve"> - Explains how the feature enhances transparency around shared images and provides steps to use the 'Search on web' option.</w:t>
      </w:r>
      <w:r/>
    </w:p>
    <w:p>
      <w:pPr>
        <w:pStyle w:val="ListNumber"/>
        <w:spacing w:line="240" w:lineRule="auto"/>
        <w:ind w:left="720"/>
      </w:pPr>
      <w:r/>
      <w:hyperlink r:id="rId14">
        <w:r>
          <w:rPr>
            <w:color w:val="0000EE"/>
            <w:u w:val="single"/>
          </w:rPr>
          <w:t>https://9to5google.com/2024/11/05/whatsapp-adds-reverse-image-search/</w:t>
        </w:r>
      </w:hyperlink>
      <w:r>
        <w:t xml:space="preserve"> - Mentions the feature's availability in the latest WhatsApp beta build and the process of initiating a reverse image search.</w:t>
      </w:r>
      <w:r/>
    </w:p>
    <w:p>
      <w:pPr>
        <w:pStyle w:val="ListNumber"/>
        <w:spacing w:line="240" w:lineRule="auto"/>
        <w:ind w:left="720"/>
      </w:pPr>
      <w:r/>
      <w:hyperlink r:id="rId10">
        <w:r>
          <w:rPr>
            <w:color w:val="0000EE"/>
            <w:u w:val="single"/>
          </w:rPr>
          <w:t>https://www.techradar.com/phones/android/whatsapp-will-soon-help-you-spot-misinformation-heres-how</w:t>
        </w:r>
      </w:hyperlink>
      <w:r>
        <w:t xml:space="preserve"> - Highlights that the feature is rolling out to beta testers and may soon be available to a wider audience.</w:t>
      </w:r>
      <w:r/>
    </w:p>
    <w:p>
      <w:pPr>
        <w:pStyle w:val="ListNumber"/>
        <w:spacing w:line="240" w:lineRule="auto"/>
        <w:ind w:left="720"/>
      </w:pPr>
      <w:r/>
      <w:hyperlink r:id="rId11">
        <w:r>
          <w:rPr>
            <w:color w:val="0000EE"/>
            <w:u w:val="single"/>
          </w:rPr>
          <w:t>https://timesofindia.indiatimes.com/technology/tech-news/whatsapp-may-soon-allow-users-to-search-shared-images-on-the-web/articleshow/115017683.cms</w:t>
        </w:r>
      </w:hyperlink>
      <w:r>
        <w:t xml:space="preserve"> - Clarifies that images sent to Google for reverse search remain confidential and are not shared with Meta or WhatsApp.</w:t>
      </w:r>
      <w:r/>
    </w:p>
    <w:p>
      <w:pPr>
        <w:pStyle w:val="ListNumber"/>
        <w:spacing w:line="240" w:lineRule="auto"/>
        <w:ind w:left="720"/>
      </w:pPr>
      <w:r/>
      <w:hyperlink r:id="rId12">
        <w:r>
          <w:rPr>
            <w:color w:val="0000EE"/>
            <w:u w:val="single"/>
          </w:rPr>
          <w:t>https://indianexpress.com/article/technology/tech-news-technology/whatsapp-reverse-image-search-feature-google-lens-9656187/</w:t>
        </w:r>
      </w:hyperlink>
      <w:r>
        <w:t xml:space="preserve"> - Discusses the context of the feature's introduction, particularly in response to the rise of generative AI and fake images.</w:t>
      </w:r>
      <w:r/>
    </w:p>
    <w:p>
      <w:pPr>
        <w:pStyle w:val="ListNumber"/>
        <w:spacing w:line="240" w:lineRule="auto"/>
        <w:ind w:left="720"/>
      </w:pPr>
      <w:r/>
      <w:hyperlink r:id="rId13">
        <w:r>
          <w:rPr>
            <w:color w:val="0000EE"/>
            <w:u w:val="single"/>
          </w:rPr>
          <w:t>https://www.business-standard.com/technology/tech-news/soon-whatsapp-will-allow-reverse-image-search-through-google-details-here-124110600291_1.html</w:t>
        </w:r>
      </w:hyperlink>
      <w:r>
        <w:t xml:space="preserve"> - Explains the convenience of having the reverse image search feature integrated within WhatsApp, compared to previous manual methods.</w:t>
      </w:r>
      <w:r/>
    </w:p>
    <w:p>
      <w:pPr>
        <w:pStyle w:val="ListNumber"/>
        <w:spacing w:line="240" w:lineRule="auto"/>
        <w:ind w:left="720"/>
      </w:pPr>
      <w:r/>
      <w:hyperlink r:id="rId14">
        <w:r>
          <w:rPr>
            <w:color w:val="0000EE"/>
            <w:u w:val="single"/>
          </w:rPr>
          <w:t>https://9to5google.com/2024/11/05/whatsapp-adds-reverse-image-search/</w:t>
        </w:r>
      </w:hyperlink>
      <w:r>
        <w:t xml:space="preserve"> - Notes that the feature is part of WhatsApp's broader strategy to equip users with tools for basic fact-checking.</w:t>
      </w:r>
      <w:r/>
    </w:p>
    <w:p>
      <w:pPr>
        <w:pStyle w:val="ListNumber"/>
        <w:spacing w:line="240" w:lineRule="auto"/>
        <w:ind w:left="720"/>
      </w:pPr>
      <w:r/>
      <w:hyperlink r:id="rId11">
        <w:r>
          <w:rPr>
            <w:color w:val="0000EE"/>
            <w:u w:val="single"/>
          </w:rPr>
          <w:t>https://timesofindia.indiatimes.com/technology/tech-news/whatsapp-may-soon-allow-users-to-search-shared-images-on-the-web/articleshow/115017683.cms</w:t>
        </w:r>
      </w:hyperlink>
      <w:r>
        <w:t xml:space="preserve"> - Mentions the feature's current limitation to Android beta testers and the expectation of a broader rollout in the future.</w:t>
      </w:r>
      <w:r/>
    </w:p>
    <w:p>
      <w:pPr>
        <w:pStyle w:val="ListNumber"/>
        <w:spacing w:line="240" w:lineRule="auto"/>
        <w:ind w:left="720"/>
      </w:pPr>
      <w:r/>
      <w:hyperlink r:id="rId10">
        <w:r>
          <w:rPr>
            <w:color w:val="0000EE"/>
            <w:u w:val="single"/>
          </w:rPr>
          <w:t>https://www.techradar.com/phones/android/whatsapp-will-soon-help-you-spot-misinformation-heres-how</w:t>
        </w:r>
      </w:hyperlink>
      <w:r>
        <w:t xml:space="preserve"> - Please view link - unable to able to access data</w:t>
      </w:r>
      <w:r/>
    </w:p>
    <w:p>
      <w:pPr>
        <w:pStyle w:val="ListNumber"/>
        <w:spacing w:line="240" w:lineRule="auto"/>
        <w:ind w:left="720"/>
      </w:pPr>
      <w:r/>
      <w:hyperlink r:id="rId15">
        <w:r>
          <w:rPr>
            <w:color w:val="0000EE"/>
            <w:u w:val="single"/>
          </w:rPr>
          <w:t>https://www.techadvisor.com/article/2512648/whatsapp-might-make-it-easier-to-spot-ai-fakes.html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hones/android/whatsapp-will-soon-help-you-spot-misinformation-heres-how" TargetMode="External"/><Relationship Id="rId11" Type="http://schemas.openxmlformats.org/officeDocument/2006/relationships/hyperlink" Target="https://timesofindia.indiatimes.com/technology/tech-news/whatsapp-may-soon-allow-users-to-search-shared-images-on-the-web/articleshow/115017683.cms" TargetMode="External"/><Relationship Id="rId12" Type="http://schemas.openxmlformats.org/officeDocument/2006/relationships/hyperlink" Target="https://indianexpress.com/article/technology/tech-news-technology/whatsapp-reverse-image-search-feature-google-lens-9656187/" TargetMode="External"/><Relationship Id="rId13" Type="http://schemas.openxmlformats.org/officeDocument/2006/relationships/hyperlink" Target="https://www.business-standard.com/technology/tech-news/soon-whatsapp-will-allow-reverse-image-search-through-google-details-here-124110600291_1.html" TargetMode="External"/><Relationship Id="rId14" Type="http://schemas.openxmlformats.org/officeDocument/2006/relationships/hyperlink" Target="https://9to5google.com/2024/11/05/whatsapp-adds-reverse-image-search/" TargetMode="External"/><Relationship Id="rId15" Type="http://schemas.openxmlformats.org/officeDocument/2006/relationships/hyperlink" Target="https://www.techadvisor.com/article/2512648/whatsapp-might-make-it-easier-to-spot-ai-fak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