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WorkBuzz launches innovative AI to enhance employee engagement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WorkBuzz Launches Innovative AI to Enhance Employee Engagement</w:t>
      </w:r>
      <w:r/>
    </w:p>
    <w:p>
      <w:r/>
      <w:r>
        <w:t>WorkBuzz has announced the launch of People Science AI, a pioneering artificial intelligence tool designed to enhance employee engagement by providing rapid and concise guidance to people managers. This AI-driven solution aims to transform the way leaders interact with their teams by delivering personalised insights and advice, ultimately fostering a more engaged and productive workforce.</w:t>
      </w:r>
      <w:r/>
    </w:p>
    <w:p>
      <w:r/>
      <w:r>
        <w:t>People Science AI utilises data from WorkBuzz’s comprehensive employee surveys, processing it to provide people managers with a tailored summary of critical areas for improvement. This cutting-edge technology addresses the longstanding challenge of effectively analysing and acting on survey insights, a task that often overwhelms HR departments and managers.</w:t>
      </w:r>
      <w:r/>
    </w:p>
    <w:p>
      <w:r/>
      <w:r>
        <w:t>Steven Frost, CEO of WorkBuzz, explains the importance of employee surveys in understanding workplace dynamics. He notes that while these surveys are essential for identifying what matters to employees and what requires attention, the analysis and implementation of findings are often neglected. This is due to HR teams being overstretched and managers lacking experience in interpreting survey data and prioritising responses. "Our AI solves this decades-old problem by analysing the survey results in seconds, and then delivering concise, tailored and actionable advice directly to each people manager," says Frost.</w:t>
      </w:r>
      <w:r/>
    </w:p>
    <w:p>
      <w:r/>
      <w:r>
        <w:t>Developed with over one million hours of expertise, People Science AI bypasses the need for complex data dashboards. It provides both HR and business leaders with personalised, context-aware advice. Executives receive organisation-wide summaries, while people managers obtain specific departmental insights. The AI also analyses employee comments from surveys, extracting key sentiments and topics that require attention, thus enabling managers to better understand employee feelings and motivations.</w:t>
      </w:r>
      <w:r/>
    </w:p>
    <w:p>
      <w:r/>
      <w:r>
        <w:t>The guidance from People Science AI ranges from onboarding strategies to staff appreciation tips, presented in a text format that adapts to each manager’s role, language, and level of authority. The executive summaries are also available via a human-like avatar, making the advice more engaging and accessible.</w:t>
      </w:r>
      <w:r/>
    </w:p>
    <w:p>
      <w:r/>
      <w:r>
        <w:t>People Science AI is constructed on a carbon-neutral infrastructure, underscoring WorkBuzz's commitment to sustainability. This AI tool provides actionable summaries based on survey data, with its model refined by WorkBuzz’s People Science team to ensure consistent and insightful feedback. Accessibility is a key feature, allowing managers to access AI feedback from anywhere, whether they are in the office, on the frontline, or working remotely.</w:t>
      </w:r>
      <w:r/>
    </w:p>
    <w:p>
      <w:r/>
      <w:r>
        <w:t>Frost highlights the efficiency of People Science AI in combating the paralysis often faced by time-constrained HR teams and managers unfamiliar with handling survey data. He remarks, "This is why our new People Science AI is so powerful, enabling organisations to quickly action employee feedback to create a happier and more productive workforce, while addressing emerging issues before they become problems."</w:t>
      </w:r>
      <w:r/>
    </w:p>
    <w:p>
      <w:r/>
      <w:r>
        <w:t>With this innovative AI solution, WorkBuzz sets a new standard in employee engagement, promising a future where leaders are better equipped to respond to the needs of their teams efficiently and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https://employernews.co.uk/ai/workbuzz-launches-first-of-its-kind-ai/</w:t>
        </w:r>
      </w:hyperlink>
      <w:r>
        <w:t xml:space="preserve"> - Corroborates the launch of People Science AI and its role in providing rapid and concise guidance to people managers.</w:t>
      </w:r>
      <w:r/>
    </w:p>
    <w:p>
      <w:pPr>
        <w:pStyle w:val="ListNumber"/>
        <w:spacing w:line="240" w:lineRule="auto"/>
        <w:ind w:left="720"/>
      </w:pPr>
      <w:r/>
      <w:hyperlink r:id="rId11">
        <w:r>
          <w:rPr>
            <w:color w:val="0000EE"/>
            <w:u w:val="single"/>
          </w:rPr>
          <w:t>https://pressreleases.responsesource.com/news/105901/workbuzz-launches-ai-that-reveals-secrets-to-a-happier-workforce/</w:t>
        </w:r>
      </w:hyperlink>
      <w:r>
        <w:t xml:space="preserve"> - Supports the details about People Science AI, including its development and the problems it solves in analyzing and acting on survey insights.</w:t>
      </w:r>
      <w:r/>
    </w:p>
    <w:p>
      <w:pPr>
        <w:pStyle w:val="ListNumber"/>
        <w:spacing w:line="240" w:lineRule="auto"/>
        <w:ind w:left="720"/>
      </w:pPr>
      <w:r/>
      <w:hyperlink r:id="rId10">
        <w:r>
          <w:rPr>
            <w:color w:val="0000EE"/>
            <w:u w:val="single"/>
          </w:rPr>
          <w:t>https://employernews.co.uk/ai/workbuzz-launches-first-of-its-kind-ai/</w:t>
        </w:r>
      </w:hyperlink>
      <w:r>
        <w:t xml:space="preserve"> - Explains how People Science AI processes data from employee surveys and provides tailored summaries for improvement.</w:t>
      </w:r>
      <w:r/>
    </w:p>
    <w:p>
      <w:pPr>
        <w:pStyle w:val="ListNumber"/>
        <w:spacing w:line="240" w:lineRule="auto"/>
        <w:ind w:left="720"/>
      </w:pPr>
      <w:r/>
      <w:hyperlink r:id="rId11">
        <w:r>
          <w:rPr>
            <w:color w:val="0000EE"/>
            <w:u w:val="single"/>
          </w:rPr>
          <w:t>https://pressreleases.responsesource.com/news/105901/workbuzz-launches-ai-that-reveals-secrets-to-a-happier-workforce/</w:t>
        </w:r>
      </w:hyperlink>
      <w:r>
        <w:t xml:space="preserve"> - Quotes Steven Frost on the importance of employee surveys and the challenges in analyzing and implementing findings.</w:t>
      </w:r>
      <w:r/>
    </w:p>
    <w:p>
      <w:pPr>
        <w:pStyle w:val="ListNumber"/>
        <w:spacing w:line="240" w:lineRule="auto"/>
        <w:ind w:left="720"/>
      </w:pPr>
      <w:r/>
      <w:hyperlink r:id="rId10">
        <w:r>
          <w:rPr>
            <w:color w:val="0000EE"/>
            <w:u w:val="single"/>
          </w:rPr>
          <w:t>https://employernews.co.uk/ai/workbuzz-launches-first-of-its-kind-ai/</w:t>
        </w:r>
      </w:hyperlink>
      <w:r>
        <w:t xml:space="preserve"> - Details the development of People Science AI with over one million hours of expertise and its ability to bypass complex data dashboards.</w:t>
      </w:r>
      <w:r/>
    </w:p>
    <w:p>
      <w:pPr>
        <w:pStyle w:val="ListNumber"/>
        <w:spacing w:line="240" w:lineRule="auto"/>
        <w:ind w:left="720"/>
      </w:pPr>
      <w:r/>
      <w:hyperlink r:id="rId11">
        <w:r>
          <w:rPr>
            <w:color w:val="0000EE"/>
            <w:u w:val="single"/>
          </w:rPr>
          <w:t>https://pressreleases.responsesource.com/news/105901/workbuzz-launches-ai-that-reveals-secrets-to-a-happier-workforce/</w:t>
        </w:r>
      </w:hyperlink>
      <w:r>
        <w:t xml:space="preserve"> - Describes how People Science AI provides personalized, context-aware advice to HR and business leaders, including executive and departmental summaries.</w:t>
      </w:r>
      <w:r/>
    </w:p>
    <w:p>
      <w:pPr>
        <w:pStyle w:val="ListNumber"/>
        <w:spacing w:line="240" w:lineRule="auto"/>
        <w:ind w:left="720"/>
      </w:pPr>
      <w:r/>
      <w:hyperlink r:id="rId10">
        <w:r>
          <w:rPr>
            <w:color w:val="0000EE"/>
            <w:u w:val="single"/>
          </w:rPr>
          <w:t>https://employernews.co.uk/ai/workbuzz-launches-first-of-its-kind-ai/</w:t>
        </w:r>
      </w:hyperlink>
      <w:r>
        <w:t xml:space="preserve"> - Explains the AI's ability to analyze employee comments, extract key sentiments and topics, and provide guidance on various managerial tasks.</w:t>
      </w:r>
      <w:r/>
    </w:p>
    <w:p>
      <w:pPr>
        <w:pStyle w:val="ListNumber"/>
        <w:spacing w:line="240" w:lineRule="auto"/>
        <w:ind w:left="720"/>
      </w:pPr>
      <w:r/>
      <w:hyperlink r:id="rId11">
        <w:r>
          <w:rPr>
            <w:color w:val="0000EE"/>
            <w:u w:val="single"/>
          </w:rPr>
          <w:t>https://pressreleases.responsesource.com/news/105901/workbuzz-launches-ai-that-reveals-secrets-to-a-happier-workforce/</w:t>
        </w:r>
      </w:hyperlink>
      <w:r>
        <w:t xml:space="preserve"> - Describes the adaptability of the AI's guidance to each manager’s role, language, and level of authority, and the use of a human-like avatar for executive summaries.</w:t>
      </w:r>
      <w:r/>
    </w:p>
    <w:p>
      <w:pPr>
        <w:pStyle w:val="ListNumber"/>
        <w:spacing w:line="240" w:lineRule="auto"/>
        <w:ind w:left="720"/>
      </w:pPr>
      <w:r/>
      <w:hyperlink r:id="rId11">
        <w:r>
          <w:rPr>
            <w:color w:val="0000EE"/>
            <w:u w:val="single"/>
          </w:rPr>
          <w:t>https://pressreleases.responsesource.com/news/105901/workbuzz-launches-ai-that-reveals-secrets-to-a-happier-workforce/</w:t>
        </w:r>
      </w:hyperlink>
      <w:r>
        <w:t xml:space="preserve"> - Highlights the carbon-neutral infrastructure of People Science AI and its accessibility for managers across different work environments.</w:t>
      </w:r>
      <w:r/>
    </w:p>
    <w:p>
      <w:pPr>
        <w:pStyle w:val="ListNumber"/>
        <w:spacing w:line="240" w:lineRule="auto"/>
        <w:ind w:left="720"/>
      </w:pPr>
      <w:r/>
      <w:hyperlink r:id="rId10">
        <w:r>
          <w:rPr>
            <w:color w:val="0000EE"/>
            <w:u w:val="single"/>
          </w:rPr>
          <w:t>https://employernews.co.uk/ai/workbuzz-launches-first-of-its-kind-ai/</w:t>
        </w:r>
      </w:hyperlink>
      <w:r>
        <w:t xml:space="preserve"> - Explains how People Science AI helps combat the paralysis faced by time-constrained HR teams and managers in handling survey data.</w:t>
      </w:r>
      <w:r/>
    </w:p>
    <w:p>
      <w:pPr>
        <w:pStyle w:val="ListNumber"/>
        <w:spacing w:line="240" w:lineRule="auto"/>
        <w:ind w:left="720"/>
      </w:pPr>
      <w:r/>
      <w:hyperlink r:id="rId11">
        <w:r>
          <w:rPr>
            <w:color w:val="0000EE"/>
            <w:u w:val="single"/>
          </w:rPr>
          <w:t>https://pressreleases.responsesource.com/news/105901/workbuzz-launches-ai-that-reveals-secrets-to-a-happier-workforce/</w:t>
        </w:r>
      </w:hyperlink>
      <w:r>
        <w:t xml:space="preserve"> - Summarizes the overall impact of People Science AI in enhancing employee engagement and creating a more productive workforce.</w:t>
      </w:r>
      <w:r/>
    </w:p>
    <w:p>
      <w:pPr>
        <w:pStyle w:val="ListNumber"/>
        <w:spacing w:line="240" w:lineRule="auto"/>
        <w:ind w:left="720"/>
      </w:pPr>
      <w:r/>
      <w:hyperlink r:id="rId12">
        <w:r>
          <w:rPr>
            <w:color w:val="0000EE"/>
            <w:u w:val="single"/>
          </w:rPr>
          <w:t>https://uktechnews.co.uk/2024/11/06/workbuzz-launches-ai-that-reveals-secrets-to-a-happier-workforce/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mployernews.co.uk/ai/workbuzz-launches-first-of-its-kind-ai/" TargetMode="External"/><Relationship Id="rId11" Type="http://schemas.openxmlformats.org/officeDocument/2006/relationships/hyperlink" Target="https://pressreleases.responsesource.com/news/105901/workbuzz-launches-ai-that-reveals-secrets-to-a-happier-workforce/" TargetMode="External"/><Relationship Id="rId12" Type="http://schemas.openxmlformats.org/officeDocument/2006/relationships/hyperlink" Target="https://uktechnews.co.uk/2024/11/06/workbuzz-launches-ai-that-reveals-secrets-to-a-happier-workfor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