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teddy bear 'Poe' revolutionises storytelling for children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Teddy Bear 'Poe' Revolutionises Storytelling for Children</w:t>
      </w:r>
      <w:r/>
    </w:p>
    <w:p>
      <w:r/>
      <w:r>
        <w:t>A new generation of storytelling has arrived with the innovative PLAi: Poe the AI Story Bear, designed by Skyrocket. This state-of-the-art toy uses cutting-edge technology to enable children to craft imaginative narratives. Available through an app on both Apple and Android devices, Poe allows young users to tailor their storytelling experience by selecting from various genres, characters, plot devices, and settings. The artificial intelligence embedded within the bear then brings these elements together into a unique tale, which Poe narrates aloud.</w:t>
      </w:r>
      <w:r/>
    </w:p>
    <w:p>
      <w:r/>
      <w:r>
        <w:t>Poe is positioned as a modern iteration of classic storytelling bears, like the beloved Teddy Ruxpin from previous generations. The bear is distinct in its ability to teach technology literacy to children, incorporating educational benefits into its entertaining purpose. As children engage with the app, they develop skills in using Bluetooth technology and digital storage, seamlessly combining play and learning.</w:t>
      </w:r>
      <w:r/>
    </w:p>
    <w:p>
      <w:r/>
      <w:r>
        <w:t>One of Poe's standout features is its versatility in providing stories without the need for an internet connection, once they are initially uploaded. This makes it a convenient choice for families who travel, ensuring children have ready access to their favourite stories wherever they go.</w:t>
      </w:r>
      <w:r/>
    </w:p>
    <w:p>
      <w:r/>
      <w:r>
        <w:t>Despite the app still being in its developmental phase, it offers a substantial range of choices with over 10 genres and 100 characters. As such, it's advisable for parents to assist their children in navigating the app and setting up stories during this early period of its rollout.</w:t>
      </w:r>
      <w:r/>
    </w:p>
    <w:p>
      <w:r/>
      <w:r>
        <w:t>Skyrocket has ensured that Poe is not just a toy, but a tool that fosters creativity, allowing children to engage with storytelling in a dynamic way. As it stands, Poe the AI Story Bear is set to become an essential companion for digitally-savvy youngsters, merging the timeless appeal of storytime with the excitement of interactive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https://www.kohls.com/product/prd-7020047/plai-poe-the-ai-story-bear.jsp</w:t>
        </w:r>
      </w:hyperlink>
      <w:r>
        <w:t xml:space="preserve"> - Corroborates the features of Poe the AI Story Bear, including its ability to create stories based on user input and its kid-safe AI content.</w:t>
      </w:r>
      <w:r/>
    </w:p>
    <w:p>
      <w:pPr>
        <w:pStyle w:val="ListNumber"/>
        <w:spacing w:line="240" w:lineRule="auto"/>
        <w:ind w:left="720"/>
      </w:pPr>
      <w:r/>
      <w:hyperlink r:id="rId11">
        <w:r>
          <w:rPr>
            <w:color w:val="0000EE"/>
            <w:u w:val="single"/>
          </w:rPr>
          <w:t>https://www.reddit.com/r/AIToolsTech/comments/1e3w24d/the_first_aipowered_storytelling_teddy_bear_is/</w:t>
        </w:r>
      </w:hyperlink>
      <w:r>
        <w:t xml:space="preserve"> - Supports the information about Poe's use of AI to generate stories, its partnership with ElevenLabs, and the app's interface for selecting story elements.</w:t>
      </w:r>
      <w:r/>
    </w:p>
    <w:p>
      <w:pPr>
        <w:pStyle w:val="ListNumber"/>
        <w:spacing w:line="240" w:lineRule="auto"/>
        <w:ind w:left="720"/>
      </w:pPr>
      <w:r/>
      <w:hyperlink r:id="rId12">
        <w:r>
          <w:rPr>
            <w:color w:val="0000EE"/>
            <w:u w:val="single"/>
          </w:rPr>
          <w:t>https://www.techradar.com/computing/artificial-intelligence/this-ai-teddy-bear-can-make-up-new-bedtime-stories-to-tell-you-every-night</w:t>
        </w:r>
      </w:hyperlink>
      <w:r>
        <w:t xml:space="preserve"> - Confirms Poe's ability to tell stories in multiple languages, the use of ChatGPT and ElevenLabs for story generation and voice, and the safety measures in place.</w:t>
      </w:r>
      <w:r/>
    </w:p>
    <w:p>
      <w:pPr>
        <w:pStyle w:val="ListNumber"/>
        <w:spacing w:line="240" w:lineRule="auto"/>
        <w:ind w:left="720"/>
      </w:pPr>
      <w:r/>
      <w:hyperlink r:id="rId13">
        <w:r>
          <w:rPr>
            <w:color w:val="0000EE"/>
            <w:u w:val="single"/>
          </w:rPr>
          <w:t>https://www.techtimes.com/articles/306679/20240715/skyrocket-launching-storyteller-ai-bear-poefor-kids-creates-story.htm</w:t>
        </w:r>
      </w:hyperlink>
      <w:r>
        <w:t xml:space="preserve"> - Details the launch of Poe, its use of Microsoft Azure and ChatGPT 4o, and the app's functionality in generating unique narratives.</w:t>
      </w:r>
      <w:r/>
    </w:p>
    <w:p>
      <w:pPr>
        <w:pStyle w:val="ListNumber"/>
        <w:spacing w:line="240" w:lineRule="auto"/>
        <w:ind w:left="720"/>
      </w:pPr>
      <w:r/>
      <w:hyperlink r:id="rId14">
        <w:r>
          <w:rPr>
            <w:color w:val="0000EE"/>
            <w:u w:val="single"/>
          </w:rPr>
          <w:t>https://www.cnet.com/tech/services-and-software/the-first-ai-powered-storytelling-teddy-bear-is-here-i-gave-it-to-my-kids-to-test/</w:t>
        </w:r>
      </w:hyperlink>
      <w:r>
        <w:t xml:space="preserve"> - Provides insights into Poe's ability to generate stories quickly, the absence of internet connectivity and microphones, and the potential for sequels to user-generated stories.</w:t>
      </w:r>
      <w:r/>
    </w:p>
    <w:p>
      <w:pPr>
        <w:pStyle w:val="ListNumber"/>
        <w:spacing w:line="240" w:lineRule="auto"/>
        <w:ind w:left="720"/>
      </w:pPr>
      <w:r/>
      <w:hyperlink r:id="rId10">
        <w:r>
          <w:rPr>
            <w:color w:val="0000EE"/>
            <w:u w:val="single"/>
          </w:rPr>
          <w:t>https://www.kohls.com/product/prd-7020047/plai-poe-the-ai-story-bear.jsp</w:t>
        </w:r>
      </w:hyperlink>
      <w:r>
        <w:t xml:space="preserve"> - Explains how Poe can save and play stories without the app, using its ears to select and play downloaded stories.</w:t>
      </w:r>
      <w:r/>
    </w:p>
    <w:p>
      <w:pPr>
        <w:pStyle w:val="ListNumber"/>
        <w:spacing w:line="240" w:lineRule="auto"/>
        <w:ind w:left="720"/>
      </w:pPr>
      <w:r/>
      <w:hyperlink r:id="rId11">
        <w:r>
          <w:rPr>
            <w:color w:val="0000EE"/>
            <w:u w:val="single"/>
          </w:rPr>
          <w:t>https://www.reddit.com/r/AIToolsTech/comments/1e3w24d/the_first_aipowered_storytelling_teddy_bear_is/</w:t>
        </w:r>
      </w:hyperlink>
      <w:r>
        <w:t xml:space="preserve"> - Discusses the educational benefits of Poe, including teaching technology literacy and the use of Bluetooth technology.</w:t>
      </w:r>
      <w:r/>
    </w:p>
    <w:p>
      <w:pPr>
        <w:pStyle w:val="ListNumber"/>
        <w:spacing w:line="240" w:lineRule="auto"/>
        <w:ind w:left="720"/>
      </w:pPr>
      <w:r/>
      <w:hyperlink r:id="rId12">
        <w:r>
          <w:rPr>
            <w:color w:val="0000EE"/>
            <w:u w:val="single"/>
          </w:rPr>
          <w:t>https://www.techradar.com/computing/artificial-intelligence/this-ai-teddy-bear-can-make-up-new-bedtime-stories-to-tell-you-every-night</w:t>
        </w:r>
      </w:hyperlink>
      <w:r>
        <w:t xml:space="preserve"> - Highlights the versatility of Poe in providing stories without an internet connection and its affordability at $50.</w:t>
      </w:r>
      <w:r/>
    </w:p>
    <w:p>
      <w:pPr>
        <w:pStyle w:val="ListNumber"/>
        <w:spacing w:line="240" w:lineRule="auto"/>
        <w:ind w:left="720"/>
      </w:pPr>
      <w:r/>
      <w:hyperlink r:id="rId13">
        <w:r>
          <w:rPr>
            <w:color w:val="0000EE"/>
            <w:u w:val="single"/>
          </w:rPr>
          <w:t>https://www.techtimes.com/articles/306679/20240715/skyrocket-launching-storyteller-ai-bear-poefor-kids-creates-story.htm</w:t>
        </w:r>
      </w:hyperlink>
      <w:r>
        <w:t xml:space="preserve"> - Mentions the range of choices available in the app, including over 10 genres and 100 characters, and the need for parental assistance in navigating the app.</w:t>
      </w:r>
      <w:r/>
    </w:p>
    <w:p>
      <w:pPr>
        <w:pStyle w:val="ListNumber"/>
        <w:spacing w:line="240" w:lineRule="auto"/>
        <w:ind w:left="720"/>
      </w:pPr>
      <w:r/>
      <w:hyperlink r:id="rId14">
        <w:r>
          <w:rPr>
            <w:color w:val="0000EE"/>
            <w:u w:val="single"/>
          </w:rPr>
          <w:t>https://www.cnet.com/tech/services-and-software/the-first-ai-powered-storytelling-teddy-bear-is-here-i-gave-it-to-my-kids-to-test/</w:t>
        </w:r>
      </w:hyperlink>
      <w:r>
        <w:t xml:space="preserve"> - Supports the idea that Poe fosters creativity and can spark interesting family conversations about storytelling.</w:t>
      </w:r>
      <w:r/>
    </w:p>
    <w:p>
      <w:pPr>
        <w:pStyle w:val="ListNumber"/>
        <w:spacing w:line="240" w:lineRule="auto"/>
        <w:ind w:left="720"/>
      </w:pPr>
      <w:r/>
      <w:hyperlink r:id="rId12">
        <w:r>
          <w:rPr>
            <w:color w:val="0000EE"/>
            <w:u w:val="single"/>
          </w:rPr>
          <w:t>https://www.techradar.com/computing/artificial-intelligence/this-ai-teddy-bear-can-make-up-new-bedtime-stories-to-tell-you-every-night</w:t>
        </w:r>
      </w:hyperlink>
      <w:r>
        <w:t xml:space="preserve"> - Confirms that Poe is designed to be a tool that merges the timeless appeal of storytime with the excitement of interactive technology.</w:t>
      </w:r>
      <w:r/>
    </w:p>
    <w:p>
      <w:pPr>
        <w:pStyle w:val="ListNumber"/>
        <w:spacing w:line="240" w:lineRule="auto"/>
        <w:ind w:left="720"/>
      </w:pPr>
      <w:r/>
      <w:hyperlink r:id="rId15">
        <w:r>
          <w:rPr>
            <w:color w:val="0000EE"/>
            <w:u w:val="single"/>
          </w:rPr>
          <w:t>https://thetoyinsider.com/skyrocket-poe-ai-story-bear-review/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ohls.com/product/prd-7020047/plai-poe-the-ai-story-bear.jsp" TargetMode="External"/><Relationship Id="rId11" Type="http://schemas.openxmlformats.org/officeDocument/2006/relationships/hyperlink" Target="https://www.reddit.com/r/AIToolsTech/comments/1e3w24d/the_first_aipowered_storytelling_teddy_bear_is/" TargetMode="External"/><Relationship Id="rId12" Type="http://schemas.openxmlformats.org/officeDocument/2006/relationships/hyperlink" Target="https://www.techradar.com/computing/artificial-intelligence/this-ai-teddy-bear-can-make-up-new-bedtime-stories-to-tell-you-every-night" TargetMode="External"/><Relationship Id="rId13" Type="http://schemas.openxmlformats.org/officeDocument/2006/relationships/hyperlink" Target="https://www.techtimes.com/articles/306679/20240715/skyrocket-launching-storyteller-ai-bear-poefor-kids-creates-story.htm" TargetMode="External"/><Relationship Id="rId14" Type="http://schemas.openxmlformats.org/officeDocument/2006/relationships/hyperlink" Target="https://www.cnet.com/tech/services-and-software/the-first-ai-powered-storytelling-teddy-bear-is-here-i-gave-it-to-my-kids-to-test/" TargetMode="External"/><Relationship Id="rId15" Type="http://schemas.openxmlformats.org/officeDocument/2006/relationships/hyperlink" Target="https://thetoyinsider.com/skyrocket-poe-ai-story-bear-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