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potential to revolutionise parenting highlighted by venture capital firm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transformative technology, artificial intelligence (AI) has already made significant strides in enhancing various aspects of daily life, from improving driving experiences to expediting medical diagnoses. Recently, attention has shifted towards AI's potential to revolutionise parenting, providing innovative solutions to support new parents in the ever-evolving journey of child-rearing.</w:t>
      </w:r>
      <w:r/>
    </w:p>
    <w:p>
      <w:r/>
      <w:r>
        <w:t>On Thursday, Justine Moore, a partner at the renowned venture capital firm Andreessen Horowitz, unveiled a novel investment thesis dedicated to this burgeoning field. Moore communicated her insights via a post on social media platform X, underscoring the concept of "parenting co-pilots" powered by large language models (LLMs) and intelligent agents. She emphasised a future where AI could function as a reliable partner in parenting, offering not just practical assistance but also emotional support.</w:t>
      </w:r>
      <w:r/>
    </w:p>
    <w:p>
      <w:r/>
      <w:r>
        <w:t>Moore highlighted several pioneering companies at the forefront of this technological wave. Among them is Cradlewise, an enterprise known for its AI-enhanced baby monitor designed to discern a baby’s sleep patterns and gently rock the crib to improve sleep quality. Another notable mention is Nanit, which utilises AI to analyse recordings from a child's crib, providing crucial insights such as detecting whether a baby is breathing properly.</w:t>
      </w:r>
      <w:r/>
    </w:p>
    <w:p>
      <w:r/>
      <w:r>
        <w:t>Beyond infant care, AI-driven applications aim to assist parents during the critical phases of pregnancy and postpartum. Moore noted apps such as Soula, which leverages AI technology to collect data and offer guidance to mothers on their journey from pregnancy through to the postpartum period. These applications promise to provide personalised insights and responses, tailoring advice to suit the unique needs of each family.</w:t>
      </w:r>
      <w:r/>
    </w:p>
    <w:p>
      <w:r/>
      <w:r>
        <w:t>Moore articulated her enthusiasm for the integration of AI into parenting, envisioning an AI companion that stands by parents' sides at any hour, ready to answer queries or engage in conversations about their feelings and experiences. She acknowledged that while the intersection of AI and parenting is still in its nascent stages, there holds immense potential for growth and further innovation.</w:t>
      </w:r>
      <w:r/>
    </w:p>
    <w:p>
      <w:r/>
      <w:r>
        <w:t>Andreessen Horowitz's interest in the AI-parenting crossover represents a significant commitment to a future wherein technology could alleviate some of the pressures associated with parenting. As AI continues to permeate various life domains, the introduction of these 'parenting co-pilots' marks yet another step in integrating artificial intelligence into daily human experiences, setting the stage for continuous exploration and development in this promising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https://twitter.com/venturetwins</w:t>
        </w:r>
      </w:hyperlink>
      <w:r>
        <w:t xml:space="preserve"> - Justine Moore's Twitter post introducing the investment thesis on AI-powered parenting co-pilots.</w:t>
      </w:r>
      <w:r/>
    </w:p>
    <w:p>
      <w:pPr>
        <w:pStyle w:val="ListNumber"/>
        <w:spacing w:line="240" w:lineRule="auto"/>
        <w:ind w:left="720"/>
      </w:pPr>
      <w:r/>
      <w:hyperlink r:id="rId11">
        <w:r>
          <w:rPr>
            <w:color w:val="0000EE"/>
            <w:u w:val="single"/>
          </w:rPr>
          <w:t>https://autogpt.net/andreessen-horowitz-is-betting-big-on-ai-for-parents/</w:t>
        </w:r>
      </w:hyperlink>
      <w:r>
        <w:t xml:space="preserve"> - Article discussing Andreessen Horowitz's investment in AI for parents and the concept of AI-powered parenting assistants.</w:t>
      </w:r>
      <w:r/>
    </w:p>
    <w:p>
      <w:pPr>
        <w:pStyle w:val="ListNumber"/>
        <w:spacing w:line="240" w:lineRule="auto"/>
        <w:ind w:left="720"/>
      </w:pPr>
      <w:r/>
      <w:hyperlink r:id="rId12">
        <w:r>
          <w:rPr>
            <w:color w:val="0000EE"/>
            <w:u w:val="single"/>
          </w:rPr>
          <w:t>https://techcrunch.com/2024/11/07/ai-powered-parenting-is-here-and-a16z-is-ready-to-back-it/</w:t>
        </w:r>
      </w:hyperlink>
      <w:r>
        <w:t xml:space="preserve"> - TechCrunch article detailing Justine Moore's new investment thesis on AI-powered parenting and highlighting companies like Cradlewise and Nanit.</w:t>
      </w:r>
      <w:r/>
    </w:p>
    <w:p>
      <w:pPr>
        <w:pStyle w:val="ListNumber"/>
        <w:spacing w:line="240" w:lineRule="auto"/>
        <w:ind w:left="720"/>
      </w:pPr>
      <w:r/>
      <w:hyperlink r:id="rId13">
        <w:r>
          <w:rPr>
            <w:color w:val="0000EE"/>
            <w:u w:val="single"/>
          </w:rPr>
          <w:t>https://a16z.com/export-your-brain-with-ai/</w:t>
        </w:r>
      </w:hyperlink>
      <w:r>
        <w:t xml:space="preserve"> - While not specifically about parenting, this article by Justine Moore discusses the broader use of AI in personal and professional contexts, which aligns with the concept of AI companions in parenting.</w:t>
      </w:r>
      <w:r/>
    </w:p>
    <w:p>
      <w:pPr>
        <w:pStyle w:val="ListNumber"/>
        <w:spacing w:line="240" w:lineRule="auto"/>
        <w:ind w:left="720"/>
      </w:pPr>
      <w:r/>
      <w:hyperlink r:id="rId14">
        <w:r>
          <w:rPr>
            <w:color w:val="0000EE"/>
            <w:u w:val="single"/>
          </w:rPr>
          <w:t>https://www.youtube.com/watch?v=BfcW4gwKtpo</w:t>
        </w:r>
      </w:hyperlink>
      <w:r>
        <w:t xml:space="preserve"> - YouTube video featuring Justine Moore and Anish Acharya discussing the AI Abundance Agenda, which includes AI applications in wellness and personal growth, relevant to parenting.</w:t>
      </w:r>
      <w:r/>
    </w:p>
    <w:p>
      <w:pPr>
        <w:pStyle w:val="ListNumber"/>
        <w:spacing w:line="240" w:lineRule="auto"/>
        <w:ind w:left="720"/>
      </w:pPr>
      <w:r/>
      <w:hyperlink r:id="rId15">
        <w:r>
          <w:rPr>
            <w:color w:val="0000EE"/>
            <w:u w:val="single"/>
          </w:rPr>
          <w:t>https://gamma.app/docs/a16z-Consumer-Abundance-Agenda-ieotbnzbxj81biu?mode=doc</w:t>
        </w:r>
      </w:hyperlink>
      <w:r>
        <w:t xml:space="preserve"> - Document outlining the AI Abundance Agenda by Andreessen Horowitz, which includes focus areas relevant to AI in parenting such as wellness and personal growth.</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though it does not provide specific details on the AI-parenting thesis.</w:t>
      </w:r>
      <w:r/>
    </w:p>
    <w:p>
      <w:pPr>
        <w:pStyle w:val="ListNumber"/>
        <w:spacing w:line="240" w:lineRule="auto"/>
        <w:ind w:left="720"/>
      </w:pPr>
      <w:r/>
      <w:hyperlink r:id="rId11">
        <w:r>
          <w:rPr>
            <w:color w:val="0000EE"/>
            <w:u w:val="single"/>
          </w:rPr>
          <w:t>https://autogpt.net/andreessen-horowitz-is-betting-big-on-ai-for-parents/</w:t>
        </w:r>
      </w:hyperlink>
      <w:r>
        <w:t xml:space="preserve"> - Article mentioning the potential of AI to alleviate pressures associated with parenting, aligning with Andreessen Horowitz's commitment.</w:t>
      </w:r>
      <w:r/>
    </w:p>
    <w:p>
      <w:pPr>
        <w:pStyle w:val="ListNumber"/>
        <w:spacing w:line="240" w:lineRule="auto"/>
        <w:ind w:left="720"/>
      </w:pPr>
      <w:r/>
      <w:hyperlink r:id="rId12">
        <w:r>
          <w:rPr>
            <w:color w:val="0000EE"/>
            <w:u w:val="single"/>
          </w:rPr>
          <w:t>https://techcrunch.com/2024/11/07/ai-powered-parenting-is-here-and-a16z-is-ready-to-back-it/</w:t>
        </w:r>
      </w:hyperlink>
      <w:r>
        <w:t xml:space="preserve"> - Details on companies like Cradlewise and Nanit, which are at the forefront of AI-enhanced baby monitoring and analysis.</w:t>
      </w:r>
      <w:r/>
    </w:p>
    <w:p>
      <w:pPr>
        <w:pStyle w:val="ListNumber"/>
        <w:spacing w:line="240" w:lineRule="auto"/>
        <w:ind w:left="720"/>
      </w:pPr>
      <w:r/>
      <w:hyperlink r:id="rId11">
        <w:r>
          <w:rPr>
            <w:color w:val="0000EE"/>
            <w:u w:val="single"/>
          </w:rPr>
          <w:t>https://autogpt.net/andreessen-horowitz-is-betting-big-on-ai-for-parents/</w:t>
        </w:r>
      </w:hyperlink>
      <w:r>
        <w:t xml:space="preserve"> - Discussion on AI-powered parenting companions that can offer emotional support and practical assistance to parents.</w:t>
      </w:r>
      <w:r/>
    </w:p>
    <w:p>
      <w:pPr>
        <w:pStyle w:val="ListNumber"/>
        <w:spacing w:line="240" w:lineRule="auto"/>
        <w:ind w:left="720"/>
      </w:pPr>
      <w:r/>
      <w:hyperlink r:id="rId12">
        <w:r>
          <w:rPr>
            <w:color w:val="0000EE"/>
            <w:u w:val="single"/>
          </w:rPr>
          <w:t>https://techcrunch.com/2024/11/07/ai-powered-parenting-is-here-and-a16z-is-ready-to-back-it/</w:t>
        </w:r>
      </w:hyperlink>
      <w:r>
        <w:t xml:space="preserve"> - Mention of apps like Soula that use AI to guide mothers through pregnancy and postpartum, providing personalized insights.</w:t>
      </w:r>
      <w:r/>
    </w:p>
    <w:p>
      <w:pPr>
        <w:pStyle w:val="ListNumber"/>
        <w:spacing w:line="240" w:lineRule="auto"/>
        <w:ind w:left="720"/>
      </w:pPr>
      <w:r/>
      <w:hyperlink r:id="rId12">
        <w:r>
          <w:rPr>
            <w:color w:val="0000EE"/>
            <w:u w:val="single"/>
          </w:rPr>
          <w:t>https://techcrunch.com/2024/11/07/ai-powered-parenting-is-here-and-a16z-is-ready-to-back-it/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venturetwins" TargetMode="External"/><Relationship Id="rId11" Type="http://schemas.openxmlformats.org/officeDocument/2006/relationships/hyperlink" Target="https://autogpt.net/andreessen-horowitz-is-betting-big-on-ai-for-parents/" TargetMode="External"/><Relationship Id="rId12" Type="http://schemas.openxmlformats.org/officeDocument/2006/relationships/hyperlink" Target="https://techcrunch.com/2024/11/07/ai-powered-parenting-is-here-and-a16z-is-ready-to-back-it/" TargetMode="External"/><Relationship Id="rId13" Type="http://schemas.openxmlformats.org/officeDocument/2006/relationships/hyperlink" Target="https://a16z.com/export-your-brain-with-ai/" TargetMode="External"/><Relationship Id="rId14" Type="http://schemas.openxmlformats.org/officeDocument/2006/relationships/hyperlink" Target="https://www.youtube.com/watch?v=BfcW4gwKtpo" TargetMode="External"/><Relationship Id="rId15" Type="http://schemas.openxmlformats.org/officeDocument/2006/relationships/hyperlink" Target="https://gamma.app/docs/a16z-Consumer-Abundance-Agenda-ieotbnzbxj81biu?mode=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