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Amazon weighing additional multi-billion dollar investment in AI startup Anthropic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rPr>
          <w:b/>
        </w:rPr>
        <w:t>Amazon Weighing Additional Multi-Billion Dollar Investment in AI Startup Anthropic</w:t>
      </w:r>
      <w:r/>
    </w:p>
    <w:p>
      <w:r/>
      <w:r>
        <w:t>Amazon.com, Inc. is reportedly considering a substantial new investment in the artificial intelligence arena, focusing on the startup Anthropic. This would mark Amazon's second multi-billion-dollar financial commitment to the company, which is known for utilizing Amazon's cloud services to power its AI training algorithms.</w:t>
      </w:r>
      <w:r/>
    </w:p>
    <w:p>
      <w:r/>
      <w:r>
        <w:rPr>
          <w:b/>
        </w:rPr>
        <w:t>Investment Background</w:t>
      </w:r>
      <w:r/>
    </w:p>
    <w:p>
      <w:r/>
      <w:r>
        <w:t>Amazon initially invested $4 billion in Anthropic last year. This move is part of Amazon's strategy to deepen its involvement in the rapidly evolving AI sector, a field that has shown considerable promise and attracted substantial interest from other major tech players. Anthropic, co-founded by ex-OpenAI executives Dario and Daniela Amodei, has since been benefitting from the infusion of capital, using it to enhance its AI capabilities and infrastructure.</w:t>
      </w:r>
      <w:r/>
    </w:p>
    <w:p>
      <w:r/>
      <w:r>
        <w:rPr>
          <w:b/>
        </w:rPr>
        <w:t>Amazon's Strategic Requirements</w:t>
      </w:r>
      <w:r/>
    </w:p>
    <w:p>
      <w:r/>
      <w:r>
        <w:t>The latest investment discussions indicate that Amazon is keen for Anthropic to deploy a significant quantity of servers powered by Amazon's custom-designed chips. These chips are a product of Amazon's cloud computing division, designed to provide robust computational power for intensive AI processes.</w:t>
      </w:r>
      <w:r/>
    </w:p>
    <w:p>
      <w:r/>
      <w:r>
        <w:t>However, there appears to be some negotiation on this front, as Anthropic reportedly favours Amazon's servers that are equipped with AI chips from Nvidia Corporation, a preference that underscores Nvidia's stature in the AI chip market.</w:t>
      </w:r>
      <w:r/>
    </w:p>
    <w:p>
      <w:r/>
      <w:r>
        <w:rPr>
          <w:b/>
        </w:rPr>
        <w:t>Previous Investments and Regulatory Scrutiny</w:t>
      </w:r>
      <w:r/>
    </w:p>
    <w:p>
      <w:r/>
      <w:r>
        <w:t>Anthropic has already been a focal point of substantial interest, not only from Amazon but also from other tech giants. Last year, the company secured a $500 million investment from Alphabet Inc., Google’s parent company, with an additional pledge to inject $1.5 billion into the startup over time.</w:t>
      </w:r>
      <w:r/>
    </w:p>
    <w:p>
      <w:r/>
      <w:r>
        <w:t>These financial movements have caught the attention of regulatory bodies. Amazon’s first investment faced scrutiny from U.K. regulators, who were concerned about possible anti-competitive implications. More recently, U.K. antitrust officials announced an investigation into Alphabet’s financial involvement with Anthropic, examining whether it could negatively impact market competition.</w:t>
      </w:r>
      <w:r/>
    </w:p>
    <w:p>
      <w:r/>
      <w:r>
        <w:rPr>
          <w:b/>
        </w:rPr>
        <w:t>Growing Market Valuations</w:t>
      </w:r>
      <w:r/>
    </w:p>
    <w:p>
      <w:r/>
      <w:r>
        <w:t>The interest in Anthropic mirrors broader trends in the AI industry, where startups are drawing significant financial backing, driving up their valuations. For example, OpenAI's valuation recently skyrocketed to $157 billion following a successful funding round. Similarly, Perplexity, another AI-focused company backed by Amazon's founder Jeff Bezos, saw its valuation triple to $9 billion after its fourth funding round.</w:t>
      </w:r>
      <w:r/>
    </w:p>
    <w:p>
      <w:r/>
      <w:r>
        <w:rPr>
          <w:b/>
        </w:rPr>
        <w:t>Stock Market Response</w:t>
      </w:r>
      <w:r/>
    </w:p>
    <w:p>
      <w:r/>
      <w:r>
        <w:t>The news of Amazon's potential additional investment in Anthropic seemed to find favour with investors. At the close of the session on Thursday, Amazon's shares had risen by 1.48%, settling at $210.16. The momentum continued in after-hours trading with a slight increase to $210.27.</w:t>
      </w:r>
      <w:r/>
    </w:p>
    <w:p>
      <w:r/>
      <w:r>
        <w:t>As the AI landscape continues to rapidly evolve, the substantial financial commitments from major technology firms signal a long-term belief in the transformative potential of artificial intelligence, setting the stage for further developments and innovations in the field.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https://www.tipranks.com/news/amazon-considers-additional-multi-billion-dollar-investment-in-anthropic</w:t>
        </w:r>
      </w:hyperlink>
      <w:r>
        <w:t xml:space="preserve"> - Corroborates Amazon's consideration of a new multi-billion-dollar investment in Anthropic and the requirement for Anthropic to use Amazon's custom-designed chips.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https://www.channelinsider.com/news-and-trends/us/amazon-invests-in-anthropic/</w:t>
        </w:r>
      </w:hyperlink>
      <w:r>
        <w:t xml:space="preserve"> - Details Amazon's initial $4 billion investment in Anthropic and the strategic collaboration between the two companies.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https://money.usnews.com/investing/news/articles/2024-11-07/amazon-com-mulls-new-multi-billion-dollar-investment-in-anthropic-the-information-reports</w:t>
        </w:r>
      </w:hyperlink>
      <w:r>
        <w:t xml:space="preserve"> - Reports on Amazon's potential new investment in Anthropic and the preference of Anthropic for Nvidia's AI chips.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https://apnews.com/article/amazon-anthropic-investment-ai-big-tech-f5108beaa33455f331010489e03586d4</w:t>
        </w:r>
      </w:hyperlink>
      <w:r>
        <w:t xml:space="preserve"> - Provides details on Amazon's $4 billion investment in Anthropic, the use of AWS, and the development of foundation models.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https://siliconangle.com/2024/11/07/amazon-reportedly-mulling-another-multibillion-dollar-investment-anthropic-added-twist/</w:t>
        </w:r>
      </w:hyperlink>
      <w:r>
        <w:t xml:space="preserve"> - Discusses Amazon's second potential multi-billion-dollar investment in Anthropic and the requirement to use Amazon's chips instead of Nvidia's.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https://www.tipranks.com/news/amazon-considers-additional-multi-billion-dollar-investment-in-anthropic</w:t>
        </w:r>
      </w:hyperlink>
      <w:r>
        <w:t xml:space="preserve"> - Mentions Anthropic's need for more capital to train and develop its AI offerings and its current valuation of $40 billion.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https://www.channelinsider.com/news-and-trends/us/amazon-invests-in-anthropic/</w:t>
        </w:r>
      </w:hyperlink>
      <w:r>
        <w:t xml:space="preserve"> - Highlights the competitive landscape in the AI sector and the involvement of other tech giants like Google and Microsoft.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https://money.usnews.com/investing/news/articles/2024-11-07/amazon-com-mulls-new-multi-billion-dollar-investment-in-anthropic-the-information-reports</w:t>
        </w:r>
      </w:hyperlink>
      <w:r>
        <w:t xml:space="preserve"> - Reports on Alphabet's investment in Anthropic and the regulatory scrutiny surrounding these investments.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https://apnews.com/article/amazon-anthropic-investment-ai-big-tech-f5108beaa33455f331010489e03586d4</w:t>
        </w:r>
      </w:hyperlink>
      <w:r>
        <w:t xml:space="preserve"> - Details the collaboration between Anthropic and AWS, including the use of Amazon's custom chips and the provision of AI models to AWS customers.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https://siliconangle.com/2024/11/07/amazon-reportedly-mulling-another-multibillion-dollar-investment-anthropic-added-twist/</w:t>
        </w:r>
      </w:hyperlink>
      <w:r>
        <w:t xml:space="preserve"> - Mentions the recent activities of Anthropic, including its partnership with Palantir Technologies and the debut of new AI models.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https://www.tipranks.com/news/amazon-considers-additional-multi-billion-dollar-investment-in-anthropic</w:t>
        </w:r>
      </w:hyperlink>
      <w:r>
        <w:t xml:space="preserve"> - Discusses the positive impact on Amazon's stock following the news of the potential investment in Anthropic.</w:t>
      </w:r>
      <w:r/>
    </w:p>
    <w:p>
      <w:pPr>
        <w:pStyle w:val="ListNumber"/>
        <w:spacing w:line="240" w:lineRule="auto"/>
        <w:ind w:left="720"/>
      </w:pPr>
      <w:r/>
      <w:hyperlink r:id="rId15">
        <w:r>
          <w:rPr>
            <w:color w:val="0000EE"/>
            <w:u w:val="single"/>
          </w:rPr>
          <w:t>https://www.benzinga.com/news/24/11/41832230/after-openai-and-perplexity-ai-startup-anthropic-may-secure-another-massive-investment-amazon-report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www.tipranks.com/news/amazon-considers-additional-multi-billion-dollar-investment-in-anthropic" TargetMode="External"/><Relationship Id="rId11" Type="http://schemas.openxmlformats.org/officeDocument/2006/relationships/hyperlink" Target="https://www.channelinsider.com/news-and-trends/us/amazon-invests-in-anthropic/" TargetMode="External"/><Relationship Id="rId12" Type="http://schemas.openxmlformats.org/officeDocument/2006/relationships/hyperlink" Target="https://money.usnews.com/investing/news/articles/2024-11-07/amazon-com-mulls-new-multi-billion-dollar-investment-in-anthropic-the-information-reports" TargetMode="External"/><Relationship Id="rId13" Type="http://schemas.openxmlformats.org/officeDocument/2006/relationships/hyperlink" Target="https://apnews.com/article/amazon-anthropic-investment-ai-big-tech-f5108beaa33455f331010489e03586d4" TargetMode="External"/><Relationship Id="rId14" Type="http://schemas.openxmlformats.org/officeDocument/2006/relationships/hyperlink" Target="https://siliconangle.com/2024/11/07/amazon-reportedly-mulling-another-multibillion-dollar-investment-anthropic-added-twist/" TargetMode="External"/><Relationship Id="rId15" Type="http://schemas.openxmlformats.org/officeDocument/2006/relationships/hyperlink" Target="https://www.benzinga.com/news/24/11/41832230/after-openai-and-perplexity-ai-startup-anthropic-may-secure-another-massive-investment-amazon-report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