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Apple's iOS 18.1 introduces advanced AI features but highlights ongoing challenges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Apple's latest iOS update, iOS 18.1, has brought a significant enhancement to its device lineup with the introduction of advanced artificial intelligence features. This update aims to augment users' daily interactions with their devices by integrating AI capabilities, a notable step forward in the realm of consumer technology.</w:t>
      </w:r>
      <w:r/>
    </w:p>
    <w:p>
      <w:r/>
      <w:r>
        <w:t>Despite the advancements AI brings, it continues to face challenges common to emergent technologies, often requiring iterative improvements to enhance its accuracy and reliability. A popular AI interface, ChatGPT, has openly acknowledged its limitations by displaying a message prompting users to verify important information, reflecting an awareness of its potential inaccuracies.</w:t>
      </w:r>
      <w:r/>
    </w:p>
    <w:p>
      <w:r/>
      <w:r>
        <w:t>Engagements with AI have led to several entertaining inaccuracies, notably when users have queried about specific topics related to Montana. For instance, when exploring tourist attractions in western Montana, ChatGPT amusingly suggested the world's largest beagle, a factual inaccuracy since this landmark resides in the neighbouring state of Idaho. Similarly, the quest for the best burger in Missoula hilariously led to a recommendation for Notorious P.I.G., renowned for its remarkable menu, yet devoid of burgers.</w:t>
      </w:r>
      <w:r/>
    </w:p>
    <w:p>
      <w:r/>
      <w:r>
        <w:t>Another instance involved inquiring about steak preparation, where AI's guidance was juxtaposed with the steak-cooking expertise of both a typical Montanan and renowned chef Gordon Ramsay, revealing AI’s culinary advice to be lacking in comparison.</w:t>
      </w:r>
      <w:r/>
    </w:p>
    <w:p>
      <w:r/>
      <w:r>
        <w:t>However, these light-hearted errors have not overshadowed the AI's potential for growth and learning. Over time, improvements have been observed. When asked again about Missoula's best burgers, ChatGPT delivered four credible suggestions (Wally and Buck's, Missoula Club, James Bar, and Conflux), accompanied by a useful map and a list of mostly accurate sources.</w:t>
      </w:r>
      <w:r/>
    </w:p>
    <w:p>
      <w:r/>
      <w:r>
        <w:t>Moreover, tackling common stereotypes about Montanans demonstrated AI’s progressive understanding. In response to a question about a Montanan’s primary mode of transportation, AI avoided clichés, offering a nuanced view that transportation methods vary depending on the specific geography within Montana.</w:t>
      </w:r>
      <w:r/>
    </w:p>
    <w:p>
      <w:r/>
      <w:r>
        <w:t>These interactions underscore the AI's evolving capacity. Although initially guided by popular perceptions and incomplete data, improvements signal more precise and relevant outputs as AI systems assimilate corrections and contextual nuances.</w:t>
      </w:r>
      <w:r/>
    </w:p>
    <w:p>
      <w:r/>
      <w:r>
        <w:t>This ever-evolving intelligence within AI, like the features introduced in iOS 18.1, suggests a promising trajectory towards more reliable and relevant user interactions. However, as AI continues to refine its scope and precision, consumer awareness and verification remain paramount in ensuring the integrity of the information leveraged in daily life.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https://www.macrumors.com/guide/ios-18-1-apple-intelligence/</w:t>
        </w:r>
      </w:hyperlink>
      <w:r>
        <w:t xml:space="preserve"> - Corroborates the introduction of Apple Intelligence features in iOS 18.1, including improvements to Siri, writing and summary tools, and enhanced photo-editing capabilities.</w:t>
      </w:r>
      <w:r/>
    </w:p>
    <w:p>
      <w:pPr>
        <w:pStyle w:val="ListNumber"/>
        <w:spacing w:line="240" w:lineRule="auto"/>
        <w:ind w:left="720"/>
      </w:pPr>
      <w:r/>
      <w:hyperlink r:id="rId11">
        <w:r>
          <w:rPr>
            <w:color w:val="0000EE"/>
            <w:u w:val="single"/>
          </w:rPr>
          <w:t>https://www.cbsnews.com/news/apple-intelligence-rollout-ios-18-1-october-28-2024/</w:t>
        </w:r>
      </w:hyperlink>
      <w:r>
        <w:t xml:space="preserve"> - Supports the rollout of Apple Intelligence with iOS 18.1, highlighting AI-powered tools and the phased approach to feature implementation.</w:t>
      </w:r>
      <w:r/>
    </w:p>
    <w:p>
      <w:pPr>
        <w:pStyle w:val="ListNumber"/>
        <w:spacing w:line="240" w:lineRule="auto"/>
        <w:ind w:left="720"/>
      </w:pPr>
      <w:r/>
      <w:hyperlink r:id="rId12">
        <w:r>
          <w:rPr>
            <w:color w:val="0000EE"/>
            <w:u w:val="single"/>
          </w:rPr>
          <w:t>https://www.cnet.com/tech/services-and-software/apple-intelligence-arrives-with-ios-18-1-here-are-3-features-that-youll-use-daily/</w:t>
        </w:r>
      </w:hyperlink>
      <w:r>
        <w:t xml:space="preserve"> - Details the daily usable features of Apple Intelligence in iOS 18.1, such as improved Siri interactions and photo editing tools.</w:t>
      </w:r>
      <w:r/>
    </w:p>
    <w:p>
      <w:pPr>
        <w:pStyle w:val="ListNumber"/>
        <w:spacing w:line="240" w:lineRule="auto"/>
        <w:ind w:left="720"/>
      </w:pPr>
      <w:r/>
      <w:hyperlink r:id="rId13">
        <w:r>
          <w:rPr>
            <w:color w:val="0000EE"/>
            <w:u w:val="single"/>
          </w:rPr>
          <w:t>https://www.zdnet.com/article/ios-18-1-with-apple-intelligence-is-here-try-these-5-ai-features-first/</w:t>
        </w:r>
      </w:hyperlink>
      <w:r>
        <w:t xml:space="preserve"> - Provides an overview of the AI features available in iOS 18.1, including Siri enhancements and writing tools, and discusses the beta nature of Apple Intelligence.</w:t>
      </w:r>
      <w:r/>
    </w:p>
    <w:p>
      <w:pPr>
        <w:pStyle w:val="ListNumber"/>
        <w:spacing w:line="240" w:lineRule="auto"/>
        <w:ind w:left="720"/>
      </w:pPr>
      <w:r/>
      <w:hyperlink r:id="rId10">
        <w:r>
          <w:rPr>
            <w:color w:val="0000EE"/>
            <w:u w:val="single"/>
          </w:rPr>
          <w:t>https://www.macrumors.com/guide/ios-18-1-apple-intelligence/</w:t>
        </w:r>
      </w:hyperlink>
      <w:r>
        <w:t xml:space="preserve"> - Explains the compatibility of Apple Intelligence with specific iPhone, iPad, and Mac models, and the requirement for U.S. English settings.</w:t>
      </w:r>
      <w:r/>
    </w:p>
    <w:p>
      <w:pPr>
        <w:pStyle w:val="ListNumber"/>
        <w:spacing w:line="240" w:lineRule="auto"/>
        <w:ind w:left="720"/>
      </w:pPr>
      <w:r/>
      <w:hyperlink r:id="rId11">
        <w:r>
          <w:rPr>
            <w:color w:val="0000EE"/>
            <w:u w:val="single"/>
          </w:rPr>
          <w:t>https://www.cbsnews.com/news/apple-intelligence-rollout-ios-18-1-october-28-2024/</w:t>
        </w:r>
      </w:hyperlink>
      <w:r>
        <w:t xml:space="preserve"> - Mentions the integration of AI into various apps and features, such as the Photos app and notification summaries, aligning with the article's discussion on AI enhancements.</w:t>
      </w:r>
      <w:r/>
    </w:p>
    <w:p>
      <w:pPr>
        <w:pStyle w:val="ListNumber"/>
        <w:spacing w:line="240" w:lineRule="auto"/>
        <w:ind w:left="720"/>
      </w:pPr>
      <w:r/>
      <w:hyperlink r:id="rId12">
        <w:r>
          <w:rPr>
            <w:color w:val="0000EE"/>
            <w:u w:val="single"/>
          </w:rPr>
          <w:t>https://www.cnet.com/tech/services-and-software/apple-intelligence-arrives-with-ios-18-1-here-are-3-features-that-youll-use-daily/</w:t>
        </w:r>
      </w:hyperlink>
      <w:r>
        <w:t xml:space="preserve"> - Discusses the iterative improvements and ongoing development of Apple Intelligence, reflecting the article's theme of AI growth and learning.</w:t>
      </w:r>
      <w:r/>
    </w:p>
    <w:p>
      <w:pPr>
        <w:pStyle w:val="ListNumber"/>
        <w:spacing w:line="240" w:lineRule="auto"/>
        <w:ind w:left="720"/>
      </w:pPr>
      <w:r/>
      <w:hyperlink r:id="rId13">
        <w:r>
          <w:rPr>
            <w:color w:val="0000EE"/>
            <w:u w:val="single"/>
          </w:rPr>
          <w:t>https://www.zdnet.com/article/ios-18-1-with-apple-intelligence-is-here-try-these-5-ai-features-first/</w:t>
        </w:r>
      </w:hyperlink>
      <w:r>
        <w:t xml:space="preserve"> - Highlights Apple's approach to integrating AI into daily life and workflow, emphasizing security and privacy, which aligns with the article's focus on consumer awareness and verification.</w:t>
      </w:r>
      <w:r/>
    </w:p>
    <w:p>
      <w:pPr>
        <w:pStyle w:val="ListNumber"/>
        <w:spacing w:line="240" w:lineRule="auto"/>
        <w:ind w:left="720"/>
      </w:pPr>
      <w:r/>
      <w:hyperlink r:id="rId10">
        <w:r>
          <w:rPr>
            <w:color w:val="0000EE"/>
            <w:u w:val="single"/>
          </w:rPr>
          <w:t>https://www.macrumors.com/guide/ios-18-1-apple-intelligence/</w:t>
        </w:r>
      </w:hyperlink>
      <w:r>
        <w:t xml:space="preserve"> - Details future Apple Intelligence features, such as ChatGPT integration and on-screen awareness, indicating the ongoing evolution of AI capabilities.</w:t>
      </w:r>
      <w:r/>
    </w:p>
    <w:p>
      <w:pPr>
        <w:pStyle w:val="ListNumber"/>
        <w:spacing w:line="240" w:lineRule="auto"/>
        <w:ind w:left="720"/>
      </w:pPr>
      <w:r/>
      <w:hyperlink r:id="rId11">
        <w:r>
          <w:rPr>
            <w:color w:val="0000EE"/>
            <w:u w:val="single"/>
          </w:rPr>
          <w:t>https://www.cbsnews.com/news/apple-intelligence-rollout-ios-18-1-october-28-2024/</w:t>
        </w:r>
      </w:hyperlink>
      <w:r>
        <w:t xml:space="preserve"> - Notes the phased rollout of Apple Intelligence features, similar to the article's mention of AI's progressive learning and improvements over time.</w:t>
      </w:r>
      <w:r/>
    </w:p>
    <w:p>
      <w:pPr>
        <w:pStyle w:val="ListNumber"/>
        <w:spacing w:line="240" w:lineRule="auto"/>
        <w:ind w:left="720"/>
      </w:pPr>
      <w:r/>
      <w:hyperlink r:id="rId12">
        <w:r>
          <w:rPr>
            <w:color w:val="0000EE"/>
            <w:u w:val="single"/>
          </w:rPr>
          <w:t>https://www.cnet.com/tech/services-and-software/apple-intelligence-arrives-with-ios-18-1-here-are-3-features-that-youll-use-daily/</w:t>
        </w:r>
      </w:hyperlink>
      <w:r>
        <w:t xml:space="preserve"> - Corroborates the importance of consumer awareness and verification in using AI features, aligning with the article's emphasis on ensuring information integrity.</w:t>
      </w:r>
      <w:r/>
    </w:p>
    <w:p>
      <w:pPr>
        <w:pStyle w:val="ListNumber"/>
        <w:spacing w:line="240" w:lineRule="auto"/>
        <w:ind w:left="720"/>
      </w:pPr>
      <w:r/>
      <w:hyperlink r:id="rId14">
        <w:r>
          <w:rPr>
            <w:color w:val="0000EE"/>
            <w:u w:val="single"/>
          </w:rPr>
          <w:t>https://newstalkkgvo.com/ixp/1116/p/what-ai-knows-about-montana/</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acrumors.com/guide/ios-18-1-apple-intelligence/" TargetMode="External"/><Relationship Id="rId11" Type="http://schemas.openxmlformats.org/officeDocument/2006/relationships/hyperlink" Target="https://www.cbsnews.com/news/apple-intelligence-rollout-ios-18-1-october-28-2024/" TargetMode="External"/><Relationship Id="rId12" Type="http://schemas.openxmlformats.org/officeDocument/2006/relationships/hyperlink" Target="https://www.cnet.com/tech/services-and-software/apple-intelligence-arrives-with-ios-18-1-here-are-3-features-that-youll-use-daily/" TargetMode="External"/><Relationship Id="rId13" Type="http://schemas.openxmlformats.org/officeDocument/2006/relationships/hyperlink" Target="https://www.zdnet.com/article/ios-18-1-with-apple-intelligence-is-here-try-these-5-ai-features-first/" TargetMode="External"/><Relationship Id="rId14" Type="http://schemas.openxmlformats.org/officeDocument/2006/relationships/hyperlink" Target="https://newstalkkgvo.com/ixp/1116/p/what-ai-knows-about-montan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