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to revolutionise smart devices with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set the stage for a transformative era in smart device technology through its advancements in artificial intelligence (AI). Known colloquially as Apple Intelligence, these innovations are playing a critical role in evolving the functionality of Apple's devices, catering to both personal and professional needs while maintaining a strong focus on user privacy.</w:t>
      </w:r>
      <w:r/>
    </w:p>
    <w:p>
      <w:r/>
      <w:r>
        <w:t>At the core of Apple's AI strategy is an effort to enhance user interactions, making devices more intuitive and personalized. This approach is evident in features across its product line such as Siri, the iPhone's Suggestions widget, and advanced camera capabilities. Siri, for instance, leverages machine learning to provide users with smart reminders and app recommendations tailored to individual habits, thereby making devices function like personal assistants.</w:t>
      </w:r>
      <w:r/>
    </w:p>
    <w:p>
      <w:r/>
      <w:r>
        <w:t>Photography has seen substantial improvements, with Apple employing AI in computational photography, Smart HDR, and deep fusion technologies. These tools enhance various aspects of photo-taking, such as dynamic range and image processing, exemplified by the iPhone’s ability to capture high-quality images even in low-light conditions with its Night mode feature. As AI continues to evolve, it is anticipated that future enhancements will include real-time background editing and improved depth mapping, thereby revolutionising mobile photography.</w:t>
      </w:r>
      <w:r/>
    </w:p>
    <w:p>
      <w:r/>
      <w:r>
        <w:t>In product development, Apple has shown an interest in expanding AI capabilities beyond its current offerings. Apple's iPadOS and Mac operating systems could see AI-based upgrades aimed at boosting productivity, with potential features including workflow predictions and real-time task assistance. For instance, these systems might provide automatic app groupings for project management or assist in creative processes like photo editing.</w:t>
      </w:r>
      <w:r/>
    </w:p>
    <w:p>
      <w:r/>
      <w:r>
        <w:t>The Apple Watch, already a leader in wearable technology, might further integrate AI to deliver personalised health insights. Future iterations could employ AI for advanced analyses of daily activities, sleep patterns, and indicators like heart rate variability. This level of insight would enhance the value of the Apple Watch as a preventive health tool, aligning with Apple's mission to focus on user health while maintaining privacy.</w:t>
      </w:r>
      <w:r/>
    </w:p>
    <w:p>
      <w:r/>
      <w:r>
        <w:t>In the realm of smart home technology, Apple is exploring AI enhancements for its HomePod and HomeKit platform. This could include automated home routines based on user habits and preferences, potentially extending to third-party device compatibility for a more cohesive smart home experience.</w:t>
      </w:r>
      <w:r/>
    </w:p>
    <w:p>
      <w:r/>
      <w:r>
        <w:t>Content creation also stands to benefit from Apple's AI endeavours. By embedding AI in creative applications like Final Cut Pro and Logic Pro, Apple could simplify complex creative tasks through suggestions in editing and music production. This assistance could democratise content creation, making it accessible to users with varying levels of expertise.</w:t>
      </w:r>
      <w:r/>
    </w:p>
    <w:p>
      <w:r/>
      <w:r>
        <w:t>Entertainment consumption is another domain where Apple Intelligence could bring changes. Future updates might see Apple TV and Apple Music offering enhanced, AI-driven personalisation, adapting content suggestions and playback settings based on user preferences and environmental conditions.</w:t>
      </w:r>
      <w:r/>
    </w:p>
    <w:p>
      <w:r/>
      <w:r>
        <w:t>A cornerstone of Apple’s AI strategy is its strong commitment to privacy. With a focus on on-device data processing, Apple ensures that information is analysed and stored locally on users' devices rather than on external servers. This method upholds user privacy while still enabling the sophisticated functionalities of AI, such as facial recognition, predictive text, and health analytics.</w:t>
      </w:r>
      <w:r/>
    </w:p>
    <w:p>
      <w:r/>
      <w:r>
        <w:t>Overall, Apple Intelligence is a distinct blend of innovation and privacy that supports Apple's leadership in AI within the tech industry. As it continues to innovate, Apple is reshaping user experiences, making devices smarter and more integrated into daily life. Through these developments, Apple is setting a benchmark for intelligent, secure technology that anticipates and adapts to individual user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https://www.datacenters.com/news/apple-s-game-changing-ai-features</w:t>
        </w:r>
      </w:hyperlink>
      <w:r>
        <w:t xml:space="preserve"> - Corroborates Apple's efforts to enhance user interactions with AI, including personalized recommendations and improved Siri performance.</w:t>
      </w:r>
      <w:r/>
    </w:p>
    <w:p>
      <w:pPr>
        <w:pStyle w:val="ListNumber"/>
        <w:spacing w:line="240" w:lineRule="auto"/>
        <w:ind w:left="720"/>
      </w:pPr>
      <w:r/>
      <w:hyperlink r:id="rId11">
        <w:r>
          <w:rPr>
            <w:color w:val="0000EE"/>
            <w:u w:val="single"/>
          </w:rPr>
          <w:t>https://www.tomsguide.com/ai/apple-intelligence/apple-is-2-years-behind-on-ai-but-heres-why-i-think-it-will-still-end-up-ahead</w:t>
        </w:r>
      </w:hyperlink>
      <w:r>
        <w:t xml:space="preserve"> - Discusses Apple's AI strategy, including its integration across devices and the potential for future expansions in productivity and health monitoring.</w:t>
      </w:r>
      <w:r/>
    </w:p>
    <w:p>
      <w:pPr>
        <w:pStyle w:val="ListNumber"/>
        <w:spacing w:line="240" w:lineRule="auto"/>
        <w:ind w:left="720"/>
      </w:pPr>
      <w:r/>
      <w:hyperlink r:id="rId12">
        <w:r>
          <w:rPr>
            <w:color w:val="0000EE"/>
            <w:u w:val="single"/>
          </w:rPr>
          <w:t>https://www.apple.com/newsroom/2024/06/introducing-apple-intelligence-for-iphone-ipad-and-mac/</w:t>
        </w:r>
      </w:hyperlink>
      <w:r>
        <w:t xml:space="preserve"> - Details the introduction of Apple Intelligence, its integration with Siri, and the focus on personal context and privacy.</w:t>
      </w:r>
      <w:r/>
    </w:p>
    <w:p>
      <w:pPr>
        <w:pStyle w:val="ListNumber"/>
        <w:spacing w:line="240" w:lineRule="auto"/>
        <w:ind w:left="720"/>
      </w:pPr>
      <w:r/>
      <w:hyperlink r:id="rId13">
        <w:r>
          <w:rPr>
            <w:color w:val="0000EE"/>
            <w:u w:val="single"/>
          </w:rPr>
          <w:t>https://applemagazine.com/apple-intelligence-technology-exploring/90500</w:t>
        </w:r>
      </w:hyperlink>
      <w:r>
        <w:t xml:space="preserve"> - Explores the future of Apple Intelligence, including its impact on personalized recommendations, smart interactions, and potential expansions in productivity and entertainment.</w:t>
      </w:r>
      <w:r/>
    </w:p>
    <w:p>
      <w:pPr>
        <w:pStyle w:val="ListNumber"/>
        <w:spacing w:line="240" w:lineRule="auto"/>
        <w:ind w:left="720"/>
      </w:pPr>
      <w:r/>
      <w:hyperlink r:id="rId14">
        <w:r>
          <w:rPr>
            <w:color w:val="0000EE"/>
            <w:u w:val="single"/>
          </w:rPr>
          <w:t>https://techxplore.com/news/2024-06-apple-ai-technology-professor.html</w:t>
        </w:r>
      </w:hyperlink>
      <w:r>
        <w:t xml:space="preserve"> - Provides insights from an expert on Apple's AI technology, including its ability to summarize emails, order notifications, and transcribe voice recordings, while emphasizing privacy.</w:t>
      </w:r>
      <w:r/>
    </w:p>
    <w:p>
      <w:pPr>
        <w:pStyle w:val="ListNumber"/>
        <w:spacing w:line="240" w:lineRule="auto"/>
        <w:ind w:left="720"/>
      </w:pPr>
      <w:r/>
      <w:hyperlink r:id="rId10">
        <w:r>
          <w:rPr>
            <w:color w:val="0000EE"/>
            <w:u w:val="single"/>
          </w:rPr>
          <w:t>https://www.datacenters.com/news/apple-s-game-changing-ai-features</w:t>
        </w:r>
      </w:hyperlink>
      <w:r>
        <w:t xml:space="preserve"> - Describes the improvements in photography using AI, such as computational photography, Smart HDR, and deep fusion technologies.</w:t>
      </w:r>
      <w:r/>
    </w:p>
    <w:p>
      <w:pPr>
        <w:pStyle w:val="ListNumber"/>
        <w:spacing w:line="240" w:lineRule="auto"/>
        <w:ind w:left="720"/>
      </w:pPr>
      <w:r/>
      <w:hyperlink r:id="rId12">
        <w:r>
          <w:rPr>
            <w:color w:val="0000EE"/>
            <w:u w:val="single"/>
          </w:rPr>
          <w:t>https://www.apple.com/newsroom/2024/06/introducing-apple-intelligence-for-iphone-ipad-and-mac/</w:t>
        </w:r>
      </w:hyperlink>
      <w:r>
        <w:t xml:space="preserve"> - Highlights the potential AI-based upgrades for iPadOS and Mac, including workflow predictions and real-time task assistance.</w:t>
      </w:r>
      <w:r/>
    </w:p>
    <w:p>
      <w:pPr>
        <w:pStyle w:val="ListNumber"/>
        <w:spacing w:line="240" w:lineRule="auto"/>
        <w:ind w:left="720"/>
      </w:pPr>
      <w:r/>
      <w:hyperlink r:id="rId13">
        <w:r>
          <w:rPr>
            <w:color w:val="0000EE"/>
            <w:u w:val="single"/>
          </w:rPr>
          <w:t>https://applemagazine.com/apple-intelligence-technology-exploring/90500</w:t>
        </w:r>
      </w:hyperlink>
      <w:r>
        <w:t xml:space="preserve"> - Discusses the integration of AI in the Apple Watch for personalized health insights and advanced analyses of daily activities.</w:t>
      </w:r>
      <w:r/>
    </w:p>
    <w:p>
      <w:pPr>
        <w:pStyle w:val="ListNumber"/>
        <w:spacing w:line="240" w:lineRule="auto"/>
        <w:ind w:left="720"/>
      </w:pPr>
      <w:r/>
      <w:hyperlink r:id="rId13">
        <w:r>
          <w:rPr>
            <w:color w:val="0000EE"/>
            <w:u w:val="single"/>
          </w:rPr>
          <w:t>https://applemagazine.com/apple-intelligence-technology-exploring/90500</w:t>
        </w:r>
      </w:hyperlink>
      <w:r>
        <w:t xml:space="preserve"> - Explains Apple's exploration of AI enhancements for HomePod and HomeKit, including automated home routines and third-party device compatibility.</w:t>
      </w:r>
      <w:r/>
    </w:p>
    <w:p>
      <w:pPr>
        <w:pStyle w:val="ListNumber"/>
        <w:spacing w:line="240" w:lineRule="auto"/>
        <w:ind w:left="720"/>
      </w:pPr>
      <w:r/>
      <w:hyperlink r:id="rId14">
        <w:r>
          <w:rPr>
            <w:color w:val="0000EE"/>
            <w:u w:val="single"/>
          </w:rPr>
          <w:t>https://techxplore.com/news/2024-06-apple-ai-technology-professor.html</w:t>
        </w:r>
      </w:hyperlink>
      <w:r>
        <w:t xml:space="preserve"> - Mentions the potential for AI to simplify complex creative tasks in applications like Final Cut Pro and Logic Pro.</w:t>
      </w:r>
      <w:r/>
    </w:p>
    <w:p>
      <w:pPr>
        <w:pStyle w:val="ListNumber"/>
        <w:spacing w:line="240" w:lineRule="auto"/>
        <w:ind w:left="720"/>
      </w:pPr>
      <w:r/>
      <w:hyperlink r:id="rId12">
        <w:r>
          <w:rPr>
            <w:color w:val="0000EE"/>
            <w:u w:val="single"/>
          </w:rPr>
          <w:t>https://www.apple.com/newsroom/2024/06/introducing-apple-intelligence-for-iphone-ipad-and-mac/</w:t>
        </w:r>
      </w:hyperlink>
      <w:r>
        <w:t xml:space="preserve"> - Details Apple's commitment to privacy through on-device data processing and Private Cloud Compute.</w:t>
      </w:r>
      <w:r/>
    </w:p>
    <w:p>
      <w:pPr>
        <w:pStyle w:val="ListNumber"/>
        <w:spacing w:line="240" w:lineRule="auto"/>
        <w:ind w:left="720"/>
      </w:pPr>
      <w:r/>
      <w:hyperlink r:id="rId13">
        <w:r>
          <w:rPr>
            <w:color w:val="0000EE"/>
            <w:u w:val="single"/>
          </w:rPr>
          <w:t>https://applemagazine.com/apple-intelligence-technology-exploring/90500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centers.com/news/apple-s-game-changing-ai-features" TargetMode="External"/><Relationship Id="rId11" Type="http://schemas.openxmlformats.org/officeDocument/2006/relationships/hyperlink" Target="https://www.tomsguide.com/ai/apple-intelligence/apple-is-2-years-behind-on-ai-but-heres-why-i-think-it-will-still-end-up-ahead" TargetMode="External"/><Relationship Id="rId12" Type="http://schemas.openxmlformats.org/officeDocument/2006/relationships/hyperlink" Target="https://www.apple.com/newsroom/2024/06/introducing-apple-intelligence-for-iphone-ipad-and-mac/" TargetMode="External"/><Relationship Id="rId13" Type="http://schemas.openxmlformats.org/officeDocument/2006/relationships/hyperlink" Target="https://applemagazine.com/apple-intelligence-technology-exploring/90500" TargetMode="External"/><Relationship Id="rId14" Type="http://schemas.openxmlformats.org/officeDocument/2006/relationships/hyperlink" Target="https://techxplore.com/news/2024-06-apple-ai-technology-professo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