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iOS 18.2 public beta with new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announced the release of the iOS 18.2 public beta, offering iPhone users the opportunity to explore a suite of new and enhanced features. This release marks a significant milestone in Apple's software development, bringing advanced capabilities to a broader audience beyond developers, who have had access to the beta since July.</w:t>
      </w:r>
      <w:r/>
    </w:p>
    <w:p>
      <w:r/>
      <w:r>
        <w:t>The latest update heralds a series of Apple Intelligence features, a collection of artificial intelligence-powered functionalities designed to enrich the user experience. Notable among these are writing tools tailored to enhance proofreading and editing, Genmoji for creating customised emojis, and Visual Intelligence, which enables users to scan their environment to gather more information about their surroundings.</w:t>
      </w:r>
      <w:r/>
    </w:p>
    <w:p>
      <w:r/>
      <w:r>
        <w:t>The release of iOS 18.2 also integrates ChatGPT with Siri, allowing users to tap into one of the most popular AI models for seamless question-answering and assistance. However, some of these features, including Image Playground and Image Wand, will require users to request early access, as Apple continues to collect user feedback before a full rollout.</w:t>
      </w:r>
      <w:r/>
    </w:p>
    <w:p>
      <w:r/>
      <w:r>
        <w:t>Apple Intelligence features take full advantage of the hardware capabilities of newer devices. Consequently, these advanced features are available exclusively to the iPhone 15 Pro, iPhone 15 Pro Max, and all models within the iPhone 16 series. Users with iPad and Mac devices equipped with the M1 chip or later will also be able to experience these features through the parallel update of iPadOS 18.2 and macOS Sequoia 15.2.</w:t>
      </w:r>
      <w:r/>
    </w:p>
    <w:p>
      <w:r/>
      <w:r>
        <w:t>To participate in the public beta, iPhone owners need to sign up via the Apple Beta Software Program website. The update is available over-the-air following enrolment, allowing users to install it directly on their devices after downloading. It is advised that participants back up their devices prior to installation to avoid potential data loss, as beta versions can sometimes introduce bugs or unstable elements.</w:t>
      </w:r>
      <w:r/>
    </w:p>
    <w:p>
      <w:r/>
      <w:r>
        <w:t>The iOS 18.2 public beta is one step toward the full release, expected in December. Based on Apple's historical release patterns, analysts speculate that the general rollout may occur around mid-December, potentially in the week beginning December 9. This timeline allows for thorough testing and rectification of any issues identified during the public beta phase.</w:t>
      </w:r>
      <w:r/>
    </w:p>
    <w:p>
      <w:r/>
      <w:r>
        <w:t>In addition to the new AI-driven functionalities, iOS 18.2 promises improvements and new features across several Apple platforms. Updates are also anticipated for visionOS, watchOS, and tvOS, bringing enhancements such as a redesign of the Mail app, upgrades to the Mac Virtual Display via visionOS, and improved projector support on tvOS.</w:t>
      </w:r>
      <w:r/>
    </w:p>
    <w:p>
      <w:r/>
      <w:r>
        <w:t>The introduction of iOS 18.2 is part of Apple's broader strategy to integrate AI into its ecosystem, thereby enhancing functionality and user interactivity across its devices. With innovations such as Visual Intelligence and ChatGPT integration, Apple continues to expand its capability to deliver cutting-edge technology designed to meet the evolving needs of its user base. As beta testing progresses, users eagerly await the full version to experience the complete array of enhancements slated for this major software update.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https://www.cnet.com/tech/services-and-software/apple-releases-first-ios-18-2-public-beta-with-new-apple-intelligence-features-how-to-download-it/</w:t>
        </w:r>
      </w:hyperlink>
      <w:r>
        <w:t xml:space="preserve"> - Corroborates the release of iOS 18.2 public beta and the new Apple Intelligence features, including writing tools, Genmoji, and Visual Intelligence.</w:t>
      </w:r>
      <w:r/>
    </w:p>
    <w:p>
      <w:pPr>
        <w:pStyle w:val="ListNumber"/>
        <w:spacing w:line="240" w:lineRule="auto"/>
        <w:ind w:left="720"/>
      </w:pPr>
      <w:r/>
      <w:hyperlink r:id="rId11">
        <w:r>
          <w:rPr>
            <w:color w:val="0000EE"/>
            <w:u w:val="single"/>
          </w:rPr>
          <w:t>https://www.macrumors.com/2024/11/06/ios-18-2-first-public-beta/</w:t>
        </w:r>
      </w:hyperlink>
      <w:r>
        <w:t xml:space="preserve"> - Supports the integration of ChatGPT with Siri and the availability of features like Image Playground and Genmoji, as well as the requirement for early access to some features.</w:t>
      </w:r>
      <w:r/>
    </w:p>
    <w:p>
      <w:pPr>
        <w:pStyle w:val="ListNumber"/>
        <w:spacing w:line="240" w:lineRule="auto"/>
        <w:ind w:left="720"/>
      </w:pPr>
      <w:r/>
      <w:hyperlink r:id="rId11">
        <w:r>
          <w:rPr>
            <w:color w:val="0000EE"/>
            <w:u w:val="single"/>
          </w:rPr>
          <w:t>https://www.macrumors.com/2024/11/06/ios-18-2-first-public-beta/</w:t>
        </w:r>
      </w:hyperlink>
      <w:r>
        <w:t xml:space="preserve"> - Confirms that Apple Intelligence features are exclusive to newer devices like iPhone 15 Pro, iPhone 15 Pro Max, and iPhone 16 series, and also available on iPad and Mac devices with M1 chip or later.</w:t>
      </w:r>
      <w:r/>
    </w:p>
    <w:p>
      <w:pPr>
        <w:pStyle w:val="ListNumber"/>
        <w:spacing w:line="240" w:lineRule="auto"/>
        <w:ind w:left="720"/>
      </w:pPr>
      <w:r/>
      <w:hyperlink r:id="rId10">
        <w:r>
          <w:rPr>
            <w:color w:val="0000EE"/>
            <w:u w:val="single"/>
          </w:rPr>
          <w:t>https://www.cnet.com/tech/services-and-software/apple-releases-first-ios-18-2-public-beta-with-new-apple-intelligence-features-how-to-download-it/</w:t>
        </w:r>
      </w:hyperlink>
      <w:r>
        <w:t xml:space="preserve"> - Details the process of signing up via the Apple Beta Software Program website and installing the update over-the-air, as well as the advice to back up devices before installation.</w:t>
      </w:r>
      <w:r/>
    </w:p>
    <w:p>
      <w:pPr>
        <w:pStyle w:val="ListNumber"/>
        <w:spacing w:line="240" w:lineRule="auto"/>
        <w:ind w:left="720"/>
      </w:pPr>
      <w:r/>
      <w:hyperlink r:id="rId11">
        <w:r>
          <w:rPr>
            <w:color w:val="0000EE"/>
            <w:u w:val="single"/>
          </w:rPr>
          <w:t>https://www.macrumors.com/2024/11/06/ios-18-2-first-public-beta/</w:t>
        </w:r>
      </w:hyperlink>
      <w:r>
        <w:t xml:space="preserve"> - Mentions the expected release timeline of iOS 18.2 in early December and the ongoing testing and feedback collection during the public beta phase.</w:t>
      </w:r>
      <w:r/>
    </w:p>
    <w:p>
      <w:pPr>
        <w:pStyle w:val="ListNumber"/>
        <w:spacing w:line="240" w:lineRule="auto"/>
        <w:ind w:left="720"/>
      </w:pPr>
      <w:r/>
      <w:hyperlink r:id="rId10">
        <w:r>
          <w:rPr>
            <w:color w:val="0000EE"/>
            <w:u w:val="single"/>
          </w:rPr>
          <w:t>https://www.cnet.com/tech/services-and-software/apple-releases-first-ios-18-2-public-beta-with-new-apple-intelligence-features-how-to-download-it/</w:t>
        </w:r>
      </w:hyperlink>
      <w:r>
        <w:t xml:space="preserve"> - Discusses the broader updates across Apple platforms, including visionOS, watchOS, and tvOS, and the enhancements they bring.</w:t>
      </w:r>
      <w:r/>
    </w:p>
    <w:p>
      <w:pPr>
        <w:pStyle w:val="ListNumber"/>
        <w:spacing w:line="240" w:lineRule="auto"/>
        <w:ind w:left="720"/>
      </w:pPr>
      <w:r/>
      <w:hyperlink r:id="rId12">
        <w:r>
          <w:rPr>
            <w:color w:val="0000EE"/>
            <w:u w:val="single"/>
          </w:rPr>
          <w:t>https://www.zdnet.com/article/how-to-install-apples-ios-18-2-public-beta-and-what-youll-find-inside/</w:t>
        </w:r>
      </w:hyperlink>
      <w:r>
        <w:t xml:space="preserve"> - Provides details on the installation process and the availability of features like ChatGPT integration, Image Playground, and Genmoji, with some features requiring early access.</w:t>
      </w:r>
      <w:r/>
    </w:p>
    <w:p>
      <w:pPr>
        <w:pStyle w:val="ListNumber"/>
        <w:spacing w:line="240" w:lineRule="auto"/>
        <w:ind w:left="720"/>
      </w:pPr>
      <w:r/>
      <w:hyperlink r:id="rId13">
        <w:r>
          <w:rPr>
            <w:color w:val="0000EE"/>
            <w:u w:val="single"/>
          </w:rPr>
          <w:t>https://www.cnet.com/tech/mobile/a-few-reasons-to-wait-before-installing-the-ios-18-2-public-beta-on-your-iphone/</w:t>
        </w:r>
      </w:hyperlink>
      <w:r>
        <w:t xml:space="preserve"> - Warns about potential bugs and performance issues in the beta version and advises using a secondary device for testing.</w:t>
      </w:r>
      <w:r/>
    </w:p>
    <w:p>
      <w:pPr>
        <w:pStyle w:val="ListNumber"/>
        <w:spacing w:line="240" w:lineRule="auto"/>
        <w:ind w:left="720"/>
      </w:pPr>
      <w:r/>
      <w:hyperlink r:id="rId11">
        <w:r>
          <w:rPr>
            <w:color w:val="0000EE"/>
            <w:u w:val="single"/>
          </w:rPr>
          <w:t>https://www.macrumors.com/2024/11/06/ios-18-2-first-public-beta/</w:t>
        </w:r>
      </w:hyperlink>
      <w:r>
        <w:t xml:space="preserve"> - Explains the integration of Apple Intelligence features, including Visual Intelligence and ChatGPT, and their impact on user experience.</w:t>
      </w:r>
      <w:r/>
    </w:p>
    <w:p>
      <w:pPr>
        <w:pStyle w:val="ListNumber"/>
        <w:spacing w:line="240" w:lineRule="auto"/>
        <w:ind w:left="720"/>
      </w:pPr>
      <w:r/>
      <w:hyperlink r:id="rId12">
        <w:r>
          <w:rPr>
            <w:color w:val="0000EE"/>
            <w:u w:val="single"/>
          </w:rPr>
          <w:t>https://www.zdnet.com/article/how-to-install-apples-ios-18-2-public-beta-and-what-youll-find-inside/</w:t>
        </w:r>
      </w:hyperlink>
      <w:r>
        <w:t xml:space="preserve"> - Corroborates the need for devices with specific hardware capabilities to run the new Apple Intelligence features and the parallel updates for iPadOS and macOS.</w:t>
      </w:r>
      <w:r/>
    </w:p>
    <w:p>
      <w:pPr>
        <w:pStyle w:val="ListNumber"/>
        <w:spacing w:line="240" w:lineRule="auto"/>
        <w:ind w:left="720"/>
      </w:pPr>
      <w:r/>
      <w:hyperlink r:id="rId13">
        <w:r>
          <w:rPr>
            <w:color w:val="0000EE"/>
            <w:u w:val="single"/>
          </w:rPr>
          <w:t>https://www.cnet.com/tech/mobile/a-few-reasons-to-wait-before-installing-the-ios-18-2-public-beta-on-your-iphone/</w:t>
        </w:r>
      </w:hyperlink>
      <w:r>
        <w:t xml:space="preserve"> - Highlights the importance of backing up data before installing the beta and the potential for bugs and performance issues.</w:t>
      </w:r>
      <w:r/>
    </w:p>
    <w:p>
      <w:pPr>
        <w:pStyle w:val="ListNumber"/>
        <w:spacing w:line="240" w:lineRule="auto"/>
        <w:ind w:left="720"/>
      </w:pPr>
      <w:r/>
      <w:hyperlink r:id="rId14">
        <w:r>
          <w:rPr>
            <w:color w:val="0000EE"/>
            <w:u w:val="single"/>
          </w:rPr>
          <w:t>https://www.cnet.com/tech/services-and-software/apple-releases-first-ios-18-2-public-beta-with-new-apple-intelligence-features-how-to-download-it/#ftag=CADf328eec</w:t>
        </w:r>
      </w:hyperlink>
      <w:r>
        <w:t xml:space="preserve"> - Please view link - unable to able to access data</w:t>
      </w:r>
      <w:r/>
    </w:p>
    <w:p>
      <w:pPr>
        <w:pStyle w:val="ListNumber"/>
        <w:spacing w:line="240" w:lineRule="auto"/>
        <w:ind w:left="720"/>
      </w:pPr>
      <w:r/>
      <w:hyperlink r:id="rId12">
        <w:r>
          <w:rPr>
            <w:color w:val="0000EE"/>
            <w:u w:val="single"/>
          </w:rPr>
          <w:t>https://www.zdnet.com/article/how-to-install-apples-ios-18-2-public-beta-and-what-youll-find-inside/</w:t>
        </w:r>
      </w:hyperlink>
      <w:r>
        <w:t xml:space="preserve"> - Please view link - unable to able to access data</w:t>
      </w:r>
      <w:r/>
    </w:p>
    <w:p>
      <w:pPr>
        <w:pStyle w:val="ListNumber"/>
        <w:spacing w:line="240" w:lineRule="auto"/>
        <w:ind w:left="720"/>
      </w:pPr>
      <w:r/>
      <w:hyperlink r:id="rId15">
        <w:r>
          <w:rPr>
            <w:color w:val="0000EE"/>
            <w:u w:val="single"/>
          </w:rPr>
          <w:t>https://9to5mac.com/2024/11/07/ios-182-release-date-when-to-expect-apples-new-features/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apple-releases-first-ios-18-2-public-beta-with-new-apple-intelligence-features-how-to-download-it/" TargetMode="External"/><Relationship Id="rId11" Type="http://schemas.openxmlformats.org/officeDocument/2006/relationships/hyperlink" Target="https://www.macrumors.com/2024/11/06/ios-18-2-first-public-beta/" TargetMode="External"/><Relationship Id="rId12" Type="http://schemas.openxmlformats.org/officeDocument/2006/relationships/hyperlink" Target="https://www.zdnet.com/article/how-to-install-apples-ios-18-2-public-beta-and-what-youll-find-inside/" TargetMode="External"/><Relationship Id="rId13" Type="http://schemas.openxmlformats.org/officeDocument/2006/relationships/hyperlink" Target="https://www.cnet.com/tech/mobile/a-few-reasons-to-wait-before-installing-the-ios-18-2-public-beta-on-your-iphone/" TargetMode="External"/><Relationship Id="rId14" Type="http://schemas.openxmlformats.org/officeDocument/2006/relationships/hyperlink" Target="https://www.cnet.com/tech/services-and-software/apple-releases-first-ios-18-2-public-beta-with-new-apple-intelligence-features-how-to-download-it/#ftag=CADf328eec" TargetMode="External"/><Relationship Id="rId15" Type="http://schemas.openxmlformats.org/officeDocument/2006/relationships/hyperlink" Target="https://9to5mac.com/2024/11/07/ios-182-release-date-when-to-expect-apples-new-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