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the M4 MacBook Pro with impressive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latest foray into laptop technology, the M4 MacBook Pro, is set to hit stores on November 8, 2024. With this release, Apple continues its trend of gradual yet impactful improvements, aiming to cater to both everyday users and professional creatives seeking high-performance devices. The new M4 MacBook Pro introduces several enhancements, predominantly in performance, utility, and energy efficiency, whilst maintaining a familiar, sophisticated design.</w:t>
      </w:r>
      <w:r/>
    </w:p>
    <w:p>
      <w:r/>
      <w:r>
        <w:t>Available in 14-inch and 16-inch screen sizes, the entry-level 14-inch model starts at £1,599 and comes equipped with a 10-core CPU and GPU. This new model sees Apple standardising 16GB of RAM across its MacBook Pro lineup, a notable upgrade that promises enhanced handling of demanding tasks and applications, including those utilising the upcoming Apple Intelligence features.</w:t>
      </w:r>
      <w:r/>
    </w:p>
    <w:p>
      <w:r/>
      <w:r>
        <w:t>The M4 chipset brings with it significant improvements in speed and efficiency, being up to three times faster than the previous M1 model. This is particularly beneficial for users transitioning from older Intel-based systems. The device also showcases Apple's latest attempt at reducing screen glare with an optional nano-texture display upgrade that enhances clarity during outdoor use.</w:t>
      </w:r>
      <w:r/>
    </w:p>
    <w:p>
      <w:r/>
      <w:r>
        <w:t>Among the other notable features is the introduction of Thunderbolt 5 ports on the higher-end M4 Pro and M4 Max models, which enable faster data transfer speeds up to 120 Gbps and enhanced support for external monitors. The incorporation of these ports is especially attractive to users dealing with large files and external storage solutions.</w:t>
      </w:r>
      <w:r/>
    </w:p>
    <w:p>
      <w:r/>
      <w:r>
        <w:t>Battery life has been one of Apple’s strong suits, and the M4 MacBook Pro doesn't disappoint, with claims of up to 24 hours on a single charge; a feat that further cements its appeal for on-the-go professionals. During testing, users found they could comfortably operate throughout a workday without the need for a power outlet, even with heavy multi-tasking.</w:t>
      </w:r>
      <w:r/>
    </w:p>
    <w:p>
      <w:r/>
      <w:r>
        <w:t>Aesthetically, the MacBook Pro maintains its sleek and functional design, now available in a striking Space Black alongside traditional silver. This complement to its existing design vocabulary highlights Apple’s attention to merging function with form, ensuring that professional users need not sacrifice style for performance.</w:t>
      </w:r>
      <w:r/>
    </w:p>
    <w:p>
      <w:r/>
      <w:r>
        <w:t>The M4 MacBook Pro also features an improved 12MP camera with Centre Stage functionality, keeping users centred during video calls, thus enhancing its viability as a productivity tool for remote working environments.</w:t>
      </w:r>
      <w:r/>
    </w:p>
    <w:p>
      <w:r/>
      <w:r>
        <w:t>While Apple remains committed to maintaining high-quality displays with mini-LED technology for deep contrast and vivid colours, this iteration adds little in terms of drastic visual changes but instead opts for incremental upgrades that perfect an already successful formula.</w:t>
      </w:r>
      <w:r/>
    </w:p>
    <w:p>
      <w:r/>
      <w:r>
        <w:t>Overall, the M4 MacBook Pro builds upon its predecessors with subtle refinements that ensure it meets the varied needs of its user base. While many of these changes are under the hood, the MacBook Pro continues to stand as a powerhouse device for creators and professionals alike, offering the robust performance expected from a top-tier notebook. As Apple's AI developments roll out in the coming months, these devices are well-poised to benefit from and fully utilise the integrated Apple Intelligence features.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https://www.techradar.com/computing/macbooks/apple-m4-macbook-pro-16-inch</w:t>
        </w:r>
      </w:hyperlink>
      <w:r>
        <w:t xml:space="preserve"> - Corroborates the release date of November 8, 2024, and the pricing starting at $2,499 for the base configuration of the M4 MacBook Pro 16-inch.</w:t>
      </w:r>
      <w:r/>
    </w:p>
    <w:p>
      <w:pPr>
        <w:pStyle w:val="ListNumber"/>
        <w:spacing w:line="240" w:lineRule="auto"/>
        <w:ind w:left="720"/>
      </w:pPr>
      <w:r/>
      <w:hyperlink r:id="rId11">
        <w:r>
          <w:rPr>
            <w:color w:val="0000EE"/>
            <w:u w:val="single"/>
          </w:rPr>
          <w:t>https://www.resetera.com/threads/apple-announces-new-m4-macbook-pros-releasing-november-8.1023150/</w:t>
        </w:r>
      </w:hyperlink>
      <w:r>
        <w:t xml:space="preserve"> - Confirms the availability of the new MacBook Pro starting November 8 and the pre-order period.</w:t>
      </w:r>
      <w:r/>
    </w:p>
    <w:p>
      <w:pPr>
        <w:pStyle w:val="ListNumber"/>
        <w:spacing w:line="240" w:lineRule="auto"/>
        <w:ind w:left="720"/>
      </w:pPr>
      <w:r/>
      <w:hyperlink r:id="rId10">
        <w:r>
          <w:rPr>
            <w:color w:val="0000EE"/>
            <w:u w:val="single"/>
          </w:rPr>
          <w:t>https://www.techradar.com/computing/macbooks/apple-m4-macbook-pro-16-inch</w:t>
        </w:r>
      </w:hyperlink>
      <w:r>
        <w:t xml:space="preserve"> - Details the performance improvements with the M4 Pro and M4 Max chips, including enhanced CPU and GPU capabilities.</w:t>
      </w:r>
      <w:r/>
    </w:p>
    <w:p>
      <w:pPr>
        <w:pStyle w:val="ListNumber"/>
        <w:spacing w:line="240" w:lineRule="auto"/>
        <w:ind w:left="720"/>
      </w:pPr>
      <w:r/>
      <w:hyperlink r:id="rId12">
        <w:r>
          <w:rPr>
            <w:color w:val="0000EE"/>
            <w:u w:val="single"/>
          </w:rPr>
          <w:t>https://www.apple.com/newsroom/2024/10/new-macbook-pro-features-m4-family-of-chips-and-apple-intelligence/</w:t>
        </w:r>
      </w:hyperlink>
      <w:r>
        <w:t xml:space="preserve"> - Highlights the M4 family of chips and their impact on performance, AI processing, and overall capabilities of the new MacBook Pro.</w:t>
      </w:r>
      <w:r/>
    </w:p>
    <w:p>
      <w:pPr>
        <w:pStyle w:val="ListNumber"/>
        <w:spacing w:line="240" w:lineRule="auto"/>
        <w:ind w:left="720"/>
      </w:pPr>
      <w:r/>
      <w:hyperlink r:id="rId10">
        <w:r>
          <w:rPr>
            <w:color w:val="0000EE"/>
            <w:u w:val="single"/>
          </w:rPr>
          <w:t>https://www.techradar.com/computing/macbooks/apple-m4-macbook-pro-16-inch</w:t>
        </w:r>
      </w:hyperlink>
      <w:r>
        <w:t xml:space="preserve"> - Mentions the standardisation of 16GB of RAM across the MacBook Pro lineup and the optional nano-texture display upgrade.</w:t>
      </w:r>
      <w:r/>
    </w:p>
    <w:p>
      <w:pPr>
        <w:pStyle w:val="ListNumber"/>
        <w:spacing w:line="240" w:lineRule="auto"/>
        <w:ind w:left="720"/>
      </w:pPr>
      <w:r/>
      <w:hyperlink r:id="rId11">
        <w:r>
          <w:rPr>
            <w:color w:val="0000EE"/>
            <w:u w:val="single"/>
          </w:rPr>
          <w:t>https://www.resetera.com/threads/apple-announces-new-m4-macbook-pros-releasing-november-8.1023150/</w:t>
        </w:r>
      </w:hyperlink>
      <w:r>
        <w:t xml:space="preserve"> - Confirms the introduction of Thunderbolt 5 ports on higher-end models for faster data transfer speeds.</w:t>
      </w:r>
      <w:r/>
    </w:p>
    <w:p>
      <w:pPr>
        <w:pStyle w:val="ListNumber"/>
        <w:spacing w:line="240" w:lineRule="auto"/>
        <w:ind w:left="720"/>
      </w:pPr>
      <w:r/>
      <w:hyperlink r:id="rId10">
        <w:r>
          <w:rPr>
            <w:color w:val="0000EE"/>
            <w:u w:val="single"/>
          </w:rPr>
          <w:t>https://www.techradar.com/computing/macbooks/apple-m4-macbook-pro-16-inch</w:t>
        </w:r>
      </w:hyperlink>
      <w:r>
        <w:t xml:space="preserve"> - Details the battery life of up to 24 hours and the enhanced battery performance of the M4 MacBook Pro.</w:t>
      </w:r>
      <w:r/>
    </w:p>
    <w:p>
      <w:pPr>
        <w:pStyle w:val="ListNumber"/>
        <w:spacing w:line="240" w:lineRule="auto"/>
        <w:ind w:left="720"/>
      </w:pPr>
      <w:r/>
      <w:hyperlink r:id="rId11">
        <w:r>
          <w:rPr>
            <w:color w:val="0000EE"/>
            <w:u w:val="single"/>
          </w:rPr>
          <w:t>https://www.resetera.com/threads/apple-announces-new-m4-macbook-pros-releasing-november-8.1023150/</w:t>
        </w:r>
      </w:hyperlink>
      <w:r>
        <w:t xml:space="preserve"> - Mentions the availability of the MacBook Pro in Space Black and silver finishes.</w:t>
      </w:r>
      <w:r/>
    </w:p>
    <w:p>
      <w:pPr>
        <w:pStyle w:val="ListNumber"/>
        <w:spacing w:line="240" w:lineRule="auto"/>
        <w:ind w:left="720"/>
      </w:pPr>
      <w:r/>
      <w:hyperlink r:id="rId12">
        <w:r>
          <w:rPr>
            <w:color w:val="0000EE"/>
            <w:u w:val="single"/>
          </w:rPr>
          <w:t>https://www.apple.com/newsroom/2024/10/new-macbook-pro-features-m4-family-of-chips-and-apple-intelligence/</w:t>
        </w:r>
      </w:hyperlink>
      <w:r>
        <w:t xml:space="preserve"> - Highlights the improved 12MP camera with Centre Stage functionality for enhanced video call experience.</w:t>
      </w:r>
      <w:r/>
    </w:p>
    <w:p>
      <w:pPr>
        <w:pStyle w:val="ListNumber"/>
        <w:spacing w:line="240" w:lineRule="auto"/>
        <w:ind w:left="720"/>
      </w:pPr>
      <w:r/>
      <w:hyperlink r:id="rId10">
        <w:r>
          <w:rPr>
            <w:color w:val="0000EE"/>
            <w:u w:val="single"/>
          </w:rPr>
          <w:t>https://www.techradar.com/computing/macbooks/apple-m4-macbook-pro-16-inch</w:t>
        </w:r>
      </w:hyperlink>
      <w:r>
        <w:t xml:space="preserve"> - Discusses the maintenance of high-quality displays with mini-LED technology and the incremental upgrades to the display.</w:t>
      </w:r>
      <w:r/>
    </w:p>
    <w:p>
      <w:pPr>
        <w:pStyle w:val="ListNumber"/>
        <w:spacing w:line="240" w:lineRule="auto"/>
        <w:ind w:left="720"/>
      </w:pPr>
      <w:r/>
      <w:hyperlink r:id="rId13">
        <w:r>
          <w:rPr>
            <w:color w:val="0000EE"/>
            <w:u w:val="single"/>
          </w:rPr>
          <w:t>https://www.zdnet.com/article/i-tested-the-m4-macbook-pro-for-a-week-and-even-the-base-model-beat-my-3000-laptop/</w:t>
        </w:r>
      </w:hyperlink>
      <w:r>
        <w:t xml:space="preserve"> - Please view link - unable to able to access data</w:t>
      </w:r>
      <w:r/>
    </w:p>
    <w:p>
      <w:pPr>
        <w:pStyle w:val="ListNumber"/>
        <w:spacing w:line="240" w:lineRule="auto"/>
        <w:ind w:left="720"/>
      </w:pPr>
      <w:r/>
      <w:hyperlink r:id="rId14">
        <w:r>
          <w:rPr>
            <w:color w:val="0000EE"/>
            <w:u w:val="single"/>
          </w:rPr>
          <w:t>https://news.google.com/rss/articles/CBMimwFBVV95cUxOdEJFYUVoSGJlQWtCZFYzRUtHQjg3M3N3ekgtTUc3MF9RWkN5LUpEd1daQzVpZlhtczM0NHRLMkJRbjhCMXZkVzl2dFRIMGh5T0FFSlROMUp2dWZlWmtncDlXQk56bkc5X0VnSFE2eUxyOFRHNUFMRFZKQU5tR3JzWVdscmJLUENEVi10aTFTcHFRcHBOZlEyRzhZNA?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oAFBVV95cUxNOTN6NXQxOTRlLVQ1dzk0WnN0cUFXbnFBSkNqS2RXdV9aZko1UU9kd0FvR3AtUVNuVFVnTTJFVjlZNDZFUXNoQXZzTFBZM3NVbnJGNnktQ1JjMmJGSGNxRi1wTjVSQi15UDNldW4yYlpaRVdPR1V3djhjMDl3aFQ4UEdnellqWEU3OFd3Q1Z4LU1nNGtYS0Nwd0xvZnIyZU9M?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https://www.independent.co.uk/extras/indybest/gadgets-tech/macbook-pro-m4-review-b2643051.html</w:t>
        </w:r>
      </w:hyperlink>
      <w:r>
        <w:t xml:space="preserve"> - Please view link - unable to able to access data</w:t>
      </w:r>
      <w:r/>
    </w:p>
    <w:p>
      <w:pPr>
        <w:pStyle w:val="ListNumber"/>
        <w:spacing w:line="240" w:lineRule="auto"/>
        <w:ind w:left="720"/>
      </w:pPr>
      <w:r/>
      <w:hyperlink r:id="rId17">
        <w:r>
          <w:rPr>
            <w:color w:val="0000EE"/>
            <w:u w:val="single"/>
          </w:rPr>
          <w:t>https://www.gbnews.com/tech/macbook-pro-m4-review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macbooks/apple-m4-macbook-pro-16-inch" TargetMode="External"/><Relationship Id="rId11" Type="http://schemas.openxmlformats.org/officeDocument/2006/relationships/hyperlink" Target="https://www.resetera.com/threads/apple-announces-new-m4-macbook-pros-releasing-november-8.1023150/" TargetMode="External"/><Relationship Id="rId12" Type="http://schemas.openxmlformats.org/officeDocument/2006/relationships/hyperlink" Target="https://www.apple.com/newsroom/2024/10/new-macbook-pro-features-m4-family-of-chips-and-apple-intelligence/" TargetMode="External"/><Relationship Id="rId13" Type="http://schemas.openxmlformats.org/officeDocument/2006/relationships/hyperlink" Target="https://www.zdnet.com/article/i-tested-the-m4-macbook-pro-for-a-week-and-even-the-base-model-beat-my-3000-laptop/" TargetMode="External"/><Relationship Id="rId14" Type="http://schemas.openxmlformats.org/officeDocument/2006/relationships/hyperlink" Target="https://news.google.com/rss/articles/CBMimwFBVV95cUxOdEJFYUVoSGJlQWtCZFYzRUtHQjg3M3N3ekgtTUc3MF9RWkN5LUpEd1daQzVpZlhtczM0NHRLMkJRbjhCMXZkVzl2dFRIMGh5T0FFSlROMUp2dWZlWmtncDlXQk56bkc5X0VnSFE2eUxyOFRHNUFMRFZKQU5tR3JzWVdscmJLUENEVi10aTFTcHFRcHBOZlEyRzhZNA?oc=5&amp;hl=en-US&amp;gl=US&amp;ceid=US:en" TargetMode="External"/><Relationship Id="rId15" Type="http://schemas.openxmlformats.org/officeDocument/2006/relationships/hyperlink" Target="https://news.google.com/rss/articles/CBMioAFBVV95cUxNOTN6NXQxOTRlLVQ1dzk0WnN0cUFXbnFBSkNqS2RXdV9aZko1UU9kd0FvR3AtUVNuVFVnTTJFVjlZNDZFUXNoQXZzTFBZM3NVbnJGNnktQ1JjMmJGSGNxRi1wTjVSQi15UDNldW4yYlpaRVdPR1V3djhjMDl3aFQ4UEdnellqWEU3OFd3Q1Z4LU1nNGtYS0Nwd0xvZnIyZU9M?oc=5&amp;hl=en-US&amp;gl=US&amp;ceid=US:en" TargetMode="External"/><Relationship Id="rId16" Type="http://schemas.openxmlformats.org/officeDocument/2006/relationships/hyperlink" Target="https://www.independent.co.uk/extras/indybest/gadgets-tech/macbook-pro-m4-review-b2643051.html" TargetMode="External"/><Relationship Id="rId17" Type="http://schemas.openxmlformats.org/officeDocument/2006/relationships/hyperlink" Target="https://www.gbnews.com/tech/macbook-pro-m4-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