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Cronos Labs partners with Google Cloud to enhance blockchain ecosystem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Cronos Labs has recently announced a significant enhancement of its partnership with Google Cloud, establishing it as the primary cloud service provider within the Cronos blockchain ecosystem. This move marks a substantial step forward in the collaboration between the companies, aiming to bolster the technical infrastructure and support the development of advanced decentralised applications (dApps).</w:t>
      </w:r>
      <w:r/>
    </w:p>
    <w:p>
      <w:r/>
      <w:r>
        <w:t>The collaboration involves Google Cloud becoming a validator on the Cronos network, a crucial role that enhances the blockchain's stability and security. This integration supports Cronos Labs' strategic vision of partnering with open-source contributors and validators who possess substantial technical expertise. The network already includes contributions from notable entities like Crypto.com, the blockchain infrastructure provider Blockdaemon, and the video game publisher Ubisoft.</w:t>
      </w:r>
      <w:r/>
    </w:p>
    <w:p>
      <w:r/>
      <w:r>
        <w:t>An essential focus of this partnership is the improvement of blockchain scalability through the development of Cronos zkEVM, a Layer-2 solution employing zero-knowledge (zk) technology. This advancement aims to enhance transaction efficiency, providing a more robust and scalable network for users and developers alike.</w:t>
      </w:r>
      <w:r/>
    </w:p>
    <w:p>
      <w:r/>
      <w:r>
        <w:t>Developers within the Cronos ecosystem will benefit from this partnership by accessing advanced tools and resources from Google Cloud, including sophisticated AI and data analytics capabilities. This access is intended to drive innovation and facilitate the creation of cutting-edge applications. The fully integrated data from the Cronos EVM and zkEVM chains available on Google Cloud will enable new forms of interaction with the blockchain, such as AI-driven transactions and natural language queries, opening doors to innovative use cases.</w:t>
      </w:r>
      <w:r/>
    </w:p>
    <w:p>
      <w:r/>
      <w:r>
        <w:t>Furthermore, the alliance will see an expanded collaboration with Google's Startups Cloud program. This initiative is set to provide resources, training, and mentorship to participants in the Cronos Accelerator projects, fostering growth and encouraging the integration of AI into Web3 applications.</w:t>
      </w:r>
      <w:r/>
    </w:p>
    <w:p>
      <w:r/>
      <w:r>
        <w:t>Ken Timsit, Managing Director of Cronos Labs, noted the multiple benefits of this enhanced partnership: “First, it enhances the security and reliability of the whole network. Second, it makes the Cronos Accelerator program even more appealing to startups. Finally, it opens the door to the creation of a new generation of innovative decentralized applications using Google Cloud’s data processing, computing, and AI capabilities.”</w:t>
      </w:r>
      <w:r/>
    </w:p>
    <w:p>
      <w:r/>
      <w:r>
        <w:t>Rishi Ramchandani, Head of Web3 APAC at Google Cloud, expressed the company's commitment to supporting Web3 development, highlighting the partnership as an opportunity to strengthen ties within the ecosystem. As part of this effort, Google Cloud will co-host virtual hackathons with Cronos, allowing developers to gain hands-on experience with AI and blockchain technologies.</w:t>
      </w:r>
      <w:r/>
    </w:p>
    <w:p>
      <w:r/>
      <w:r>
        <w:t>The enhanced partnership between Cronos Labs and Google Cloud underscores a mutual commitment to leveraging their combined expertise to drive advancements in blockchain innovation and to provide a solid foundation for the development of future technologies within the Cronos ecosystem. This collaboration not only fortifies the existing infrastructure but also paves the way for broader innovations in the decentralised application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https://www.financemagnates.com/thought-leadership/cronos-labs-strengthens-google-cloud-partnership-to-accelerate-cronos-ecosystem-growth/</w:t>
        </w:r>
      </w:hyperlink>
      <w:r>
        <w:t xml:space="preserve"> - Cronos Labs announcing Google Cloud as the primary cloud provider for the Cronos blockchain ecosystem and the details of the partnership.</w:t>
      </w:r>
      <w:r/>
    </w:p>
    <w:p>
      <w:pPr>
        <w:pStyle w:val="ListNumber"/>
        <w:spacing w:line="240" w:lineRule="auto"/>
        <w:ind w:left="720"/>
      </w:pPr>
      <w:r/>
      <w:hyperlink r:id="rId11">
        <w:r>
          <w:rPr>
            <w:color w:val="0000EE"/>
            <w:u w:val="single"/>
          </w:rPr>
          <w:t>https://markets.businessinsider.com/news/currencies/cronos-labs-strengthens-google-cloud-partnership-to-accelerate-cronos-ecosystem-growth-1033970883</w:t>
        </w:r>
      </w:hyperlink>
      <w:r>
        <w:t xml:space="preserve"> - Google Cloud becoming a validator on the Cronos network to enhance stability and security.</w:t>
      </w:r>
      <w:r/>
    </w:p>
    <w:p>
      <w:pPr>
        <w:pStyle w:val="ListNumber"/>
        <w:spacing w:line="240" w:lineRule="auto"/>
        <w:ind w:left="720"/>
      </w:pPr>
      <w:r/>
      <w:hyperlink r:id="rId12">
        <w:r>
          <w:rPr>
            <w:color w:val="0000EE"/>
            <w:u w:val="single"/>
          </w:rPr>
          <w:t>https://www.cointrust.com/market-news/cronos-labs-and-google-cloud-expand-partnership-to-drive-blockchain-innovation</w:t>
        </w:r>
      </w:hyperlink>
      <w:r>
        <w:t xml:space="preserve"> - Integration of Google Cloud as a validator and its role in enhancing the Cronos EVM protocol.</w:t>
      </w:r>
      <w:r/>
    </w:p>
    <w:p>
      <w:pPr>
        <w:pStyle w:val="ListNumber"/>
        <w:spacing w:line="240" w:lineRule="auto"/>
        <w:ind w:left="720"/>
      </w:pPr>
      <w:r/>
      <w:hyperlink r:id="rId13">
        <w:r>
          <w:rPr>
            <w:color w:val="0000EE"/>
            <w:u w:val="single"/>
          </w:rPr>
          <w:t>https://www.blockchainireland.ie/cronos-labs-expands-google-cloud-partnership-to-boost-blockchain-ecosystem/</w:t>
        </w:r>
      </w:hyperlink>
      <w:r>
        <w:t xml:space="preserve"> - Google Cloud's contribution to the stability and security of the Cronos network by joining as a validator.</w:t>
      </w:r>
      <w:r/>
    </w:p>
    <w:p>
      <w:pPr>
        <w:pStyle w:val="ListNumber"/>
        <w:spacing w:line="240" w:lineRule="auto"/>
        <w:ind w:left="720"/>
      </w:pPr>
      <w:r/>
      <w:hyperlink r:id="rId14">
        <w:r>
          <w:rPr>
            <w:color w:val="0000EE"/>
            <w:u w:val="single"/>
          </w:rPr>
          <w:t>https://cryptopotato.com/cronos-labs-strengthens-partnership-with-google-cloud-onboards-platform-as-node-operator/</w:t>
        </w:r>
      </w:hyperlink>
      <w:r>
        <w:t xml:space="preserve"> - Google Cloud becoming a validator and its impact on the Cronos network's security and reliability.</w:t>
      </w:r>
      <w:r/>
    </w:p>
    <w:p>
      <w:pPr>
        <w:pStyle w:val="ListNumber"/>
        <w:spacing w:line="240" w:lineRule="auto"/>
        <w:ind w:left="720"/>
      </w:pPr>
      <w:r/>
      <w:hyperlink r:id="rId10">
        <w:r>
          <w:rPr>
            <w:color w:val="0000EE"/>
            <w:u w:val="single"/>
          </w:rPr>
          <w:t>https://www.financemagnates.com/thought-leadership/cronos-labs-strengthens-google-cloud-partnership-to-accelerate-cronos-ecosystem-growth/</w:t>
        </w:r>
      </w:hyperlink>
      <w:r>
        <w:t xml:space="preserve"> - Improvement of blockchain scalability through the development of Cronos zkEVM using zero-knowledge technology.</w:t>
      </w:r>
      <w:r/>
    </w:p>
    <w:p>
      <w:pPr>
        <w:pStyle w:val="ListNumber"/>
        <w:spacing w:line="240" w:lineRule="auto"/>
        <w:ind w:left="720"/>
      </w:pPr>
      <w:r/>
      <w:hyperlink r:id="rId12">
        <w:r>
          <w:rPr>
            <w:color w:val="0000EE"/>
            <w:u w:val="single"/>
          </w:rPr>
          <w:t>https://www.cointrust.com/market-news/cronos-labs-and-google-cloud-expand-partnership-to-drive-blockchain-innovation</w:t>
        </w:r>
      </w:hyperlink>
      <w:r>
        <w:t xml:space="preserve"> - Enhancement of transaction efficiency and network scalability through Cronos zkEVM and Google Cloud's infrastructure.</w:t>
      </w:r>
      <w:r/>
    </w:p>
    <w:p>
      <w:pPr>
        <w:pStyle w:val="ListNumber"/>
        <w:spacing w:line="240" w:lineRule="auto"/>
        <w:ind w:left="720"/>
      </w:pPr>
      <w:r/>
      <w:hyperlink r:id="rId11">
        <w:r>
          <w:rPr>
            <w:color w:val="0000EE"/>
            <w:u w:val="single"/>
          </w:rPr>
          <w:t>https://markets.businessinsider.com/news/currencies/cronos-labs-strengthens-google-cloud-partnership-to-accelerate-cronos-ecosystem-growth-1033970883</w:t>
        </w:r>
      </w:hyperlink>
      <w:r>
        <w:t xml:space="preserve"> - Developers accessing advanced tools and resources from Google Cloud, including AI and data analytics capabilities.</w:t>
      </w:r>
      <w:r/>
    </w:p>
    <w:p>
      <w:pPr>
        <w:pStyle w:val="ListNumber"/>
        <w:spacing w:line="240" w:lineRule="auto"/>
        <w:ind w:left="720"/>
      </w:pPr>
      <w:r/>
      <w:hyperlink r:id="rId13">
        <w:r>
          <w:rPr>
            <w:color w:val="0000EE"/>
            <w:u w:val="single"/>
          </w:rPr>
          <w:t>https://www.blockchainireland.ie/cronos-labs-expands-google-cloud-partnership-to-boost-blockchain-ecosystem/</w:t>
        </w:r>
      </w:hyperlink>
      <w:r>
        <w:t xml:space="preserve"> - Access to fully integrated data from the Cronos EVM and zkEVM chains on Google Cloud for innovative use cases.</w:t>
      </w:r>
      <w:r/>
    </w:p>
    <w:p>
      <w:pPr>
        <w:pStyle w:val="ListNumber"/>
        <w:spacing w:line="240" w:lineRule="auto"/>
        <w:ind w:left="720"/>
      </w:pPr>
      <w:r/>
      <w:hyperlink r:id="rId14">
        <w:r>
          <w:rPr>
            <w:color w:val="0000EE"/>
            <w:u w:val="single"/>
          </w:rPr>
          <w:t>https://cryptopotato.com/cronos-labs-strengthens-partnership-with-google-cloud-onboards-platform-as-node-operator/</w:t>
        </w:r>
      </w:hyperlink>
      <w:r>
        <w:t xml:space="preserve"> - Expanded collaboration with Google's Startups Cloud program to provide resources and mentorship to Cronos Accelerator projects.</w:t>
      </w:r>
      <w:r/>
    </w:p>
    <w:p>
      <w:pPr>
        <w:pStyle w:val="ListNumber"/>
        <w:spacing w:line="240" w:lineRule="auto"/>
        <w:ind w:left="720"/>
      </w:pPr>
      <w:r/>
      <w:hyperlink r:id="rId10">
        <w:r>
          <w:rPr>
            <w:color w:val="0000EE"/>
            <w:u w:val="single"/>
          </w:rPr>
          <w:t>https://www.financemagnates.com/thought-leadership/cronos-labs-strengthens-google-cloud-partnership-to-accelerate-cronos-ecosystem-growth/</w:t>
        </w:r>
      </w:hyperlink>
      <w:r>
        <w:t xml:space="preserve"> - Co-hosting of virtual hackathons by Google Cloud and Cronos to enable developers to gain hands-on experience with AI and blockchain technologies.</w:t>
      </w:r>
      <w:r/>
    </w:p>
    <w:p>
      <w:pPr>
        <w:pStyle w:val="ListNumber"/>
        <w:spacing w:line="240" w:lineRule="auto"/>
        <w:ind w:left="720"/>
      </w:pPr>
      <w:r/>
      <w:hyperlink r:id="rId15">
        <w:r>
          <w:rPr>
            <w:color w:val="0000EE"/>
            <w:u w:val="single"/>
          </w:rPr>
          <w:t>https://news.google.com/rss/articles/CBMiqAFBVV95cUxPd3F4Z0YxM2JOM0FyZDJLN2otVklCek5mQTdaT3BHSzBiOThXRlg4NWxIY2tLOG1NZWRNMFFUOEh2UGRxSnREeUhmWlFJbHhiZkxHNFphS2R3SGVrVmVoZFhjSk9YUklXUm1HcHhIQzJmdklyUXJEZ3RkU0tHbjh4Y1dua1RfZkdVMktBVzFEMTZtblg3MkNZZl9Xa2U0MnEtWDNfcGJ2V1M?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https://news.google.com/rss/articles/CBMieEFVX3lxTFBsTXIzdEJNVXU0QmViNFZySWg2TFJIVjI4eDlBaGZSbzVDdE5INnJydGJoRV9jQ0RWMkRRUkI3Vk1GbjRRY0NQRmFLbHdBSWhKWGpPTnlDOFBZYjIxY2dNZENENnJqZFJPTFN3bHNlRnhkM29RQmFtUw?oc=5&amp;hl=en-US&amp;gl=US&amp;ceid=US:en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ancemagnates.com/thought-leadership/cronos-labs-strengthens-google-cloud-partnership-to-accelerate-cronos-ecosystem-growth/" TargetMode="External"/><Relationship Id="rId11" Type="http://schemas.openxmlformats.org/officeDocument/2006/relationships/hyperlink" Target="https://markets.businessinsider.com/news/currencies/cronos-labs-strengthens-google-cloud-partnership-to-accelerate-cronos-ecosystem-growth-1033970883" TargetMode="External"/><Relationship Id="rId12" Type="http://schemas.openxmlformats.org/officeDocument/2006/relationships/hyperlink" Target="https://www.cointrust.com/market-news/cronos-labs-and-google-cloud-expand-partnership-to-drive-blockchain-innovation" TargetMode="External"/><Relationship Id="rId13" Type="http://schemas.openxmlformats.org/officeDocument/2006/relationships/hyperlink" Target="https://www.blockchainireland.ie/cronos-labs-expands-google-cloud-partnership-to-boost-blockchain-ecosystem/" TargetMode="External"/><Relationship Id="rId14" Type="http://schemas.openxmlformats.org/officeDocument/2006/relationships/hyperlink" Target="https://cryptopotato.com/cronos-labs-strengthens-partnership-with-google-cloud-onboards-platform-as-node-operator/" TargetMode="External"/><Relationship Id="rId15" Type="http://schemas.openxmlformats.org/officeDocument/2006/relationships/hyperlink" Target="https://news.google.com/rss/articles/CBMiqAFBVV95cUxPd3F4Z0YxM2JOM0FyZDJLN2otVklCek5mQTdaT3BHSzBiOThXRlg4NWxIY2tLOG1NZWRNMFFUOEh2UGRxSnREeUhmWlFJbHhiZkxHNFphS2R3SGVrVmVoZFhjSk9YUklXUm1HcHhIQzJmdklyUXJEZ3RkU0tHbjh4Y1dua1RfZkdVMktBVzFEMTZtblg3MkNZZl9Xa2U0MnEtWDNfcGJ2V1M?oc=5&amp;hl=en-US&amp;gl=US&amp;ceid=US:en" TargetMode="External"/><Relationship Id="rId16" Type="http://schemas.openxmlformats.org/officeDocument/2006/relationships/hyperlink" Target="https://news.google.com/rss/articles/CBMieEFVX3lxTFBsTXIzdEJNVXU0QmViNFZySWg2TFJIVjI4eDlBaGZSbzVDdE5INnJydGJoRV9jQ0RWMkRRUkI3Vk1GbjRRY0NQRmFLbHdBSWhKWGpPTnlDOFBZYjIxY2dNZENENnJqZFJPTFN3bHNlRnhkM29RQmFtU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