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Fargo superintendent Rupak Gandhi announces resignation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Fargo Superintendent Rupak Gandhi Announces Resignation</w:t>
      </w:r>
      <w:r/>
    </w:p>
    <w:p>
      <w:r/>
      <w:r>
        <w:t>Fargo, North Dakota - Rupak Gandhi, the Superintendent of Fargo Public Schools, has announced his decision to resign from his position at the conclusion of the current academic year. The announcement was made public by the Fargo Public School District early on Thursday, November 7.</w:t>
      </w:r>
      <w:r/>
    </w:p>
    <w:p>
      <w:r/>
      <w:r>
        <w:t>Rupak Gandhi has been a pivotal figure in the school district, overseeing numerous initiatives aimed at enhancing educational standards and integrating modern technologies within the educational framework. His tenure has been marked by a focus on leveraging new tools and strategies to improve student outcomes. However, this approach has not been without its critics.</w:t>
      </w:r>
      <w:r/>
    </w:p>
    <w:p>
      <w:r/>
      <w:r>
        <w:t>One prominent concern among some members of the school community has been the superintendent's reliance on Artificial Intelligence (AI) for decision-making processes and the development of educational strategies. Critics argue that while technology can be invaluable, it must not overshadow the essential human qualities of judgment, empathy, and insight. They stress the importance of basing decisions affecting students on a holistic understanding of their individual needs and the unique circumstances of each school community, rather than solely on algorithms and data.</w:t>
      </w:r>
      <w:r/>
    </w:p>
    <w:p>
      <w:r/>
      <w:r>
        <w:t>Gandhi's decision to step down at the end of the academic year marks the end of a significant chapter for Fargo Public Schools. The district will now begin the process of searching for a new superintendent who will navigate these modern educational challenges while addressing the varied concerns and aspirations of the school community.</w:t>
      </w:r>
      <w:r/>
    </w:p>
    <w:p>
      <w:r/>
      <w:r>
        <w:t>As Fargo prepares for this transition, the focus remains on ensuring that the educational environment continues to support the well-being and development of its students. Gandhi's departure opens a dialogue about the role of technology in education and how best to balance innovation with the irreplaceable elements of human interaction and understanding in schooling.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https://news.prairiepublic.org/local-news/2024-11-07/fargo-school-superintendent-announces-resignation</w:t>
        </w:r>
      </w:hyperlink>
      <w:r>
        <w:t xml:space="preserve"> - Corroborates the announcement of Dr. Rupak Gandhi's resignation as Fargo Public Schools Superintendent, effective June 30, 2025.</w:t>
      </w:r>
      <w:r/>
    </w:p>
    <w:p>
      <w:pPr>
        <w:pStyle w:val="ListNumber"/>
        <w:spacing w:line="240" w:lineRule="auto"/>
        <w:ind w:left="720"/>
      </w:pPr>
      <w:r/>
      <w:hyperlink r:id="rId11">
        <w:r>
          <w:rPr>
            <w:color w:val="0000EE"/>
            <w:u w:val="single"/>
          </w:rPr>
          <w:t>https://www.wdayradionow.com/news/local-news/sources-dr-rupak-gandhi-leaving-fargo-public-schools/</w:t>
        </w:r>
      </w:hyperlink>
      <w:r>
        <w:t xml:space="preserve"> - Confirms that Dr. Rupak Gandhi is resigning from his position as Fargo Public Schools Superintendent to start a new business.</w:t>
      </w:r>
      <w:r/>
    </w:p>
    <w:p>
      <w:pPr>
        <w:pStyle w:val="ListNumber"/>
        <w:spacing w:line="240" w:lineRule="auto"/>
        <w:ind w:left="720"/>
      </w:pPr>
      <w:r/>
      <w:hyperlink r:id="rId12">
        <w:r>
          <w:rPr>
            <w:color w:val="0000EE"/>
            <w:u w:val="single"/>
          </w:rPr>
          <w:t>https://kfgo.com/2024/11/07/fargo-public-schools-superintendent-announces-resignation-effective-at-end-of-school-year/</w:t>
        </w:r>
      </w:hyperlink>
      <w:r>
        <w:t xml:space="preserve"> - Details Dr. Gandhi's decision to step down at the end of the school year and his plans to start a family business.</w:t>
      </w:r>
      <w:r/>
    </w:p>
    <w:p>
      <w:pPr>
        <w:pStyle w:val="ListNumber"/>
        <w:spacing w:line="240" w:lineRule="auto"/>
        <w:ind w:left="720"/>
      </w:pPr>
      <w:r/>
      <w:hyperlink r:id="rId13">
        <w:r>
          <w:rPr>
            <w:color w:val="0000EE"/>
            <w:u w:val="single"/>
          </w:rPr>
          <w:t>https://www.kvrr.com/2024/11/07/dr-rupak-ghandi-steps-down-as-fargo-public-schools-superintendent/</w:t>
        </w:r>
      </w:hyperlink>
      <w:r>
        <w:t xml:space="preserve"> - Provides Dr. Gandhi's statement on his resignation and his appreciation for the community's support since his arrival in 2018.</w:t>
      </w:r>
      <w:r/>
    </w:p>
    <w:p>
      <w:pPr>
        <w:pStyle w:val="ListNumber"/>
        <w:spacing w:line="240" w:lineRule="auto"/>
        <w:ind w:left="720"/>
      </w:pPr>
      <w:r/>
      <w:hyperlink r:id="rId14">
        <w:r>
          <w:rPr>
            <w:color w:val="0000EE"/>
            <w:u w:val="single"/>
          </w:rPr>
          <w:t>https://www.kvrr.com/2024/11/07/fargo-public-schools-superintendent-rupak-gandhi-to-step-down/</w:t>
        </w:r>
      </w:hyperlink>
      <w:r>
        <w:t xml:space="preserve"> - Confirms Dr. Gandhi's resignation effective June 30, 2025, and his plans to remain in the Fargo-Moorhead area.</w:t>
      </w:r>
      <w:r/>
    </w:p>
    <w:p>
      <w:pPr>
        <w:pStyle w:val="ListNumber"/>
        <w:spacing w:line="240" w:lineRule="auto"/>
        <w:ind w:left="720"/>
      </w:pPr>
      <w:r/>
      <w:hyperlink r:id="rId10">
        <w:r>
          <w:rPr>
            <w:color w:val="0000EE"/>
            <w:u w:val="single"/>
          </w:rPr>
          <w:t>https://news.prairiepublic.org/local-news/2024-11-07/fargo-school-superintendent-announces-resignation</w:t>
        </w:r>
      </w:hyperlink>
      <w:r>
        <w:t xml:space="preserve"> - Highlights Dr. Gandhi's tenure since July 2018 and his achievements, including being named the 2022-23 North Dakota Superintendent of the Year.</w:t>
      </w:r>
      <w:r/>
    </w:p>
    <w:p>
      <w:pPr>
        <w:pStyle w:val="ListNumber"/>
        <w:spacing w:line="240" w:lineRule="auto"/>
        <w:ind w:left="720"/>
      </w:pPr>
      <w:r/>
      <w:hyperlink r:id="rId12">
        <w:r>
          <w:rPr>
            <w:color w:val="0000EE"/>
            <w:u w:val="single"/>
          </w:rPr>
          <w:t>https://kfgo.com/2024/11/07/fargo-public-schools-superintendent-announces-resignation-effective-at-end-of-school-year/</w:t>
        </w:r>
      </w:hyperlink>
      <w:r>
        <w:t xml:space="preserve"> - Mentions Dr. Gandhi's career background, including his roles in the Houston Independent School District and Harrison School District Two in Colorado Springs.</w:t>
      </w:r>
      <w:r/>
    </w:p>
    <w:p>
      <w:pPr>
        <w:pStyle w:val="ListNumber"/>
        <w:spacing w:line="240" w:lineRule="auto"/>
        <w:ind w:left="720"/>
      </w:pPr>
      <w:r/>
      <w:hyperlink r:id="rId14">
        <w:r>
          <w:rPr>
            <w:color w:val="0000EE"/>
            <w:u w:val="single"/>
          </w:rPr>
          <w:t>https://www.kvrr.com/2024/11/07/fargo-public-schools-superintendent-rupak-gandhi-to-step-down/</w:t>
        </w:r>
      </w:hyperlink>
      <w:r>
        <w:t xml:space="preserve"> - Quotes Fargo Board of Education President Katie Christensen Mineer expressing appreciation for Dr. Gandhi's leadership and contributions to the district.</w:t>
      </w:r>
      <w:r/>
    </w:p>
    <w:p>
      <w:pPr>
        <w:pStyle w:val="ListNumber"/>
        <w:spacing w:line="240" w:lineRule="auto"/>
        <w:ind w:left="720"/>
      </w:pPr>
      <w:r/>
      <w:hyperlink r:id="rId10">
        <w:r>
          <w:rPr>
            <w:color w:val="0000EE"/>
            <w:u w:val="single"/>
          </w:rPr>
          <w:t>https://news.prairiepublic.org/local-news/2024-11-07/fargo-school-superintendent-announces-resignation</w:t>
        </w:r>
      </w:hyperlink>
      <w:r>
        <w:t xml:space="preserve"> - Explains Dr. Gandhi's reason for announcing his resignation early to allow the district time to find a replacement.</w:t>
      </w:r>
      <w:r/>
    </w:p>
    <w:p>
      <w:pPr>
        <w:pStyle w:val="ListNumber"/>
        <w:spacing w:line="240" w:lineRule="auto"/>
        <w:ind w:left="720"/>
      </w:pPr>
      <w:r/>
      <w:hyperlink r:id="rId12">
        <w:r>
          <w:rPr>
            <w:color w:val="0000EE"/>
            <w:u w:val="single"/>
          </w:rPr>
          <w:t>https://kfgo.com/2024/11/07/fargo-public-schools-superintendent-announces-resignation-effective-at-end-of-school-year/</w:t>
        </w:r>
      </w:hyperlink>
      <w:r>
        <w:t xml:space="preserve"> - Details how the new business will allow Dr. Gandhi to spend more time with his family, particularly with his youngest starting kindergarten.</w:t>
      </w:r>
      <w:r/>
    </w:p>
    <w:p>
      <w:pPr>
        <w:pStyle w:val="ListNumber"/>
        <w:spacing w:line="240" w:lineRule="auto"/>
        <w:ind w:left="720"/>
      </w:pPr>
      <w:r/>
      <w:hyperlink r:id="rId13">
        <w:r>
          <w:rPr>
            <w:color w:val="0000EE"/>
            <w:u w:val="single"/>
          </w:rPr>
          <w:t>https://www.kvrr.com/2024/11/07/dr-rupak-ghandi-steps-down-as-fargo-public-schools-superintendent/</w:t>
        </w:r>
      </w:hyperlink>
      <w:r>
        <w:t xml:space="preserve"> - Corroborates that Dr. Gandhi will remain in the Fargo-Moorhead area and start a new business with his wife.</w:t>
      </w:r>
      <w:r/>
    </w:p>
    <w:p>
      <w:pPr>
        <w:pStyle w:val="ListNumber"/>
        <w:spacing w:line="240" w:lineRule="auto"/>
        <w:ind w:left="720"/>
      </w:pPr>
      <w:r/>
      <w:hyperlink r:id="rId15">
        <w:r>
          <w:rPr>
            <w:color w:val="0000EE"/>
            <w:u w:val="single"/>
          </w:rPr>
          <w:t>https://www.inforum.com/opinion/letters/letter-thoughts-on-superintendent-gandhis-resignation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prairiepublic.org/local-news/2024-11-07/fargo-school-superintendent-announces-resignation" TargetMode="External"/><Relationship Id="rId11" Type="http://schemas.openxmlformats.org/officeDocument/2006/relationships/hyperlink" Target="https://www.wdayradionow.com/news/local-news/sources-dr-rupak-gandhi-leaving-fargo-public-schools/" TargetMode="External"/><Relationship Id="rId12" Type="http://schemas.openxmlformats.org/officeDocument/2006/relationships/hyperlink" Target="https://kfgo.com/2024/11/07/fargo-public-schools-superintendent-announces-resignation-effective-at-end-of-school-year/" TargetMode="External"/><Relationship Id="rId13" Type="http://schemas.openxmlformats.org/officeDocument/2006/relationships/hyperlink" Target="https://www.kvrr.com/2024/11/07/dr-rupak-ghandi-steps-down-as-fargo-public-schools-superintendent/" TargetMode="External"/><Relationship Id="rId14" Type="http://schemas.openxmlformats.org/officeDocument/2006/relationships/hyperlink" Target="https://www.kvrr.com/2024/11/07/fargo-public-schools-superintendent-rupak-gandhi-to-step-down/" TargetMode="External"/><Relationship Id="rId15" Type="http://schemas.openxmlformats.org/officeDocument/2006/relationships/hyperlink" Target="https://www.inforum.com/opinion/letters/letter-thoughts-on-superintendent-gandhis-resign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