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Five arrested in Plymouth stabbing case released under investigation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Five Arrested in Plymouth Stabbing Case Released Under Investigation</w:t>
      </w:r>
      <w:r/>
    </w:p>
    <w:p>
      <w:r/>
      <w:r>
        <w:t>In a developing case from Plymouth, five individuals who were arrested in connection with the death of 36-year-old Shane Jamie Sweet have been released under investigation. The incident, which resulted in Sweet's death from stab wounds, took place on Cambridge Road in the Ford area of Plymouth at approximately 14:30 GMT on Monday.</w:t>
      </w:r>
      <w:r/>
    </w:p>
    <w:p>
      <w:r/>
      <w:r>
        <w:t>The arrests came shortly after the discovery of Sweet's body, with Devon and Cornwall Police quickly moving to apprehend suspects in relation to the violent incident. Among those arrested, a 42-year-old man faces allegations of murder. Alongside him, a 42-year-old woman has been arrested on suspicion of assisting an offender. Additionally, three women aged 27, 38, and 40 were detained on suspicion of conspiracy to commit murder.</w:t>
      </w:r>
      <w:r/>
    </w:p>
    <w:p>
      <w:r/>
      <w:r>
        <w:t>As part of the ongoing investigation, police released a statement on Thursday indicating that all suspects had been released pending further inquiries. This process allows authorities to continue gathering and analysing evidence while determining the appropriate next steps in their investigation.</w:t>
      </w:r>
      <w:r/>
    </w:p>
    <w:p>
      <w:r/>
      <w:r>
        <w:t>Shane Jamie Sweet, a resident of Plymouth, was pronounced dead at the scene after sustaining fatal injuries. The police presence on Cambridge Road following the incident was substantial, as officers worked to secure evidence and provide assurance to the local community.</w:t>
      </w:r>
      <w:r/>
    </w:p>
    <w:p>
      <w:r/>
      <w:r>
        <w:t>While the investigation continues, local residents remain on edge, with many expressing their concern over the violent crime occurring in their neighbourhood. The Devon and Cornwall Police have urged anyone with information regarding the incident to come forward, as they piece together the circumstances leading to Sweet’s tragic death.</w:t>
      </w:r>
      <w:r/>
    </w:p>
    <w:p>
      <w:r/>
      <w:r>
        <w:t>As further inquiries unfold, it remains to be seen what new information will be revealed, and how it might influence the direction of the investigation and any potential charges against those who were arrested.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https://news.devon-cornwall.police.uk/news-article/13d49250-7f9c-ef11-9d6f-6045bdd24049</w:t>
        </w:r>
      </w:hyperlink>
      <w:r>
        <w:t xml:space="preserve"> - Confirms the identity of the deceased, Shane Jamie Sweet, aged 36, from Plymouth.</w:t>
      </w:r>
      <w:r/>
    </w:p>
    <w:p>
      <w:pPr>
        <w:pStyle w:val="ListNumber"/>
        <w:spacing w:line="240" w:lineRule="auto"/>
        <w:ind w:left="720"/>
      </w:pPr>
      <w:r/>
      <w:hyperlink r:id="rId11">
        <w:r>
          <w:rPr>
            <w:color w:val="0000EE"/>
            <w:u w:val="single"/>
          </w:rPr>
          <w:t>https://ca.news.yahoo.com/plymouth-fatal-stabbing-victim-named-215607979.html</w:t>
        </w:r>
      </w:hyperlink>
      <w:r>
        <w:t xml:space="preserve"> - Confirms the identity of the deceased, Shane Jamie Sweet, aged 36, from Plymouth, and mentions the arrest of a 42-year-old woman.</w:t>
      </w:r>
      <w:r/>
    </w:p>
    <w:p>
      <w:pPr>
        <w:pStyle w:val="ListNumber"/>
        <w:spacing w:line="240" w:lineRule="auto"/>
        <w:ind w:left="720"/>
      </w:pPr>
      <w:r/>
      <w:hyperlink r:id="rId12">
        <w:r>
          <w:rPr>
            <w:color w:val="0000EE"/>
            <w:u w:val="single"/>
          </w:rPr>
          <w:t>https://www.itv.com/news/westcountry/2024-11-07/man-36-who-died-in-stabbing-near-primary-school-named</w:t>
        </w:r>
      </w:hyperlink>
      <w:r>
        <w:t xml:space="preserve"> - Confirms the identity of the deceased, Shane Jamie Sweet, aged 36, from Plymouth, and the location of the incident.</w:t>
      </w:r>
      <w:r/>
    </w:p>
    <w:p>
      <w:pPr>
        <w:pStyle w:val="ListNumber"/>
        <w:spacing w:line="240" w:lineRule="auto"/>
        <w:ind w:left="720"/>
      </w:pPr>
      <w:r/>
      <w:hyperlink r:id="rId13">
        <w:r>
          <w:rPr>
            <w:color w:val="0000EE"/>
            <w:u w:val="single"/>
          </w:rPr>
          <w:t>https://ca.news.yahoo.com/suspects-released-murder-investigation-165933606.html</w:t>
        </w:r>
      </w:hyperlink>
      <w:r>
        <w:t xml:space="preserve"> - Reports that the suspects, including those arrested in connection with Shane Jamie Sweet's death, have been released under investigation.</w:t>
      </w:r>
      <w:r/>
    </w:p>
    <w:p>
      <w:pPr>
        <w:pStyle w:val="ListNumber"/>
        <w:spacing w:line="240" w:lineRule="auto"/>
        <w:ind w:left="720"/>
      </w:pPr>
      <w:r/>
      <w:hyperlink r:id="rId14">
        <w:r>
          <w:rPr>
            <w:color w:val="0000EE"/>
            <w:u w:val="single"/>
          </w:rPr>
          <w:t>https://www.radioexe.co.uk/news-and-features/local-news/fatal-stabbing-victim-in-plymouth-named/</w:t>
        </w:r>
      </w:hyperlink>
      <w:r>
        <w:t xml:space="preserve"> - Confirms the identity of the deceased, Shane Jamie Sweet, aged 36, from Plymouth, and the nature of the incident.</w:t>
      </w:r>
      <w:r/>
    </w:p>
    <w:p>
      <w:pPr>
        <w:pStyle w:val="ListNumber"/>
        <w:spacing w:line="240" w:lineRule="auto"/>
        <w:ind w:left="720"/>
      </w:pPr>
      <w:r/>
      <w:hyperlink r:id="rId11">
        <w:r>
          <w:rPr>
            <w:color w:val="0000EE"/>
            <w:u w:val="single"/>
          </w:rPr>
          <w:t>https://ca.news.yahoo.com/plymouth-fatal-stabbing-victim-named-215607979.html</w:t>
        </w:r>
      </w:hyperlink>
      <w:r>
        <w:t xml:space="preserve"> - Provides details on the time and location of the incident, which occurred on Cambridge Road in the Ford area of Plymouth.</w:t>
      </w:r>
      <w:r/>
    </w:p>
    <w:p>
      <w:pPr>
        <w:pStyle w:val="ListNumber"/>
        <w:spacing w:line="240" w:lineRule="auto"/>
        <w:ind w:left="720"/>
      </w:pPr>
      <w:r/>
      <w:hyperlink r:id="rId12">
        <w:r>
          <w:rPr>
            <w:color w:val="0000EE"/>
            <w:u w:val="single"/>
          </w:rPr>
          <w:t>https://www.itv.com/news/westcountry/2024-11-07/man-36-who-died-in-stabbing-near-primary-school-named</w:t>
        </w:r>
      </w:hyperlink>
      <w:r>
        <w:t xml:space="preserve"> - Mentions the substantial police presence on Cambridge Road following the incident.</w:t>
      </w:r>
      <w:r/>
    </w:p>
    <w:p>
      <w:pPr>
        <w:pStyle w:val="ListNumber"/>
        <w:spacing w:line="240" w:lineRule="auto"/>
        <w:ind w:left="720"/>
      </w:pPr>
      <w:r/>
      <w:hyperlink r:id="rId13">
        <w:r>
          <w:rPr>
            <w:color w:val="0000EE"/>
            <w:u w:val="single"/>
          </w:rPr>
          <w:t>https://ca.news.yahoo.com/suspects-released-murder-investigation-165933606.html</w:t>
        </w:r>
      </w:hyperlink>
      <w:r>
        <w:t xml:space="preserve"> - Details the release of suspects under investigation, allowing authorities to continue gathering evidence.</w:t>
      </w:r>
      <w:r/>
    </w:p>
    <w:p>
      <w:pPr>
        <w:pStyle w:val="ListNumber"/>
        <w:spacing w:line="240" w:lineRule="auto"/>
        <w:ind w:left="720"/>
      </w:pPr>
      <w:r/>
      <w:hyperlink r:id="rId10">
        <w:r>
          <w:rPr>
            <w:color w:val="0000EE"/>
            <w:u w:val="single"/>
          </w:rPr>
          <w:t>https://news.devon-cornwall.police.uk/news-article/13d49250-7f9c-ef11-9d6f-6045bdd24049</w:t>
        </w:r>
      </w:hyperlink>
      <w:r>
        <w:t xml:space="preserve"> - Indicates that Devon and Cornwall Police are urging anyone with information to come forward to aid the investigation.</w:t>
      </w:r>
      <w:r/>
    </w:p>
    <w:p>
      <w:pPr>
        <w:pStyle w:val="ListNumber"/>
        <w:spacing w:line="240" w:lineRule="auto"/>
        <w:ind w:left="720"/>
      </w:pPr>
      <w:r/>
      <w:hyperlink r:id="rId14">
        <w:r>
          <w:rPr>
            <w:color w:val="0000EE"/>
            <w:u w:val="single"/>
          </w:rPr>
          <w:t>https://www.radioexe.co.uk/news-and-features/local-news/fatal-stabbing-victim-in-plymouth-named/</w:t>
        </w:r>
      </w:hyperlink>
      <w:r>
        <w:t xml:space="preserve"> - Reports on the concern among local residents regarding the violent crime in their neighbourhood.</w:t>
      </w:r>
      <w:r/>
    </w:p>
    <w:p>
      <w:pPr>
        <w:pStyle w:val="ListNumber"/>
        <w:spacing w:line="240" w:lineRule="auto"/>
        <w:ind w:left="720"/>
      </w:pPr>
      <w:r/>
      <w:hyperlink r:id="rId15">
        <w:r>
          <w:rPr>
            <w:color w:val="0000EE"/>
            <w:u w:val="single"/>
          </w:rPr>
          <w:t>https://news.google.com/rss/articles/CBMiXEFVX3lxTE5pc0pkOTJzUjYteW0waDQ0VDNtQk96aHJRelFkazFzM0ZTdXl1VUZ6U3FvX0d0V1JscWpWR2NqTGh4eTB6NzY2YTRGT2NGS3o0ZG9kblBGNzBFSlVS0gFiQVVfeXFMUEF5bVRuOXVveGxpVmN1dS1UVzBrelhRajJEV0V0ZTRxS3pjZmtHcEFHQ2RWMk1aU2dpNEs2Sjc2TC1CQW1zTGxrdzhtRlhFc2xEYU56YVVITmRodm9GOHljSUE?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https://seekingalpha.com/article/4734514-peg-positioned-to-profit-from-ai-and-nuclear-power?source=feed_all_articles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devon-cornwall.police.uk/news-article/13d49250-7f9c-ef11-9d6f-6045bdd24049" TargetMode="External"/><Relationship Id="rId11" Type="http://schemas.openxmlformats.org/officeDocument/2006/relationships/hyperlink" Target="https://ca.news.yahoo.com/plymouth-fatal-stabbing-victim-named-215607979.html" TargetMode="External"/><Relationship Id="rId12" Type="http://schemas.openxmlformats.org/officeDocument/2006/relationships/hyperlink" Target="https://www.itv.com/news/westcountry/2024-11-07/man-36-who-died-in-stabbing-near-primary-school-named" TargetMode="External"/><Relationship Id="rId13" Type="http://schemas.openxmlformats.org/officeDocument/2006/relationships/hyperlink" Target="https://ca.news.yahoo.com/suspects-released-murder-investigation-165933606.html" TargetMode="External"/><Relationship Id="rId14" Type="http://schemas.openxmlformats.org/officeDocument/2006/relationships/hyperlink" Target="https://www.radioexe.co.uk/news-and-features/local-news/fatal-stabbing-victim-in-plymouth-named/" TargetMode="External"/><Relationship Id="rId15" Type="http://schemas.openxmlformats.org/officeDocument/2006/relationships/hyperlink" Target="https://news.google.com/rss/articles/CBMiXEFVX3lxTE5pc0pkOTJzUjYteW0waDQ0VDNtQk96aHJRelFkazFzM0ZTdXl1VUZ6U3FvX0d0V1JscWpWR2NqTGh4eTB6NzY2YTRGT2NGS3o0ZG9kblBGNzBFSlVS0gFiQVVfeXFMUEF5bVRuOXVveGxpVmN1dS1UVzBrelhRajJEV0V0ZTRxS3pjZmtHcEFHQ2RWMk1aU2dpNEs2Sjc2TC1CQW1zTGxrdzhtRlhFc2xEYU56YVVITmRodm9GOHljSUE?oc=5&amp;hl=en-US&amp;gl=US&amp;ceid=US:en" TargetMode="External"/><Relationship Id="rId16" Type="http://schemas.openxmlformats.org/officeDocument/2006/relationships/hyperlink" Target="https://seekingalpha.com/article/4734514-peg-positioned-to-profit-from-ai-and-nuclear-power?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