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French AI startup Mistral AI launches content moderation API to compete with industry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French AI Startup Mistral AI Launches Content Moderation API to Compete with Industry Leaders</w:t>
      </w:r>
      <w:r/>
    </w:p>
    <w:p>
      <w:r/>
      <w:r>
        <w:t>In a significant development for the artificial intelligence sector, French startup Mistral AI has unveiled a new content moderation API aimed at setting new standards for AI safety and content filtering. Launched on Thursday, this API is powered by a refined version of Mistral's Ministral 8B model and is part of the company’s strategic efforts to compete with global AI giants, such as OpenAI.</w:t>
      </w:r>
      <w:r/>
    </w:p>
    <w:p>
      <w:r/>
      <w:r>
        <w:t>The API is designed to detect potentially harmful content, addressing crucial categories such as sexual content, hate speech, violence, dangerous activities, and personally identifiable information. It facilitates both raw text and conversational content analysis, with a focus on ensuring AI's safe deployment across diverse platforms. Each category is assessed using a risk scoring system, enabling detailed content analysis and moderation.</w:t>
      </w:r>
      <w:r/>
    </w:p>
    <w:p>
      <w:r/>
      <w:r>
        <w:t>The introduction of this robust moderation tool comes at a pivotal time for the AI industry, which is increasingly under scrutiny to enhance safety measures surrounding AI technologies. The pressure is on developers to maintain the integrity and ethical use of AI as they expand into various applications and sectors.</w:t>
      </w:r>
      <w:r/>
    </w:p>
    <w:p>
      <w:r/>
      <w:r>
        <w:t>Adding to its allure, Mistral's API supports 11 different languages, including significant global tongues like Arabic, Chinese, and Spanish alongside English, French, and others. This multilingual capability allows Mistral to stand out in the market, as many existing moderation tools primarily focus on English, thus broadening its appeal and usability across different demographics.</w:t>
      </w:r>
      <w:r/>
    </w:p>
    <w:p>
      <w:r/>
      <w:r>
        <w:t>Mistral has already integrated this new moderation system into its Le Chat platform, showcasing its practical application and functionality. This innovation reflects the industry's growing interest in large language model (LLM)-based moderation systems, which offer scalable and effective solutions for a wide range of applications.</w:t>
      </w:r>
      <w:r/>
    </w:p>
    <w:p>
      <w:r/>
      <w:r>
        <w:t xml:space="preserve">The rollout of the API coincides with a series of strategic partnerships Mistral AI has cultivated recently. Collaborations with industry stalwarts such as Microsoft Azure, Qualcomm, and SAP signal its expanding influence in the enterprise AI domain. Notably, SAP plans to host Mistral’s models on its infrastructure, a move aimed at providing clients with AI solutions compliant with stringent European regulations. </w:t>
      </w:r>
      <w:r/>
    </w:p>
    <w:p>
      <w:r/>
      <w:r>
        <w:t>Mistral’s dual approach, which emphasises both edge computing and robust safety features, distinguishes it from competitors that predominantly focus on cloud-based tools. This tactical move could particularly resonate with European enterprises navigating complex data protection laws and prioritising privacy.</w:t>
      </w:r>
      <w:r/>
    </w:p>
    <w:p>
      <w:r/>
      <w:r>
        <w:t>Technically, Mistral's moderation API extends beyond traditional filters by incorporating contextual understanding of conversations, enabling the identification of subtle, potentially harmful content that might elude simpler moderation tools. This sophisticated design is intended to align with evolving customer needs and regulatory standards, with ongoing improvements planned based on user feedback.</w:t>
      </w:r>
      <w:r/>
    </w:p>
    <w:p>
      <w:r/>
      <w:r>
        <w:t>Available immediately through Mistral’s cloud platform, the new moderation API adopts a usage-based pricing model, which could cater to varied business sizes and needs.</w:t>
      </w:r>
      <w:r/>
    </w:p>
    <w:p>
      <w:r/>
      <w:r>
        <w:t>The Paris-based startup, which has rapidly emerged as a significant voice in AI circles, underscores how swiftly the AI landscape is transforming. Mistral AI's European perspective, with its strong focus on privacy and security, may well serve as a distinguishing factor in an industry led largely by American companies. This recent launch highlights Mistral's commitment to driving enhancements in AI safety as it seeks to become a formidable player in the global AI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https://docs.mistral.ai/capabilities/guardrailing/</w:t>
        </w:r>
      </w:hyperlink>
      <w:r>
        <w:t xml:space="preserve"> - Corroborates the use of Mistral's moderation model to detect and avoid harmful content, including categories such as hate speech, violence, and dangerous activities.</w:t>
      </w:r>
      <w:r/>
    </w:p>
    <w:p>
      <w:pPr>
        <w:pStyle w:val="ListNumber"/>
        <w:spacing w:line="240" w:lineRule="auto"/>
        <w:ind w:left="720"/>
      </w:pPr>
      <w:r/>
      <w:hyperlink r:id="rId10">
        <w:r>
          <w:rPr>
            <w:color w:val="0000EE"/>
            <w:u w:val="single"/>
          </w:rPr>
          <w:t>https://docs.mistral.ai/capabilities/guardrailing/</w:t>
        </w:r>
      </w:hyperlink>
      <w:r>
        <w:t xml:space="preserve"> - Explains the integration of a system prompt to enforce guardrails and ensure safe and respectful responses from the model.</w:t>
      </w:r>
      <w:r/>
    </w:p>
    <w:p>
      <w:pPr>
        <w:pStyle w:val="ListNumber"/>
        <w:spacing w:line="240" w:lineRule="auto"/>
        <w:ind w:left="720"/>
      </w:pPr>
      <w:r/>
      <w:hyperlink r:id="rId11">
        <w:r>
          <w:rPr>
            <w:color w:val="0000EE"/>
            <w:u w:val="single"/>
          </w:rPr>
          <w:t>https://mistral.ai/news/mistral-moderation/</w:t>
        </w:r>
      </w:hyperlink>
      <w:r>
        <w:t xml:space="preserve"> - Supports the launch of Mistral's new moderation service and its capabilities in detecting undesirable text content.</w:t>
      </w:r>
      <w:r/>
    </w:p>
    <w:p>
      <w:pPr>
        <w:pStyle w:val="ListNumber"/>
        <w:spacing w:line="240" w:lineRule="auto"/>
        <w:ind w:left="720"/>
      </w:pPr>
      <w:r/>
      <w:hyperlink r:id="rId12">
        <w:r>
          <w:rPr>
            <w:color w:val="0000EE"/>
            <w:u w:val="single"/>
          </w:rPr>
          <w:t>https://app.daily.dev/posts/mistral-ai-launches-multilingual-moderation-api-for-enhanced-content-safety-yazfd482s</w:t>
        </w:r>
      </w:hyperlink>
      <w:r>
        <w:t xml:space="preserve"> - Details the multilingual support of the API, covering 11 languages, and its application in various content moderation categories.</w:t>
      </w:r>
      <w:r/>
    </w:p>
    <w:p>
      <w:pPr>
        <w:pStyle w:val="ListNumber"/>
        <w:spacing w:line="240" w:lineRule="auto"/>
        <w:ind w:left="720"/>
      </w:pPr>
      <w:r/>
      <w:hyperlink r:id="rId13">
        <w:r>
          <w:rPr>
            <w:color w:val="0000EE"/>
            <w:u w:val="single"/>
          </w:rPr>
          <w:t>https://techcrunch.com/2024/11/07/mistral-launches-a-moderation-api</w:t>
        </w:r>
      </w:hyperlink>
      <w:r>
        <w:t xml:space="preserve"> - Provides information on the API's ability to analyze both raw and conversational text, and its categorization into nine distinct safety categories.</w:t>
      </w:r>
      <w:r/>
    </w:p>
    <w:p>
      <w:pPr>
        <w:pStyle w:val="ListNumber"/>
        <w:spacing w:line="240" w:lineRule="auto"/>
        <w:ind w:left="720"/>
      </w:pPr>
      <w:r/>
      <w:hyperlink r:id="rId13">
        <w:r>
          <w:rPr>
            <w:color w:val="0000EE"/>
            <w:u w:val="single"/>
          </w:rPr>
          <w:t>https://techcrunch.com/2024/11/07/mistral-launches-a-moderation-api</w:t>
        </w:r>
      </w:hyperlink>
      <w:r>
        <w:t xml:space="preserve"> - Corroborates the integration of the moderation API into Mistral’s Le Chat platform and its alignment with industry trends in LLM-based moderation.</w:t>
      </w:r>
      <w:r/>
    </w:p>
    <w:p>
      <w:pPr>
        <w:pStyle w:val="ListNumber"/>
        <w:spacing w:line="240" w:lineRule="auto"/>
        <w:ind w:left="720"/>
      </w:pPr>
      <w:r/>
      <w:hyperlink r:id="rId14">
        <w:r>
          <w:rPr>
            <w:color w:val="0000EE"/>
            <w:u w:val="single"/>
          </w:rPr>
          <w:t>https://docs.mistral.ai/api/</w:t>
        </w:r>
      </w:hyperlink>
      <w:r>
        <w:t xml:space="preserve"> - Explains the technical aspects of the API, including usage and parameters for content moderation and analysis.</w:t>
      </w:r>
      <w:r/>
    </w:p>
    <w:p>
      <w:pPr>
        <w:pStyle w:val="ListNumber"/>
        <w:spacing w:line="240" w:lineRule="auto"/>
        <w:ind w:left="720"/>
      </w:pPr>
      <w:r/>
      <w:hyperlink r:id="rId13">
        <w:r>
          <w:rPr>
            <w:color w:val="0000EE"/>
            <w:u w:val="single"/>
          </w:rPr>
          <w:t>https://techcrunch.com/2024/11/07/mistral-launches-a-moderation-api</w:t>
        </w:r>
      </w:hyperlink>
      <w:r>
        <w:t xml:space="preserve"> - Mentions Mistral's strategic partnerships, such as with Microsoft Azure, Qualcomm, and SAP, and the hosting of Mistral’s models on SAP's infrastructure.</w:t>
      </w:r>
      <w:r/>
    </w:p>
    <w:p>
      <w:pPr>
        <w:pStyle w:val="ListNumber"/>
        <w:spacing w:line="240" w:lineRule="auto"/>
        <w:ind w:left="720"/>
      </w:pPr>
      <w:r/>
      <w:hyperlink r:id="rId10">
        <w:r>
          <w:rPr>
            <w:color w:val="0000EE"/>
            <w:u w:val="single"/>
          </w:rPr>
          <w:t>https://docs.mistral.ai/capabilities/guardrailing/</w:t>
        </w:r>
      </w:hyperlink>
      <w:r>
        <w:t xml:space="preserve"> - Highlights the contextual understanding of conversations by the moderation API to identify subtle, potentially harmful content.</w:t>
      </w:r>
      <w:r/>
    </w:p>
    <w:p>
      <w:pPr>
        <w:pStyle w:val="ListNumber"/>
        <w:spacing w:line="240" w:lineRule="auto"/>
        <w:ind w:left="720"/>
      </w:pPr>
      <w:r/>
      <w:hyperlink r:id="rId12">
        <w:r>
          <w:rPr>
            <w:color w:val="0000EE"/>
            <w:u w:val="single"/>
          </w:rPr>
          <w:t>https://app.daily.dev/posts/mistral-ai-launches-multilingual-moderation-api-for-enhanced-content-safety-yazfd482s</w:t>
        </w:r>
      </w:hyperlink>
      <w:r>
        <w:t xml:space="preserve"> - Supports the usage-based pricing model of the new moderation API and its availability through Mistral’s cloud platform.</w:t>
      </w:r>
      <w:r/>
    </w:p>
    <w:p>
      <w:pPr>
        <w:pStyle w:val="ListNumber"/>
        <w:spacing w:line="240" w:lineRule="auto"/>
        <w:ind w:left="720"/>
      </w:pPr>
      <w:r/>
      <w:hyperlink r:id="rId13">
        <w:r>
          <w:rPr>
            <w:color w:val="0000EE"/>
            <w:u w:val="single"/>
          </w:rPr>
          <w:t>https://techcrunch.com/2024/11/07/mistral-launches-a-moderation-api</w:t>
        </w:r>
      </w:hyperlink>
      <w:r>
        <w:t xml:space="preserve"> - Emphasizes Mistral AI's focus on privacy and security, particularly relevant in the European market, and its commitment to enhancing AI safety.</w:t>
      </w:r>
      <w:r/>
    </w:p>
    <w:p>
      <w:pPr>
        <w:pStyle w:val="ListNumber"/>
        <w:spacing w:line="240" w:lineRule="auto"/>
        <w:ind w:left="720"/>
      </w:pPr>
      <w:r/>
      <w:hyperlink r:id="rId15">
        <w:r>
          <w:rPr>
            <w:color w:val="0000EE"/>
            <w:u w:val="single"/>
          </w:rPr>
          <w:t>https://venturebeat.com/ai/mistral-ai-takes-on-openai-with-new-moderation-api-tackling-harmful-content-in-11-languages/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cs.mistral.ai/capabilities/guardrailing/" TargetMode="External"/><Relationship Id="rId11" Type="http://schemas.openxmlformats.org/officeDocument/2006/relationships/hyperlink" Target="https://mistral.ai/news/mistral-moderation/" TargetMode="External"/><Relationship Id="rId12" Type="http://schemas.openxmlformats.org/officeDocument/2006/relationships/hyperlink" Target="https://app.daily.dev/posts/mistral-ai-launches-multilingual-moderation-api-for-enhanced-content-safety-yazfd482s" TargetMode="External"/><Relationship Id="rId13" Type="http://schemas.openxmlformats.org/officeDocument/2006/relationships/hyperlink" Target="https://techcrunch.com/2024/11/07/mistral-launches-a-moderation-api" TargetMode="External"/><Relationship Id="rId14" Type="http://schemas.openxmlformats.org/officeDocument/2006/relationships/hyperlink" Target="https://docs.mistral.ai/api/" TargetMode="External"/><Relationship Id="rId15" Type="http://schemas.openxmlformats.org/officeDocument/2006/relationships/hyperlink" Target="https://venturebeat.com/ai/mistral-ai-takes-on-openai-with-new-moderation-api-tackling-harmful-content-in-11-langu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