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targets Sitejabber in fake reviews crackdown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FTC Targets Sitejabber in Fake Reviews Crackdown</w:t>
      </w:r>
      <w:r/>
    </w:p>
    <w:p>
      <w:r/>
      <w:r>
        <w:t>In a significant move aimed at enhancing transparency and authenticity in online consumer reviews, the Federal Trade Commission (FTC) has taken decisive action against GGL Projects, Inc., the company behind Sitejabber. This follows the agency's final rule issued in August 2023, which outlines strict measures against the proliferation of fake reviews, including the imposition of civil fines and penalties.</w:t>
      </w:r>
      <w:r/>
    </w:p>
    <w:p>
      <w:r/>
      <w:r>
        <w:t>The crux of the FTC's complaint against Sitejabber centres on the allegation that the company solicited ratings and reviews from consumers at the point of purchase. This solicitation occurred before consumers had an opportunity to receive, use, or evaluate the products or services they had bought. The FTC asserts that consumers were asked to evaluate their "overall shopping experience so far" immediately after making a purchase, leading to reviews that reflected only the purchasing phase rather than the actual product experience.</w:t>
      </w:r>
      <w:r/>
    </w:p>
    <w:p>
      <w:r/>
      <w:r>
        <w:t>This practice, the FTC claims, allowed Sitejabber to deceptively bolster the average ratings and review counts of its business clients on its review platform. The organisation displayed these skewed ratings in search results on platforms like Google, potentially misleading consumers into believing that the ratings represented post-purchase satisfaction with the product or service itself.</w:t>
      </w:r>
      <w:r/>
    </w:p>
    <w:p>
      <w:r/>
      <w:r>
        <w:t>In response, the FTC has proposed an order that issues stringent prohibitions against Sitejabber. The proposed order restricts the company from falsely representing or aiding in the misrepresentation of customer ratings, review counts, or claiming endorsements from consumers who have not had the chance to experience the purchased products or services. Additionally, Sitejabber is prohibited from making false claims regarding any ratings or reviews it collects, moderates, or displays.</w:t>
      </w:r>
      <w:r/>
    </w:p>
    <w:p>
      <w:r/>
      <w:r>
        <w:t>This enforcement action underscores the FTC's commitment to rooting out deceptive practices in the burgeoning realm of online reviews, acknowledging the critical impact such reviews can have on consumer decision-making. It also highlights the regulatory body's dedication to ensuring that consumers can trust the authenticity of reviews that influence their purchasing decisions.</w:t>
      </w:r>
      <w:r/>
    </w:p>
    <w:p>
      <w:r/>
      <w:r>
        <w:t>The case against Sitejabber marks one of the initial significant enforcement actions following the FTC's rule against fake reviews. It signals a broader campaign by the commission to maintain integrity in online consumer feedback, sending a message to companies about the importance of genuine consumer input.</w:t>
      </w:r>
      <w:r/>
    </w:p>
    <w:p>
      <w:r/>
      <w:r>
        <w:t>While this development represents a step forward in safeguarding consumer interests, it also raises the question of how consumers can discern genuine reviews from those less reliable. Although the Better Business Bureau and other consumer advocacy groups frequently offer guidelines on spotting fake reviews, the landscape remains challenging for many consumers navigating online marketplaces.</w:t>
      </w:r>
      <w:r/>
    </w:p>
    <w:p>
      <w:r/>
      <w:r>
        <w:t>Through actions such as the one taken against Sitejabber, the FTC is actively working to build a digital environment where consumer trust can be restored and maintained. However, the responsibility of staying vigilant towards review authenticity continues to rest partly with consumers as they navigate the vast online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https://www.ftc.gov/news-events/news/press-releases/2024/11/ftc-order-against-ai-enabled-review-platform-sitejabber-will-ensure-consumers-get-truthful-accurate</w:t>
        </w:r>
      </w:hyperlink>
      <w:r>
        <w:t xml:space="preserve"> - Corroborates the FTC's complaint against Sitejabber, including the allegations of soliciting ratings and reviews before consumers received or experienced the products.</w:t>
      </w:r>
      <w:r/>
    </w:p>
    <w:p>
      <w:pPr>
        <w:pStyle w:val="ListNumber"/>
        <w:spacing w:line="240" w:lineRule="auto"/>
        <w:ind w:left="720"/>
      </w:pPr>
      <w:r/>
      <w:hyperlink r:id="rId10">
        <w:r>
          <w:rPr>
            <w:color w:val="0000EE"/>
            <w:u w:val="single"/>
          </w:rPr>
          <w:t>https://www.ftc.gov/news-events/news/press-releases/2024/11/ftc-order-against-ai-enabled-review-platform-sitejabber-will-ensure-consumers-get-truthful-accurate</w:t>
        </w:r>
      </w:hyperlink>
      <w:r>
        <w:t xml:space="preserve"> - Details the proposed order against Sitejabber, including prohibitions on misrepresenting customer ratings and review counts.</w:t>
      </w:r>
      <w:r/>
    </w:p>
    <w:p>
      <w:pPr>
        <w:pStyle w:val="ListNumber"/>
        <w:spacing w:line="240" w:lineRule="auto"/>
        <w:ind w:left="720"/>
      </w:pPr>
      <w:r/>
      <w:hyperlink r:id="rId11">
        <w:r>
          <w:rPr>
            <w:color w:val="0000EE"/>
            <w:u w:val="single"/>
          </w:rPr>
          <w:t>https://www.ftc.gov/news-events/news/press-releases/2024/08/federal-trade-commission-announces-final-rule-banning-fake-reviews-testimonials</w:t>
        </w:r>
      </w:hyperlink>
      <w:r>
        <w:t xml:space="preserve"> - Explains the FTC's final rule issued in August 2023, which outlines measures against fake reviews and imposes civil fines and penalties.</w:t>
      </w:r>
      <w:r/>
    </w:p>
    <w:p>
      <w:pPr>
        <w:pStyle w:val="ListNumber"/>
        <w:spacing w:line="240" w:lineRule="auto"/>
        <w:ind w:left="720"/>
      </w:pPr>
      <w:r/>
      <w:hyperlink r:id="rId11">
        <w:r>
          <w:rPr>
            <w:color w:val="0000EE"/>
            <w:u w:val="single"/>
          </w:rPr>
          <w:t>https://www.ftc.gov/news-events/news/press-releases/2024/08/federal-trade-commission-announces-final-rule-banning-fake-reviews-testimonials</w:t>
        </w:r>
      </w:hyperlink>
      <w:r>
        <w:t xml:space="preserve"> - Describes the various prohibitions under the new rule, including fake or false consumer reviews, buying positive or negative reviews, and review suppression.</w:t>
      </w:r>
      <w:r/>
    </w:p>
    <w:p>
      <w:pPr>
        <w:pStyle w:val="ListNumber"/>
        <w:spacing w:line="240" w:lineRule="auto"/>
        <w:ind w:left="720"/>
      </w:pPr>
      <w:r/>
      <w:hyperlink r:id="rId12">
        <w:r>
          <w:rPr>
            <w:color w:val="0000EE"/>
            <w:u w:val="single"/>
          </w:rPr>
          <w:t>https://www.realworklabs.com/blog/what-you-need-to-know-about-the-ftc-crackdown-on-fake-reviews</w:t>
        </w:r>
      </w:hyperlink>
      <w:r>
        <w:t xml:space="preserve"> - Provides context on the FTC's broader effort to protect consumers from misleading business practices and ensure genuine online reviews.</w:t>
      </w:r>
      <w:r/>
    </w:p>
    <w:p>
      <w:pPr>
        <w:pStyle w:val="ListNumber"/>
        <w:spacing w:line="240" w:lineRule="auto"/>
        <w:ind w:left="720"/>
      </w:pPr>
      <w:r/>
      <w:hyperlink r:id="rId13">
        <w:r>
          <w:rPr>
            <w:color w:val="0000EE"/>
            <w:u w:val="single"/>
          </w:rPr>
          <w:t>https://www.cnet.com/tech/services-and-software/new-ftc-rule-bans-fake-product-reviews-that-mess-with-your-shopping/</w:t>
        </w:r>
      </w:hyperlink>
      <w:r>
        <w:t xml:space="preserve"> - Discusses the new FTC rule's impact on preventing fake reviews and testimonials, and the potential for civil penalties against violators.</w:t>
      </w:r>
      <w:r/>
    </w:p>
    <w:p>
      <w:pPr>
        <w:pStyle w:val="ListNumber"/>
        <w:spacing w:line="240" w:lineRule="auto"/>
        <w:ind w:left="720"/>
      </w:pPr>
      <w:r/>
      <w:hyperlink r:id="rId13">
        <w:r>
          <w:rPr>
            <w:color w:val="0000EE"/>
            <w:u w:val="single"/>
          </w:rPr>
          <w:t>https://www.cnet.com/tech/services-and-software/new-ftc-rule-bans-fake-product-reviews-that-mess-with-your-shopping/</w:t>
        </w:r>
      </w:hyperlink>
      <w:r>
        <w:t xml:space="preserve"> - Highlights the rule's prohibition on buying or selling social media followers and the enforcement mechanisms, including fines up to $51,744 per violation.</w:t>
      </w:r>
      <w:r/>
    </w:p>
    <w:p>
      <w:pPr>
        <w:pStyle w:val="ListNumber"/>
        <w:spacing w:line="240" w:lineRule="auto"/>
        <w:ind w:left="720"/>
      </w:pPr>
      <w:r/>
      <w:hyperlink r:id="rId14">
        <w:r>
          <w:rPr>
            <w:color w:val="0000EE"/>
            <w:u w:val="single"/>
          </w:rPr>
          <w:t>https://www.reddit.com/r/freelanceWriters/comments/1esb9h6/ftc_announces_ban_on_fake_reviews_and_testimonials/</w:t>
        </w:r>
      </w:hyperlink>
      <w:r>
        <w:t xml:space="preserve"> - Provides additional context on the types of practices banned by the new rule, such as insider reviews and the suppression of reviews.</w:t>
      </w:r>
      <w:r/>
    </w:p>
    <w:p>
      <w:pPr>
        <w:pStyle w:val="ListNumber"/>
        <w:spacing w:line="240" w:lineRule="auto"/>
        <w:ind w:left="720"/>
      </w:pPr>
      <w:r/>
      <w:hyperlink r:id="rId10">
        <w:r>
          <w:rPr>
            <w:color w:val="0000EE"/>
            <w:u w:val="single"/>
          </w:rPr>
          <w:t>https://www.ftc.gov/news-events/news/press-releases/2024/11/ftc-order-against-ai-enabled-review-platform-sitejabber-will-ensure-consumers-get-truthful-accurate</w:t>
        </w:r>
      </w:hyperlink>
      <w:r>
        <w:t xml:space="preserve"> - Details how Sitejabber's practices misled consumers by displaying inflated ratings in search results, potentially affecting consumer decision-making.</w:t>
      </w:r>
      <w:r/>
    </w:p>
    <w:p>
      <w:pPr>
        <w:pStyle w:val="ListNumber"/>
        <w:spacing w:line="240" w:lineRule="auto"/>
        <w:ind w:left="720"/>
      </w:pPr>
      <w:r/>
      <w:hyperlink r:id="rId11">
        <w:r>
          <w:rPr>
            <w:color w:val="0000EE"/>
            <w:u w:val="single"/>
          </w:rPr>
          <w:t>https://www.ftc.gov/news-events/news/press-releases/2024/08/federal-trade-commission-announces-final-rule-banning-fake-reviews-testimonials</w:t>
        </w:r>
      </w:hyperlink>
      <w:r>
        <w:t xml:space="preserve"> - Explains the FTC's commitment to rooting out deceptive practices in online reviews and ensuring consumer trust in review authenticity.</w:t>
      </w:r>
      <w:r/>
    </w:p>
    <w:p>
      <w:pPr>
        <w:pStyle w:val="ListNumber"/>
        <w:spacing w:line="240" w:lineRule="auto"/>
        <w:ind w:left="720"/>
      </w:pPr>
      <w:r/>
      <w:hyperlink r:id="rId10">
        <w:r>
          <w:rPr>
            <w:color w:val="0000EE"/>
            <w:u w:val="single"/>
          </w:rPr>
          <w:t>https://www.ftc.gov/news-events/news/press-releases/2024/11/ftc-order-against-ai-enabled-review-platform-sitejabber-will-ensure-consumers-get-truthful-accurate</w:t>
        </w:r>
      </w:hyperlink>
      <w:r>
        <w:t xml:space="preserve"> - Highlights the broader campaign by the FTC to maintain integrity in online consumer feedback and the significance of the Sitejabber case as an initial enforcement action.</w:t>
      </w:r>
      <w:r/>
    </w:p>
    <w:p>
      <w:pPr>
        <w:pStyle w:val="ListNumber"/>
        <w:spacing w:line="240" w:lineRule="auto"/>
        <w:ind w:left="720"/>
      </w:pPr>
      <w:r/>
      <w:hyperlink r:id="rId15">
        <w:r>
          <w:rPr>
            <w:color w:val="0000EE"/>
            <w:u w:val="single"/>
          </w:rPr>
          <w:t>https://www.lexblog.com/2024/11/07/privacy-tip-420-is-that-consumer-review-real-or-generated-by-ai/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gov/news-events/news/press-releases/2024/11/ftc-order-against-ai-enabled-review-platform-sitejabber-will-ensure-consumers-get-truthful-accurate" TargetMode="External"/><Relationship Id="rId11" Type="http://schemas.openxmlformats.org/officeDocument/2006/relationships/hyperlink" Target="https://www.ftc.gov/news-events/news/press-releases/2024/08/federal-trade-commission-announces-final-rule-banning-fake-reviews-testimonials" TargetMode="External"/><Relationship Id="rId12" Type="http://schemas.openxmlformats.org/officeDocument/2006/relationships/hyperlink" Target="https://www.realworklabs.com/blog/what-you-need-to-know-about-the-ftc-crackdown-on-fake-reviews" TargetMode="External"/><Relationship Id="rId13" Type="http://schemas.openxmlformats.org/officeDocument/2006/relationships/hyperlink" Target="https://www.cnet.com/tech/services-and-software/new-ftc-rule-bans-fake-product-reviews-that-mess-with-your-shopping/" TargetMode="External"/><Relationship Id="rId14" Type="http://schemas.openxmlformats.org/officeDocument/2006/relationships/hyperlink" Target="https://www.reddit.com/r/freelanceWriters/comments/1esb9h6/ftc_announces_ban_on_fake_reviews_and_testimonials/" TargetMode="External"/><Relationship Id="rId15" Type="http://schemas.openxmlformats.org/officeDocument/2006/relationships/hyperlink" Target="https://www.lexblog.com/2024/11/07/privacy-tip-420-is-that-consumer-review-real-or-generated-by-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