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accidental reveal of AI project Jarvis ignites curiosity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early November 2023, Google accidentally revealed its latest artificial intelligence project, codenamed Jarvis, through an unexpected listing on the Chrome Web Store. This incident was first reported by The Information, when an internal preview of the AI program briefly appeared as a Chrome extension, accessible for download by users. Though swiftly removed, this brief appearance has ignited considerable curiosity regarding its capabilities and the intentions behind its creation.</w:t>
      </w:r>
      <w:r/>
    </w:p>
    <w:p>
      <w:r/>
      <w:r>
        <w:t>Jarvis AI is anticipated to serve as a "helpful companion" for users navigating the digital realm. This innovative artificial intelligence aims to function as an agentic AI, a type of AI that performs tasks on behalf of the user, thereby facilitating a hands-free browsing experience. Jarvis has been associated with the Gemini AI model, Google’s latest in advanced AI technology, suggesting that the company is integrating robust, cutting-edge capabilities into this new virtual assistant.</w:t>
      </w:r>
      <w:r/>
    </w:p>
    <w:p>
      <w:r/>
      <w:r>
        <w:t>Agentic AI systems like Jarvis can engage with digital environments actively, differentiating them from traditional AI which typically provides recommendations or information. By interpreting the actions needed to perform specific tasks, Jarvis could autonomously navigate pages, fill out forms, book tickets, and execute complex web processes without constant user input. These functions could markedly enhance productivity and efficiency across various digital interactions, particularly those involving multi-step processes such as online shopping or travel bookings.</w:t>
      </w:r>
      <w:r/>
    </w:p>
    <w:p>
      <w:r/>
      <w:r>
        <w:t>Though the details of Jarvis's full capabilities remain undisclosed, its brief listing on the Chrome Web Store has set expectations for its potential release. It is expected that Google plans to formally unveil Jarvis alongside the next version of Gemini by December 2024. The accidental early exposure has, however, stirred significant interest, showcasing Google’s advancements in AI and its potential to revolutionise user interaction within Chrome.</w:t>
      </w:r>
      <w:r/>
    </w:p>
    <w:p>
      <w:r/>
      <w:r>
        <w:t>The development of Jarvis aligns with Google's ongoing efforts to integrate artificial intelligence across its applications and services. Earlier in 2023, Google introduced its AI model in Search with 'AI Overviews,' despite some challenges with its implementation. The company's aspirations to refine and expand its AI offerings continue as it maintains a leading position in the tech industry’s AI advancements.</w:t>
      </w:r>
      <w:r/>
    </w:p>
    <w:p>
      <w:r/>
      <w:r>
        <w:t>Amidst these evolving developments, Google is also rolling out new Android updates, including a much-anticipated battery feature allowing control over charging limits, aimed at enhancing battery longevity for Pixel device users. Users are yet to widespreadly access these updates as the feature seems to be released gradually.</w:t>
      </w:r>
      <w:r/>
    </w:p>
    <w:p>
      <w:r/>
      <w:r>
        <w:t>As anticipation grows regarding Google's next moves in AI, including Jarvis's ultimate functionality and integration into daily computing, Google remains at the forefront of technological progress, exploring the capabilities of agentic AI in enhancing user experience on digital platforms.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https://beebom.com/google-jarvis-extension-ai-assistant-leaked/</w:t>
        </w:r>
      </w:hyperlink>
      <w:r>
        <w:t xml:space="preserve"> - This article explains that Google accidentally listed an internal preview of its Jarvis AI agent on the Chrome Web Store, describing it as a 'helpful companion' that automates web browsing tasks, similar to Claude 3.5 Sonnet’s Computer Use feature.</w:t>
      </w:r>
      <w:r/>
    </w:p>
    <w:p>
      <w:pPr>
        <w:pStyle w:val="ListNumber"/>
        <w:spacing w:line="240" w:lineRule="auto"/>
        <w:ind w:left="720"/>
      </w:pPr>
      <w:r/>
      <w:hyperlink r:id="rId11">
        <w:r>
          <w:rPr>
            <w:color w:val="0000EE"/>
            <w:u w:val="single"/>
          </w:rPr>
          <w:t>https://www.indiatoday.in/technology/news/story/google-accidentally-leaked-jarvis-ai-preview-with-its-remote-computer-control-capabilities-2629500-2024-11-07</w:t>
        </w:r>
      </w:hyperlink>
      <w:r>
        <w:t xml:space="preserve"> - This article details that the leaked Jarvis AI preview on the Chrome Web Store described it as a tool that can perform tasks on behalf of the user, such as booking tickets and buying groceries, and is expected to launch in December alongside Gemini 2.0.</w:t>
      </w:r>
      <w:r/>
    </w:p>
    <w:p>
      <w:pPr>
        <w:pStyle w:val="ListNumber"/>
        <w:spacing w:line="240" w:lineRule="auto"/>
        <w:ind w:left="720"/>
      </w:pPr>
      <w:r/>
      <w:hyperlink r:id="rId12">
        <w:r>
          <w:rPr>
            <w:color w:val="0000EE"/>
            <w:u w:val="single"/>
          </w:rPr>
          <w:t>https://www.analyticsinsight.net/news/google-accidentally-unveils-jarvis-ai-on-chrome-web-store-key-details-exposed</w:t>
        </w:r>
      </w:hyperlink>
      <w:r>
        <w:t xml:space="preserve"> - This article reports that the accidental listing of Jarvis AI on the Chrome Web Store revealed its capabilities as an agentic AI, which can monitor screen content and perform tasks autonomously, and its link to Google’s Gemini AI model.</w:t>
      </w:r>
      <w:r/>
    </w:p>
    <w:p>
      <w:pPr>
        <w:pStyle w:val="ListNumber"/>
        <w:spacing w:line="240" w:lineRule="auto"/>
        <w:ind w:left="720"/>
      </w:pPr>
      <w:r/>
      <w:hyperlink r:id="rId10">
        <w:r>
          <w:rPr>
            <w:color w:val="0000EE"/>
            <w:u w:val="single"/>
          </w:rPr>
          <w:t>https://beebom.com/google-jarvis-extension-ai-assistant-leaked/</w:t>
        </w:r>
      </w:hyperlink>
      <w:r>
        <w:t xml:space="preserve"> - This article mentions that Google plans to unveil Jarvis in December and that it will work within Google Chrome to automate routine web tasks, similar to Anthropic’s Claude.</w:t>
      </w:r>
      <w:r/>
    </w:p>
    <w:p>
      <w:pPr>
        <w:pStyle w:val="ListNumber"/>
        <w:spacing w:line="240" w:lineRule="auto"/>
        <w:ind w:left="720"/>
      </w:pPr>
      <w:r/>
      <w:hyperlink r:id="rId11">
        <w:r>
          <w:rPr>
            <w:color w:val="0000EE"/>
            <w:u w:val="single"/>
          </w:rPr>
          <w:t>https://www.indiatoday.in/technology/news/story/google-accidentally-leaked-jarvis-ai-preview-with-its-remote-computer-control-capabilities-2629500-2024-11-07</w:t>
        </w:r>
      </w:hyperlink>
      <w:r>
        <w:t xml:space="preserve"> - This article explains that Jarvis uses 'AI Vision' to interpret on-screen elements and determine where to click and what to type, enabling a hands-free browsing experience.</w:t>
      </w:r>
      <w:r/>
    </w:p>
    <w:p>
      <w:pPr>
        <w:pStyle w:val="ListNumber"/>
        <w:spacing w:line="240" w:lineRule="auto"/>
        <w:ind w:left="720"/>
      </w:pPr>
      <w:r/>
      <w:hyperlink r:id="rId12">
        <w:r>
          <w:rPr>
            <w:color w:val="0000EE"/>
            <w:u w:val="single"/>
          </w:rPr>
          <w:t>https://www.analyticsinsight.net/news/google-accidentally-unveils-jarvis-ai-on-chrome-web-store-key-details-exposed</w:t>
        </w:r>
      </w:hyperlink>
      <w:r>
        <w:t xml:space="preserve"> - This article highlights that Jarvis can perform tasks like booking tickets, filling out online forms, and navigating complex web pages with minimal user input, enhancing productivity and efficiency.</w:t>
      </w:r>
      <w:r/>
    </w:p>
    <w:p>
      <w:pPr>
        <w:pStyle w:val="ListNumber"/>
        <w:spacing w:line="240" w:lineRule="auto"/>
        <w:ind w:left="720"/>
      </w:pPr>
      <w:r/>
      <w:hyperlink r:id="rId10">
        <w:r>
          <w:rPr>
            <w:color w:val="0000EE"/>
            <w:u w:val="single"/>
          </w:rPr>
          <w:t>https://beebom.com/google-jarvis-extension-ai-assistant-leaked/</w:t>
        </w:r>
      </w:hyperlink>
      <w:r>
        <w:t xml:space="preserve"> - This article notes that the accidental release of Jarvis has generated significant interest in Google’s advancements in AI and its potential to revolutionize user interaction within Chrome.</w:t>
      </w:r>
      <w:r/>
    </w:p>
    <w:p>
      <w:pPr>
        <w:pStyle w:val="ListNumber"/>
        <w:spacing w:line="240" w:lineRule="auto"/>
        <w:ind w:left="720"/>
      </w:pPr>
      <w:r/>
      <w:hyperlink r:id="rId11">
        <w:r>
          <w:rPr>
            <w:color w:val="0000EE"/>
            <w:u w:val="single"/>
          </w:rPr>
          <w:t>https://www.indiatoday.in/technology/news/story/google-accidentally-leaked-jarvis-ai-preview-with-its-remote-computer-control-capabilities-2629500-2024-11-07</w:t>
        </w:r>
      </w:hyperlink>
      <w:r>
        <w:t xml:space="preserve"> - This article mentions that Jarvis will be released alongside the next version of Gemini, which is part of Google’s ongoing efforts to integrate AI across its applications and services.</w:t>
      </w:r>
      <w:r/>
    </w:p>
    <w:p>
      <w:pPr>
        <w:pStyle w:val="ListNumber"/>
        <w:spacing w:line="240" w:lineRule="auto"/>
        <w:ind w:left="720"/>
      </w:pPr>
      <w:r/>
      <w:hyperlink r:id="rId12">
        <w:r>
          <w:rPr>
            <w:color w:val="0000EE"/>
            <w:u w:val="single"/>
          </w:rPr>
          <w:t>https://www.analyticsinsight.net/news/google-accidentally-unveils-jarvis-ai-on-chrome-web-store-key-details-exposed</w:t>
        </w:r>
      </w:hyperlink>
      <w:r>
        <w:t xml:space="preserve"> - This article discusses how the development of Jarvis aligns with Google's broader strategy to enhance user experience through advanced AI technologies.</w:t>
      </w:r>
      <w:r/>
    </w:p>
    <w:p>
      <w:pPr>
        <w:pStyle w:val="ListNumber"/>
        <w:spacing w:line="240" w:lineRule="auto"/>
        <w:ind w:left="720"/>
      </w:pPr>
      <w:r/>
      <w:hyperlink r:id="rId10">
        <w:r>
          <w:rPr>
            <w:color w:val="0000EE"/>
            <w:u w:val="single"/>
          </w:rPr>
          <w:t>https://beebom.com/google-jarvis-extension-ai-assistant-leaked/</w:t>
        </w:r>
      </w:hyperlink>
      <w:r>
        <w:t xml:space="preserve"> - This article compares Jarvis to other AI tools like Claude 3.5 Sonnet’s Computer Use feature, highlighting its potential to automate various web tasks.</w:t>
      </w:r>
      <w:r/>
    </w:p>
    <w:p>
      <w:pPr>
        <w:pStyle w:val="ListNumber"/>
        <w:spacing w:line="240" w:lineRule="auto"/>
        <w:ind w:left="720"/>
      </w:pPr>
      <w:r/>
      <w:hyperlink r:id="rId11">
        <w:r>
          <w:rPr>
            <w:color w:val="0000EE"/>
            <w:u w:val="single"/>
          </w:rPr>
          <w:t>https://www.indiatoday.in/technology/news/story/google-accidentally-leaked-jarvis-ai-preview-with-its-remote-computer-control-capabilities-2629500-2024-11-07</w:t>
        </w:r>
      </w:hyperlink>
      <w:r>
        <w:t xml:space="preserve"> - This article mentions that despite the brief and non-functional appearance of Jarvis on the Chrome Web Store, it has generated significant interest and expectations for its official release.</w:t>
      </w:r>
      <w:r/>
    </w:p>
    <w:p>
      <w:pPr>
        <w:pStyle w:val="ListNumber"/>
        <w:spacing w:line="240" w:lineRule="auto"/>
        <w:ind w:left="720"/>
      </w:pPr>
      <w:r/>
      <w:hyperlink r:id="rId13">
        <w:r>
          <w:rPr>
            <w:color w:val="0000EE"/>
            <w:u w:val="single"/>
          </w:rPr>
          <w:t>https://www.techtimes.com/articles/308182/20241107/google-leaks-jarvis-ai-chromes-extensions-quickly-deleted-new-companion.htm</w:t>
        </w:r>
      </w:hyperlink>
      <w:r>
        <w:t xml:space="preserve"> - Please view link - unable to able to access data</w:t>
      </w:r>
      <w:r/>
    </w:p>
    <w:p>
      <w:pPr>
        <w:pStyle w:val="ListNumber"/>
        <w:spacing w:line="240" w:lineRule="auto"/>
        <w:ind w:left="720"/>
      </w:pPr>
      <w:r/>
      <w:hyperlink r:id="rId12">
        <w:r>
          <w:rPr>
            <w:color w:val="0000EE"/>
            <w:u w:val="single"/>
          </w:rPr>
          <w:t>https://www.analyticsinsight.net/news/google-accidentally-unveils-jarvis-ai-on-chrome-web-store-key-details-exposed</w:t>
        </w:r>
      </w:hyperlink>
      <w:r>
        <w:t xml:space="preserve"> - Please view link - unable to able to access data</w:t>
      </w:r>
      <w:r/>
    </w:p>
    <w:p>
      <w:pPr>
        <w:pStyle w:val="ListNumber"/>
        <w:spacing w:line="240" w:lineRule="auto"/>
        <w:ind w:left="720"/>
      </w:pPr>
      <w:r/>
      <w:hyperlink r:id="rId14">
        <w:r>
          <w:rPr>
            <w:color w:val="0000EE"/>
            <w:u w:val="single"/>
          </w:rPr>
          <w:t>https://www.techradar.com/phones/google-pixel-phones/latest-google-pixel-update-includes-surprise-launch-of-android-15s-best-battery-feature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eebom.com/google-jarvis-extension-ai-assistant-leaked/" TargetMode="External"/><Relationship Id="rId11" Type="http://schemas.openxmlformats.org/officeDocument/2006/relationships/hyperlink" Target="https://www.indiatoday.in/technology/news/story/google-accidentally-leaked-jarvis-ai-preview-with-its-remote-computer-control-capabilities-2629500-2024-11-07" TargetMode="External"/><Relationship Id="rId12" Type="http://schemas.openxmlformats.org/officeDocument/2006/relationships/hyperlink" Target="https://www.analyticsinsight.net/news/google-accidentally-unveils-jarvis-ai-on-chrome-web-store-key-details-exposed" TargetMode="External"/><Relationship Id="rId13" Type="http://schemas.openxmlformats.org/officeDocument/2006/relationships/hyperlink" Target="https://www.techtimes.com/articles/308182/20241107/google-leaks-jarvis-ai-chromes-extensions-quickly-deleted-new-companion.htm" TargetMode="External"/><Relationship Id="rId14" Type="http://schemas.openxmlformats.org/officeDocument/2006/relationships/hyperlink" Target="https://www.techradar.com/phones/google-pixel-phones/latest-google-pixel-update-includes-surprise-launch-of-android-15s-best-battery-fea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