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Greg Yap discusses the future of AI in health tech at HLTH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During a recent interview at the HLTH conference in Las Vegas, Greg Yap, a partner at Silicon Valley venture capital firm Menlo Ventures, shared his insights on the future of artificial intelligence (AI) in the health tech sector. Menlo Ventures, which is a key investor in several health tech start-ups such as Particle Health and Cartwheel, is also invested in the AI-driven start-up Anthropic. Anthropic, known for developing advanced AI models like Claude, has been eyeing a significant valuation of up to $40 billion.</w:t>
      </w:r>
      <w:r/>
    </w:p>
    <w:p>
      <w:r/>
      <w:r>
        <w:t>Greg Yap emphasised the burgeoning potential of AI in healthcare, highlighting opportunities to enhance productivity by automating processes and reducing tasks for clinicians. He discussed how developments in AI models are making it increasingly straightforward for companies to create AI-based solutions. For instance, Anthropic's latest AI model, announced in October, can be directed to perform computer tasks like a human would—such as looking at a screen, clicking buttons, and entering text.</w:t>
      </w:r>
      <w:r/>
    </w:p>
    <w:p>
      <w:r/>
      <w:r>
        <w:t>Despite the growing appeal of AI-generated automation within healthcare, Yap cautioned against the impending commoditization of these technologies. He noted that while AI solutions are currently in high demand, they could quickly become commonplace as it becomes easier for any company to build them. This commoditization poses a challenge for health tech companies, especially those dependent on developers to build automation processes.</w:t>
      </w:r>
      <w:r/>
    </w:p>
    <w:p>
      <w:r/>
      <w:r>
        <w:t>Yap stated, "That, to me, makes it easy to build products that generate some customer love because customers right now are used to being incredibly hard. But I think the commoditization of that is going to happen very, very quickly because anyone can do it."</w:t>
      </w:r>
      <w:r/>
    </w:p>
    <w:p>
      <w:r/>
      <w:r>
        <w:t>Addressing the efforts required to integrate AI within healthcare organisations, Yap remarked on the slow adoption process despite initial interest. He highlighted the critical role of early-stage investors in identifying AI solutions unique enough to warrant investment. As the market becomes more competitive, the sustainability of high valuations and ongoing growth for emerging companies remains a significant concern for investors like Yap.</w:t>
      </w:r>
      <w:r/>
    </w:p>
    <w:p>
      <w:r/>
      <w:r>
        <w:t>"Companies that are starting to ramp right now in commanding valuations, which really imply ongoing growth, massive growth forever—will they flatten out as markets become more competitive? I think that's going to be a hard issue for early-stage investors like me to figure out," Yap admitted.</w:t>
      </w:r>
      <w:r/>
    </w:p>
    <w:p>
      <w:r/>
      <w:r>
        <w:t>Despite the challenges, Yap expressed enthusiasm about the widespread adoption of AI, remarking, "Overall I am very excited about AI applications—AI getting cheaper and more pervasive will accelerate adoption."</w:t>
      </w:r>
      <w:r/>
    </w:p>
    <w:p>
      <w:r/>
      <w:r>
        <w:t>The HLTH conference, known for spotlighting transformative developments and innovations in healthcare, served as the backdrop for these insightful discussions. As the health tech industry continues to evolve, the role of AI remains a critical focal point for developers and investors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https://endpts.com/how-menlo-ventures-thinks-ai-in-health-tech-is-going-to-be-commoditized/</w:t>
        </w:r>
      </w:hyperlink>
      <w:r>
        <w:t xml:space="preserve"> - This article corroborates Greg Yap's insights on the commoditization of AI in health tech and his role as a partner at Menlo Ventures.</w:t>
      </w:r>
      <w:r/>
    </w:p>
    <w:p>
      <w:pPr>
        <w:pStyle w:val="ListNumber"/>
        <w:spacing w:line="240" w:lineRule="auto"/>
        <w:ind w:left="720"/>
      </w:pPr>
      <w:r/>
      <w:hyperlink r:id="rId11">
        <w:r>
          <w:rPr>
            <w:color w:val="0000EE"/>
            <w:u w:val="single"/>
          </w:rPr>
          <w:t>https://www.hlth.com/2021event/speakers/greg-yap</w:t>
        </w:r>
      </w:hyperlink>
      <w:r>
        <w:t xml:space="preserve"> - This page provides details about Greg Yap's role at Menlo Ventures and his investment focus in life science and healthcare, including AI-driven start-ups.</w:t>
      </w:r>
      <w:r/>
    </w:p>
    <w:p>
      <w:pPr>
        <w:pStyle w:val="ListNumber"/>
        <w:spacing w:line="240" w:lineRule="auto"/>
        <w:ind w:left="720"/>
      </w:pPr>
      <w:r/>
      <w:hyperlink r:id="rId12">
        <w:r>
          <w:rPr>
            <w:color w:val="0000EE"/>
            <w:u w:val="single"/>
          </w:rPr>
          <w:t>https://www.viveevent.com/speakers</w:t>
        </w:r>
      </w:hyperlink>
      <w:r>
        <w:t xml:space="preserve"> - Although not directly related to the specific interview, this link highlights the involvement of top health information technology luminaries, including potential discussions on AI in healthcare.</w:t>
      </w:r>
      <w:r/>
    </w:p>
    <w:p>
      <w:pPr>
        <w:pStyle w:val="ListNumber"/>
        <w:spacing w:line="240" w:lineRule="auto"/>
        <w:ind w:left="720"/>
      </w:pPr>
      <w:r/>
      <w:hyperlink r:id="rId13">
        <w:r>
          <w:rPr>
            <w:color w:val="0000EE"/>
            <w:u w:val="single"/>
          </w:rPr>
          <w:t>https://www.viveevent.com/agenda</w:t>
        </w:r>
      </w:hyperlink>
      <w:r>
        <w:t xml:space="preserve"> - This agenda for the ViVE conference indicates the focus on transformative technologies, including AI, in the health tech sector.</w:t>
      </w:r>
      <w:r/>
    </w:p>
    <w:p>
      <w:pPr>
        <w:pStyle w:val="ListNumber"/>
        <w:spacing w:line="240" w:lineRule="auto"/>
        <w:ind w:left="720"/>
      </w:pPr>
      <w:r/>
      <w:hyperlink r:id="rId14">
        <w:r>
          <w:rPr>
            <w:color w:val="0000EE"/>
            <w:u w:val="single"/>
          </w:rPr>
          <w:t>https://www.crunchbase.com/organization/menlo-ventures</w:t>
        </w:r>
      </w:hyperlink>
      <w:r>
        <w:t xml:space="preserve"> - This link provides an overview of Menlo Ventures' investments, including those in health tech and AI-driven companies like Anthropic.</w:t>
      </w:r>
      <w:r/>
    </w:p>
    <w:p>
      <w:pPr>
        <w:pStyle w:val="ListNumber"/>
        <w:spacing w:line="240" w:lineRule="auto"/>
        <w:ind w:left="720"/>
      </w:pPr>
      <w:r/>
      <w:hyperlink r:id="rId15">
        <w:r>
          <w:rPr>
            <w:color w:val="0000EE"/>
            <w:u w:val="single"/>
          </w:rPr>
          <w:t>https://www.anthropic.com/</w:t>
        </w:r>
      </w:hyperlink>
      <w:r>
        <w:t xml:space="preserve"> - The official website of Anthropic, which develops advanced AI models like Claude, supports the mention of Anthropic's role in AI development.</w:t>
      </w:r>
      <w:r/>
    </w:p>
    <w:p>
      <w:pPr>
        <w:pStyle w:val="ListNumber"/>
        <w:spacing w:line="240" w:lineRule="auto"/>
        <w:ind w:left="720"/>
      </w:pPr>
      <w:r/>
      <w:hyperlink r:id="rId16">
        <w:r>
          <w:rPr>
            <w:color w:val="0000EE"/>
            <w:u w:val="single"/>
          </w:rPr>
          <w:t>https://www.hlth.com/</w:t>
        </w:r>
      </w:hyperlink>
      <w:r>
        <w:t xml:space="preserve"> - The HLTH conference website underscores the event's focus on transformative developments and innovations in healthcare, including AI applications.</w:t>
      </w:r>
      <w:r/>
    </w:p>
    <w:p>
      <w:pPr>
        <w:pStyle w:val="ListNumber"/>
        <w:spacing w:line="240" w:lineRule="auto"/>
        <w:ind w:left="720"/>
      </w:pPr>
      <w:r/>
      <w:hyperlink r:id="rId17">
        <w:r>
          <w:rPr>
            <w:color w:val="0000EE"/>
            <w:u w:val="single"/>
          </w:rPr>
          <w:t>https://www.menloventures.com/</w:t>
        </w:r>
      </w:hyperlink>
      <w:r>
        <w:t xml:space="preserve"> - Menlo Ventures' official website provides context on their investment strategies and focus areas, including life science and healthcare.</w:t>
      </w:r>
      <w:r/>
    </w:p>
    <w:p>
      <w:pPr>
        <w:pStyle w:val="ListNumber"/>
        <w:spacing w:line="240" w:lineRule="auto"/>
        <w:ind w:left="720"/>
      </w:pPr>
      <w:r/>
      <w:hyperlink r:id="rId18">
        <w:r>
          <w:rPr>
            <w:color w:val="0000EE"/>
            <w:u w:val="single"/>
          </w:rPr>
          <w:t>https://particlehealth.com/</w:t>
        </w:r>
      </w:hyperlink>
      <w:r>
        <w:t xml:space="preserve"> - This link to Particle Health, one of the health tech start-ups invested in by Menlo Ventures, supports the mention of specific companies benefiting from AI integration.</w:t>
      </w:r>
      <w:r/>
    </w:p>
    <w:p>
      <w:pPr>
        <w:pStyle w:val="ListNumber"/>
        <w:spacing w:line="240" w:lineRule="auto"/>
        <w:ind w:left="720"/>
      </w:pPr>
      <w:r/>
      <w:hyperlink r:id="rId19">
        <w:r>
          <w:rPr>
            <w:color w:val="0000EE"/>
            <w:u w:val="single"/>
          </w:rPr>
          <w:t>https://cartwheel.ai/</w:t>
        </w:r>
      </w:hyperlink>
      <w:r>
        <w:t xml:space="preserve"> - Cartwheel's website, another health tech start-up invested in by Menlo Ventures, highlights their use of AI in healthcare solutions.</w:t>
      </w:r>
      <w:r/>
    </w:p>
    <w:p>
      <w:pPr>
        <w:pStyle w:val="ListNumber"/>
        <w:spacing w:line="240" w:lineRule="auto"/>
        <w:ind w:left="720"/>
      </w:pPr>
      <w:r/>
      <w:hyperlink r:id="rId10">
        <w:r>
          <w:rPr>
            <w:color w:val="0000EE"/>
            <w:u w:val="single"/>
          </w:rPr>
          <w:t>https://endpts.com/how-menlo-ventures-thinks-ai-in-health-tech-is-going-to-be-commoditized/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dpts.com/how-menlo-ventures-thinks-ai-in-health-tech-is-going-to-be-commoditized/" TargetMode="External"/><Relationship Id="rId11" Type="http://schemas.openxmlformats.org/officeDocument/2006/relationships/hyperlink" Target="https://www.hlth.com/2021event/speakers/greg-yap" TargetMode="External"/><Relationship Id="rId12" Type="http://schemas.openxmlformats.org/officeDocument/2006/relationships/hyperlink" Target="https://www.viveevent.com/speakers" TargetMode="External"/><Relationship Id="rId13" Type="http://schemas.openxmlformats.org/officeDocument/2006/relationships/hyperlink" Target="https://www.viveevent.com/agenda" TargetMode="External"/><Relationship Id="rId14" Type="http://schemas.openxmlformats.org/officeDocument/2006/relationships/hyperlink" Target="https://www.crunchbase.com/organization/menlo-ventures" TargetMode="External"/><Relationship Id="rId15" Type="http://schemas.openxmlformats.org/officeDocument/2006/relationships/hyperlink" Target="https://www.anthropic.com/" TargetMode="External"/><Relationship Id="rId16" Type="http://schemas.openxmlformats.org/officeDocument/2006/relationships/hyperlink" Target="https://www.hlth.com/" TargetMode="External"/><Relationship Id="rId17" Type="http://schemas.openxmlformats.org/officeDocument/2006/relationships/hyperlink" Target="https://www.menloventures.com/" TargetMode="External"/><Relationship Id="rId18" Type="http://schemas.openxmlformats.org/officeDocument/2006/relationships/hyperlink" Target="https://particlehealth.com/" TargetMode="External"/><Relationship Id="rId19" Type="http://schemas.openxmlformats.org/officeDocument/2006/relationships/hyperlink" Target="https://cartwheel.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